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10A37" w14:textId="6F4DF881" w:rsidR="00E93504" w:rsidRDefault="00450064">
      <w:r>
        <w:t xml:space="preserve"> </w:t>
      </w:r>
      <w:r w:rsidR="000E394D">
        <w:rPr>
          <w:noProof/>
        </w:rPr>
        <w:drawing>
          <wp:inline distT="0" distB="0" distL="0" distR="0" wp14:anchorId="7BD4884D" wp14:editId="28ED637A">
            <wp:extent cx="5486400" cy="7135879"/>
            <wp:effectExtent l="0" t="0" r="0" b="825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3BE7" w14:textId="2F902EE0" w:rsidR="00450064" w:rsidRPr="00450064" w:rsidRDefault="00450064" w:rsidP="005A64BE">
      <w:pPr>
        <w:jc w:val="center"/>
        <w:rPr>
          <w:b/>
          <w:color w:val="FF0000"/>
          <w:sz w:val="36"/>
          <w:szCs w:val="36"/>
        </w:rPr>
      </w:pPr>
      <w:r w:rsidRPr="00450064">
        <w:rPr>
          <w:b/>
          <w:color w:val="FF0000"/>
          <w:sz w:val="36"/>
          <w:szCs w:val="36"/>
        </w:rPr>
        <w:t>2024/2025</w:t>
      </w:r>
    </w:p>
    <w:p w14:paraId="2CEAD26B" w14:textId="19361221" w:rsidR="00E93504" w:rsidRDefault="00087879" w:rsidP="005A64BE">
      <w:pPr>
        <w:jc w:val="center"/>
      </w:pPr>
      <w:r>
        <w:t>************************************************************</w:t>
      </w:r>
    </w:p>
    <w:p w14:paraId="0A56996D" w14:textId="77777777" w:rsidR="00E93504" w:rsidRDefault="00087879">
      <w:pPr>
        <w:pStyle w:val="Heading1"/>
      </w:pPr>
      <w:r>
        <w:rPr>
          <w:color w:val="0066CC"/>
        </w:rPr>
        <w:lastRenderedPageBreak/>
        <w:t>ОКТОБАР 2024.</w:t>
      </w:r>
    </w:p>
    <w:p w14:paraId="2DE682EC" w14:textId="77777777" w:rsidR="00BF7F3B" w:rsidRDefault="00BF7F3B"/>
    <w:p w14:paraId="5A5F3F38" w14:textId="77777777" w:rsidR="00BF7F3B" w:rsidRDefault="00BF7F3B"/>
    <w:p w14:paraId="61FFC616" w14:textId="77777777" w:rsidR="00BF7F3B" w:rsidRDefault="00BF7F3B"/>
    <w:p w14:paraId="4A5FCB22" w14:textId="77777777" w:rsidR="00BF7F3B" w:rsidRDefault="00BF7F3B" w:rsidP="00BF7F3B">
      <w:r>
        <w:rPr>
          <w:noProof/>
        </w:rPr>
        <w:drawing>
          <wp:inline distT="0" distB="0" distL="0" distR="0" wp14:anchorId="6C022F27" wp14:editId="60CF074C">
            <wp:extent cx="2945081" cy="3926774"/>
            <wp:effectExtent l="0" t="0" r="8255" b="0"/>
            <wp:docPr id="142627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7544" name="Picture 1426275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1616" cy="39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3989" w14:textId="41468B6E" w:rsidR="00BF7F3B" w:rsidRPr="000E3283" w:rsidRDefault="00BF7F3B" w:rsidP="00BF7F3B">
      <w:pPr>
        <w:rPr>
          <w:sz w:val="32"/>
          <w:szCs w:val="32"/>
        </w:rPr>
      </w:pPr>
      <w:proofErr w:type="spellStart"/>
      <w:r w:rsidRPr="000E3283">
        <w:rPr>
          <w:sz w:val="32"/>
          <w:szCs w:val="32"/>
        </w:rPr>
        <w:t>Дечија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недеља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као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највећа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национална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манифестација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за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заштиту</w:t>
      </w:r>
      <w:proofErr w:type="spellEnd"/>
      <w:r w:rsidRPr="000E3283">
        <w:rPr>
          <w:sz w:val="32"/>
          <w:szCs w:val="32"/>
        </w:rPr>
        <w:t xml:space="preserve"> и </w:t>
      </w:r>
      <w:proofErr w:type="spellStart"/>
      <w:r w:rsidRPr="000E3283">
        <w:rPr>
          <w:sz w:val="32"/>
          <w:szCs w:val="32"/>
        </w:rPr>
        <w:t>промоцију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права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детета</w:t>
      </w:r>
      <w:proofErr w:type="spellEnd"/>
      <w:r w:rsidRPr="000E3283">
        <w:rPr>
          <w:sz w:val="32"/>
          <w:szCs w:val="32"/>
        </w:rPr>
        <w:t xml:space="preserve"> у </w:t>
      </w:r>
      <w:proofErr w:type="spellStart"/>
      <w:r w:rsidRPr="000E3283">
        <w:rPr>
          <w:sz w:val="32"/>
          <w:szCs w:val="32"/>
        </w:rPr>
        <w:t>Републици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Србији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oве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године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обележава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под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слоганом</w:t>
      </w:r>
      <w:proofErr w:type="spellEnd"/>
      <w:r w:rsidRPr="000E3283">
        <w:rPr>
          <w:sz w:val="32"/>
          <w:szCs w:val="32"/>
        </w:rPr>
        <w:t>:</w:t>
      </w:r>
    </w:p>
    <w:p w14:paraId="58D6F6B0" w14:textId="77777777" w:rsidR="00BF7F3B" w:rsidRPr="000E3283" w:rsidRDefault="00BF7F3B" w:rsidP="00BF7F3B">
      <w:pPr>
        <w:rPr>
          <w:sz w:val="32"/>
          <w:szCs w:val="32"/>
        </w:rPr>
      </w:pPr>
      <w:r w:rsidRPr="000E3283">
        <w:rPr>
          <w:sz w:val="32"/>
          <w:szCs w:val="32"/>
        </w:rPr>
        <w:t>„</w:t>
      </w:r>
      <w:proofErr w:type="spellStart"/>
      <w:r w:rsidRPr="000E3283">
        <w:rPr>
          <w:sz w:val="32"/>
          <w:szCs w:val="32"/>
        </w:rPr>
        <w:t>Ја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сам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дете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имам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план</w:t>
      </w:r>
      <w:proofErr w:type="spellEnd"/>
      <w:r w:rsidRPr="000E3283">
        <w:rPr>
          <w:sz w:val="32"/>
          <w:szCs w:val="32"/>
        </w:rPr>
        <w:t xml:space="preserve">: </w:t>
      </w:r>
      <w:proofErr w:type="spellStart"/>
      <w:r w:rsidRPr="000E3283">
        <w:rPr>
          <w:sz w:val="32"/>
          <w:szCs w:val="32"/>
        </w:rPr>
        <w:t>Толеранција</w:t>
      </w:r>
      <w:proofErr w:type="spellEnd"/>
      <w:r w:rsidRPr="000E3283">
        <w:rPr>
          <w:sz w:val="32"/>
          <w:szCs w:val="32"/>
        </w:rPr>
        <w:t xml:space="preserve"> и </w:t>
      </w:r>
      <w:proofErr w:type="spellStart"/>
      <w:r w:rsidRPr="000E3283">
        <w:rPr>
          <w:sz w:val="32"/>
          <w:szCs w:val="32"/>
        </w:rPr>
        <w:t>љубав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за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сваки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proofErr w:type="gramStart"/>
      <w:r w:rsidRPr="000E3283">
        <w:rPr>
          <w:sz w:val="32"/>
          <w:szCs w:val="32"/>
        </w:rPr>
        <w:t>дан</w:t>
      </w:r>
      <w:proofErr w:type="spellEnd"/>
      <w:r w:rsidRPr="000E3283">
        <w:rPr>
          <w:sz w:val="32"/>
          <w:szCs w:val="32"/>
        </w:rPr>
        <w:t>!“</w:t>
      </w:r>
      <w:proofErr w:type="gramEnd"/>
    </w:p>
    <w:p w14:paraId="49C2A770" w14:textId="77777777" w:rsidR="00BF7F3B" w:rsidRPr="000E3283" w:rsidRDefault="00BF7F3B" w:rsidP="00BF7F3B">
      <w:pPr>
        <w:rPr>
          <w:sz w:val="32"/>
          <w:szCs w:val="32"/>
        </w:rPr>
      </w:pPr>
      <w:proofErr w:type="spellStart"/>
      <w:r w:rsidRPr="000E3283">
        <w:rPr>
          <w:sz w:val="32"/>
          <w:szCs w:val="32"/>
        </w:rPr>
        <w:t>Тим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поводом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ученици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наше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школе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са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наставником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Миљаном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Илићем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посетили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су</w:t>
      </w:r>
      <w:proofErr w:type="spellEnd"/>
      <w:r w:rsidRPr="000E3283">
        <w:rPr>
          <w:sz w:val="32"/>
          <w:szCs w:val="32"/>
        </w:rPr>
        <w:t xml:space="preserve"> у </w:t>
      </w:r>
      <w:proofErr w:type="spellStart"/>
      <w:r w:rsidRPr="000E3283">
        <w:rPr>
          <w:sz w:val="32"/>
          <w:szCs w:val="32"/>
        </w:rPr>
        <w:t>касарни</w:t>
      </w:r>
      <w:proofErr w:type="spellEnd"/>
      <w:r w:rsidRPr="000E3283">
        <w:rPr>
          <w:sz w:val="32"/>
          <w:szCs w:val="32"/>
        </w:rPr>
        <w:t xml:space="preserve"> у </w:t>
      </w:r>
      <w:proofErr w:type="spellStart"/>
      <w:r w:rsidRPr="000E3283">
        <w:rPr>
          <w:sz w:val="32"/>
          <w:szCs w:val="32"/>
        </w:rPr>
        <w:t>Лесковцу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припаднике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Војске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Србије</w:t>
      </w:r>
      <w:proofErr w:type="spellEnd"/>
      <w:r w:rsidRPr="000E3283">
        <w:rPr>
          <w:sz w:val="32"/>
          <w:szCs w:val="32"/>
        </w:rPr>
        <w:t>.</w:t>
      </w:r>
    </w:p>
    <w:p w14:paraId="522DB94D" w14:textId="77777777" w:rsidR="00BF7F3B" w:rsidRDefault="00BF7F3B" w:rsidP="00BF7F3B">
      <w:pPr>
        <w:rPr>
          <w:sz w:val="28"/>
          <w:szCs w:val="28"/>
        </w:rPr>
      </w:pPr>
    </w:p>
    <w:p w14:paraId="790EC390" w14:textId="77777777" w:rsidR="00BF7F3B" w:rsidRDefault="00BF7F3B" w:rsidP="00BF7F3B">
      <w:r>
        <w:rPr>
          <w:noProof/>
        </w:rPr>
        <w:lastRenderedPageBreak/>
        <w:drawing>
          <wp:inline distT="0" distB="0" distL="0" distR="0" wp14:anchorId="0BDFD9AF" wp14:editId="63FA6495">
            <wp:extent cx="2315688" cy="5020295"/>
            <wp:effectExtent l="0" t="0" r="8890" b="0"/>
            <wp:docPr id="625811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11158" name="Picture 6258111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691" cy="50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FB3D" w14:textId="2EC5E5D4" w:rsidR="00BF7F3B" w:rsidRPr="00BE3C26" w:rsidRDefault="00BF7F3B" w:rsidP="00BF7F3B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Чланови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драмско-рецитаторске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секције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наше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школе</w:t>
      </w:r>
      <w:proofErr w:type="spellEnd"/>
      <w:r w:rsidRPr="00BE3C26">
        <w:rPr>
          <w:sz w:val="32"/>
          <w:szCs w:val="32"/>
        </w:rPr>
        <w:t xml:space="preserve">, </w:t>
      </w:r>
      <w:proofErr w:type="spellStart"/>
      <w:r w:rsidRPr="00BE3C26">
        <w:rPr>
          <w:sz w:val="32"/>
          <w:szCs w:val="32"/>
        </w:rPr>
        <w:t>Нина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Ђикић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Каја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Гвозденовић</w:t>
      </w:r>
      <w:proofErr w:type="spellEnd"/>
      <w:r w:rsidRPr="00BE3C26">
        <w:rPr>
          <w:sz w:val="32"/>
          <w:szCs w:val="32"/>
        </w:rPr>
        <w:t xml:space="preserve">, у </w:t>
      </w:r>
      <w:proofErr w:type="spellStart"/>
      <w:r w:rsidRPr="00BE3C26">
        <w:rPr>
          <w:sz w:val="32"/>
          <w:szCs w:val="32"/>
        </w:rPr>
        <w:t>пратњи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наставнице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Данијеле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Величковић</w:t>
      </w:r>
      <w:proofErr w:type="spellEnd"/>
      <w:r w:rsidRPr="00BE3C26">
        <w:rPr>
          <w:sz w:val="32"/>
          <w:szCs w:val="32"/>
        </w:rPr>
        <w:t xml:space="preserve">, </w:t>
      </w:r>
      <w:proofErr w:type="spellStart"/>
      <w:r w:rsidRPr="00BE3C26">
        <w:rPr>
          <w:sz w:val="32"/>
          <w:szCs w:val="32"/>
        </w:rPr>
        <w:t>данас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отпутовале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наградно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путовање</w:t>
      </w:r>
      <w:proofErr w:type="spellEnd"/>
      <w:r w:rsidRPr="00BE3C26">
        <w:rPr>
          <w:sz w:val="32"/>
          <w:szCs w:val="32"/>
        </w:rPr>
        <w:t xml:space="preserve">. </w:t>
      </w:r>
      <w:proofErr w:type="spellStart"/>
      <w:r w:rsidRPr="00BE3C26">
        <w:rPr>
          <w:sz w:val="32"/>
          <w:szCs w:val="32"/>
        </w:rPr>
        <w:t>Оне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су</w:t>
      </w:r>
      <w:proofErr w:type="spellEnd"/>
      <w:r w:rsidRPr="00BE3C26">
        <w:rPr>
          <w:sz w:val="32"/>
          <w:szCs w:val="32"/>
        </w:rPr>
        <w:t xml:space="preserve"> 10. </w:t>
      </w:r>
      <w:proofErr w:type="spellStart"/>
      <w:r w:rsidRPr="00BE3C26">
        <w:rPr>
          <w:sz w:val="32"/>
          <w:szCs w:val="32"/>
        </w:rPr>
        <w:t>септембра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представљале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нашу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такмичењу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рецитовању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духовне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поезије</w:t>
      </w:r>
      <w:proofErr w:type="spellEnd"/>
      <w:r w:rsidRPr="00BE3C26">
        <w:rPr>
          <w:sz w:val="32"/>
          <w:szCs w:val="32"/>
        </w:rPr>
        <w:t xml:space="preserve"> "</w:t>
      </w:r>
      <w:proofErr w:type="spellStart"/>
      <w:r w:rsidRPr="00BE3C26">
        <w:rPr>
          <w:sz w:val="32"/>
          <w:szCs w:val="32"/>
        </w:rPr>
        <w:t>Јефимија</w:t>
      </w:r>
      <w:proofErr w:type="spellEnd"/>
      <w:r w:rsidRPr="00BE3C26">
        <w:rPr>
          <w:sz w:val="32"/>
          <w:szCs w:val="32"/>
        </w:rPr>
        <w:t xml:space="preserve">", </w:t>
      </w:r>
      <w:proofErr w:type="spellStart"/>
      <w:r w:rsidRPr="00BE3C26">
        <w:rPr>
          <w:sz w:val="32"/>
          <w:szCs w:val="32"/>
        </w:rPr>
        <w:t>које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традиционално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организује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сваке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године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Дом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културе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Печењевцу</w:t>
      </w:r>
      <w:proofErr w:type="spellEnd"/>
      <w:r w:rsidRPr="00BE3C26">
        <w:rPr>
          <w:sz w:val="32"/>
          <w:szCs w:val="32"/>
        </w:rPr>
        <w:t>.</w:t>
      </w:r>
    </w:p>
    <w:p w14:paraId="10FF4B57" w14:textId="77777777" w:rsidR="00BF7F3B" w:rsidRDefault="00BF7F3B" w:rsidP="00BF7F3B"/>
    <w:p w14:paraId="0EF4D009" w14:textId="30B93E39" w:rsidR="00BF7F3B" w:rsidRPr="00BF7F3B" w:rsidRDefault="00BF7F3B" w:rsidP="00BF7F3B">
      <w:r>
        <w:rPr>
          <w:noProof/>
        </w:rPr>
        <w:lastRenderedPageBreak/>
        <w:drawing>
          <wp:inline distT="0" distB="0" distL="0" distR="0" wp14:anchorId="4D94E8D2" wp14:editId="01BBF967">
            <wp:extent cx="3321915" cy="3657600"/>
            <wp:effectExtent l="0" t="0" r="0" b="0"/>
            <wp:docPr id="502832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32742" name="Picture 5028327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7997" cy="36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730F" w14:textId="0B12712C" w:rsidR="00BF7F3B" w:rsidRPr="00BE3C26" w:rsidRDefault="00450064" w:rsidP="00BF7F3B">
      <w:pPr>
        <w:rPr>
          <w:sz w:val="32"/>
          <w:szCs w:val="32"/>
          <w:lang w:val="sr-Cyrl-RS"/>
        </w:rPr>
      </w:pPr>
      <w:r w:rsidRPr="00BE3C26">
        <w:rPr>
          <w:sz w:val="32"/>
          <w:szCs w:val="32"/>
          <w:lang w:val="sr-Cyrl-RS"/>
        </w:rPr>
        <w:t>П</w:t>
      </w:r>
      <w:proofErr w:type="spellStart"/>
      <w:r w:rsidR="00BF7F3B" w:rsidRPr="00BE3C26">
        <w:rPr>
          <w:sz w:val="32"/>
          <w:szCs w:val="32"/>
        </w:rPr>
        <w:t>оводом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Дечје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недеље</w:t>
      </w:r>
      <w:proofErr w:type="spellEnd"/>
      <w:r w:rsidR="00BF7F3B" w:rsidRPr="00BE3C26">
        <w:rPr>
          <w:sz w:val="32"/>
          <w:szCs w:val="32"/>
        </w:rPr>
        <w:t>, у ОШ "</w:t>
      </w:r>
      <w:proofErr w:type="spellStart"/>
      <w:r w:rsidR="00BF7F3B" w:rsidRPr="00BE3C26">
        <w:rPr>
          <w:sz w:val="32"/>
          <w:szCs w:val="32"/>
        </w:rPr>
        <w:t>Петар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Тасић</w:t>
      </w:r>
      <w:proofErr w:type="spellEnd"/>
      <w:r w:rsidR="00BF7F3B" w:rsidRPr="00BE3C26">
        <w:rPr>
          <w:sz w:val="32"/>
          <w:szCs w:val="32"/>
        </w:rPr>
        <w:t xml:space="preserve">" </w:t>
      </w:r>
      <w:proofErr w:type="spellStart"/>
      <w:r w:rsidR="00BF7F3B" w:rsidRPr="00BE3C26">
        <w:rPr>
          <w:sz w:val="32"/>
          <w:szCs w:val="32"/>
        </w:rPr>
        <w:t>реализована</w:t>
      </w:r>
      <w:proofErr w:type="spellEnd"/>
      <w:r w:rsidRPr="00BE3C26">
        <w:rPr>
          <w:sz w:val="32"/>
          <w:szCs w:val="32"/>
          <w:lang w:val="sr-Cyrl-RS"/>
        </w:rPr>
        <w:t xml:space="preserve"> је</w:t>
      </w:r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активност</w:t>
      </w:r>
      <w:proofErr w:type="spellEnd"/>
      <w:r w:rsidR="00BF7F3B" w:rsidRPr="00BE3C26">
        <w:rPr>
          <w:sz w:val="32"/>
          <w:szCs w:val="32"/>
        </w:rPr>
        <w:t xml:space="preserve"> ПОМОЗИ ДРУГУ/ХУМАНОСТ НА ДЕЛУ у </w:t>
      </w:r>
      <w:proofErr w:type="spellStart"/>
      <w:r w:rsidR="00BF7F3B" w:rsidRPr="00BE3C26">
        <w:rPr>
          <w:sz w:val="32"/>
          <w:szCs w:val="32"/>
        </w:rPr>
        <w:t>организацији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Црвеног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крста</w:t>
      </w:r>
      <w:proofErr w:type="spellEnd"/>
      <w:r w:rsidR="00BF7F3B" w:rsidRPr="00BE3C26">
        <w:rPr>
          <w:sz w:val="32"/>
          <w:szCs w:val="32"/>
        </w:rPr>
        <w:t>, ОШ "</w:t>
      </w:r>
      <w:proofErr w:type="spellStart"/>
      <w:r w:rsidR="00BF7F3B" w:rsidRPr="00BE3C26">
        <w:rPr>
          <w:sz w:val="32"/>
          <w:szCs w:val="32"/>
        </w:rPr>
        <w:t>Петар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Тасић</w:t>
      </w:r>
      <w:proofErr w:type="spellEnd"/>
      <w:r w:rsidR="00BF7F3B" w:rsidRPr="00BE3C26">
        <w:rPr>
          <w:sz w:val="32"/>
          <w:szCs w:val="32"/>
        </w:rPr>
        <w:t xml:space="preserve">", а у </w:t>
      </w:r>
      <w:proofErr w:type="spellStart"/>
      <w:r w:rsidR="00BF7F3B" w:rsidRPr="00BE3C26">
        <w:rPr>
          <w:sz w:val="32"/>
          <w:szCs w:val="32"/>
        </w:rPr>
        <w:t>сарадњи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са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основним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школама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које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реализују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секцију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прве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помоћи</w:t>
      </w:r>
      <w:proofErr w:type="spellEnd"/>
      <w:r w:rsidR="00BF7F3B" w:rsidRPr="00BE3C26">
        <w:rPr>
          <w:sz w:val="32"/>
          <w:szCs w:val="32"/>
        </w:rPr>
        <w:t>: ОШ "</w:t>
      </w:r>
      <w:proofErr w:type="spellStart"/>
      <w:r w:rsidR="00BF7F3B" w:rsidRPr="00BE3C26">
        <w:rPr>
          <w:sz w:val="32"/>
          <w:szCs w:val="32"/>
        </w:rPr>
        <w:t>Вук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Караџић</w:t>
      </w:r>
      <w:proofErr w:type="spellEnd"/>
      <w:r w:rsidR="00BF7F3B" w:rsidRPr="00BE3C26">
        <w:rPr>
          <w:sz w:val="32"/>
          <w:szCs w:val="32"/>
        </w:rPr>
        <w:t>", ОШ "</w:t>
      </w:r>
      <w:proofErr w:type="spellStart"/>
      <w:r w:rsidR="00BF7F3B" w:rsidRPr="00BE3C26">
        <w:rPr>
          <w:sz w:val="32"/>
          <w:szCs w:val="32"/>
        </w:rPr>
        <w:t>Јосиф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Костић</w:t>
      </w:r>
      <w:proofErr w:type="spellEnd"/>
      <w:r w:rsidR="00BF7F3B" w:rsidRPr="00BE3C26">
        <w:rPr>
          <w:sz w:val="32"/>
          <w:szCs w:val="32"/>
        </w:rPr>
        <w:t>", ОШ "</w:t>
      </w:r>
      <w:proofErr w:type="spellStart"/>
      <w:r w:rsidR="00BF7F3B" w:rsidRPr="00BE3C26">
        <w:rPr>
          <w:sz w:val="32"/>
          <w:szCs w:val="32"/>
        </w:rPr>
        <w:t>Вожд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Карађорђе</w:t>
      </w:r>
      <w:proofErr w:type="spellEnd"/>
      <w:r w:rsidR="00BF7F3B" w:rsidRPr="00BE3C26">
        <w:rPr>
          <w:sz w:val="32"/>
          <w:szCs w:val="32"/>
        </w:rPr>
        <w:t>"</w:t>
      </w:r>
      <w:r w:rsidR="00BE3C26">
        <w:rPr>
          <w:sz w:val="32"/>
          <w:szCs w:val="32"/>
          <w:lang w:val="sr-Cyrl-RS"/>
        </w:rPr>
        <w:t xml:space="preserve"> и </w:t>
      </w:r>
      <w:r w:rsidR="00BF7F3B" w:rsidRPr="00BE3C26">
        <w:rPr>
          <w:sz w:val="32"/>
          <w:szCs w:val="32"/>
        </w:rPr>
        <w:t>ОШ "</w:t>
      </w:r>
      <w:proofErr w:type="spellStart"/>
      <w:r w:rsidR="00BF7F3B" w:rsidRPr="00BE3C26">
        <w:rPr>
          <w:sz w:val="32"/>
          <w:szCs w:val="32"/>
        </w:rPr>
        <w:t>Трајко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Стаменковић</w:t>
      </w:r>
      <w:proofErr w:type="spellEnd"/>
      <w:r w:rsidR="00BF7F3B" w:rsidRPr="00BE3C26">
        <w:rPr>
          <w:sz w:val="32"/>
          <w:szCs w:val="32"/>
        </w:rPr>
        <w:t>"</w:t>
      </w:r>
      <w:r w:rsidR="00BE3C26">
        <w:rPr>
          <w:sz w:val="32"/>
          <w:szCs w:val="32"/>
          <w:lang w:val="sr-Cyrl-RS"/>
        </w:rPr>
        <w:t>.</w:t>
      </w:r>
    </w:p>
    <w:p w14:paraId="769BF3B8" w14:textId="4B9E4F66" w:rsidR="00E93504" w:rsidRDefault="00E93504"/>
    <w:p w14:paraId="48709233" w14:textId="017DD338" w:rsidR="00BF7F3B" w:rsidRDefault="00BF7F3B">
      <w:r>
        <w:rPr>
          <w:noProof/>
        </w:rPr>
        <w:lastRenderedPageBreak/>
        <w:drawing>
          <wp:inline distT="0" distB="0" distL="0" distR="0" wp14:anchorId="531CC051" wp14:editId="328EF129">
            <wp:extent cx="3286496" cy="4381995"/>
            <wp:effectExtent l="0" t="0" r="9525" b="0"/>
            <wp:docPr id="2113477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7775" name="Picture 2113477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948" cy="438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4BA0" w14:textId="06B4AE8C" w:rsidR="00BF7F3B" w:rsidRPr="00BE3C26" w:rsidRDefault="00BF7F3B">
      <w:pPr>
        <w:rPr>
          <w:sz w:val="32"/>
          <w:szCs w:val="32"/>
          <w:lang w:val="sr-Cyrl-RS"/>
        </w:rPr>
      </w:pPr>
      <w:r w:rsidRPr="00BE3C26">
        <w:rPr>
          <w:sz w:val="32"/>
          <w:szCs w:val="32"/>
        </w:rPr>
        <w:t xml:space="preserve">У </w:t>
      </w:r>
      <w:proofErr w:type="spellStart"/>
      <w:r w:rsidRPr="00BE3C26">
        <w:rPr>
          <w:sz w:val="32"/>
          <w:szCs w:val="32"/>
        </w:rPr>
        <w:t>оквиру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обележавања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Дечје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недеље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ученици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првог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разреда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proofErr w:type="gramStart"/>
      <w:r w:rsidRPr="00BE3C26">
        <w:rPr>
          <w:sz w:val="32"/>
          <w:szCs w:val="32"/>
        </w:rPr>
        <w:t>су</w:t>
      </w:r>
      <w:proofErr w:type="spellEnd"/>
      <w:r w:rsidRPr="00BE3C26">
        <w:rPr>
          <w:sz w:val="32"/>
          <w:szCs w:val="32"/>
        </w:rPr>
        <w:t xml:space="preserve">  у</w:t>
      </w:r>
      <w:proofErr w:type="gram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Народном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позоришту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уживали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позоришној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представи</w:t>
      </w:r>
      <w:proofErr w:type="spellEnd"/>
      <w:r w:rsidRPr="00BE3C26">
        <w:rPr>
          <w:sz w:val="32"/>
          <w:szCs w:val="32"/>
        </w:rPr>
        <w:t xml:space="preserve"> "</w:t>
      </w:r>
      <w:proofErr w:type="spellStart"/>
      <w:r w:rsidRPr="00BE3C26">
        <w:rPr>
          <w:sz w:val="32"/>
          <w:szCs w:val="32"/>
        </w:rPr>
        <w:t>Мачак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чизмама</w:t>
      </w:r>
      <w:proofErr w:type="spellEnd"/>
      <w:r w:rsidRPr="00BE3C26">
        <w:rPr>
          <w:sz w:val="32"/>
          <w:szCs w:val="32"/>
        </w:rPr>
        <w:t>"</w:t>
      </w:r>
      <w:r w:rsidR="00BE3C26">
        <w:rPr>
          <w:sz w:val="32"/>
          <w:szCs w:val="32"/>
          <w:lang w:val="sr-Cyrl-RS"/>
        </w:rPr>
        <w:t>.</w:t>
      </w:r>
    </w:p>
    <w:p w14:paraId="5954F9D7" w14:textId="77777777" w:rsidR="00BF7F3B" w:rsidRDefault="00BF7F3B"/>
    <w:p w14:paraId="4CE28FE6" w14:textId="56D2A551" w:rsidR="00BF7F3B" w:rsidRDefault="00BF7F3B">
      <w:r>
        <w:rPr>
          <w:noProof/>
        </w:rPr>
        <w:lastRenderedPageBreak/>
        <w:drawing>
          <wp:inline distT="0" distB="0" distL="0" distR="0" wp14:anchorId="6A1CE98B" wp14:editId="213212AE">
            <wp:extent cx="3966359" cy="2974769"/>
            <wp:effectExtent l="0" t="0" r="0" b="0"/>
            <wp:docPr id="2496482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48291" name="Picture 2496482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2537" cy="29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EB03" w14:textId="6F42C7B0" w:rsidR="00BF7F3B" w:rsidRPr="00BE3C26" w:rsidRDefault="00450064">
      <w:pPr>
        <w:rPr>
          <w:sz w:val="32"/>
          <w:szCs w:val="32"/>
        </w:rPr>
      </w:pPr>
      <w:r w:rsidRPr="00BE3C26">
        <w:rPr>
          <w:sz w:val="32"/>
          <w:szCs w:val="32"/>
          <w:lang w:val="sr-Cyrl-RS"/>
        </w:rPr>
        <w:t>Н</w:t>
      </w:r>
      <w:r w:rsidR="00BF7F3B" w:rsidRPr="00BE3C26">
        <w:rPr>
          <w:sz w:val="32"/>
          <w:szCs w:val="32"/>
        </w:rPr>
        <w:t xml:space="preserve">а </w:t>
      </w:r>
      <w:proofErr w:type="spellStart"/>
      <w:r w:rsidR="00BF7F3B" w:rsidRPr="00BE3C26">
        <w:rPr>
          <w:sz w:val="32"/>
          <w:szCs w:val="32"/>
        </w:rPr>
        <w:t>Хиподрому</w:t>
      </w:r>
      <w:proofErr w:type="spellEnd"/>
      <w:r w:rsidR="00BF7F3B" w:rsidRPr="00BE3C26">
        <w:rPr>
          <w:sz w:val="32"/>
          <w:szCs w:val="32"/>
        </w:rPr>
        <w:t xml:space="preserve"> у </w:t>
      </w:r>
      <w:proofErr w:type="spellStart"/>
      <w:r w:rsidR="00BF7F3B" w:rsidRPr="00BE3C26">
        <w:rPr>
          <w:sz w:val="32"/>
          <w:szCs w:val="32"/>
        </w:rPr>
        <w:t>Лесковцу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одржан</w:t>
      </w:r>
      <w:proofErr w:type="spellEnd"/>
      <w:r w:rsidR="00BF7F3B" w:rsidRPr="00BE3C26">
        <w:rPr>
          <w:sz w:val="32"/>
          <w:szCs w:val="32"/>
        </w:rPr>
        <w:t xml:space="preserve"> РТС КРОС </w:t>
      </w:r>
      <w:proofErr w:type="spellStart"/>
      <w:r w:rsidR="00BF7F3B" w:rsidRPr="00BE3C26">
        <w:rPr>
          <w:sz w:val="32"/>
          <w:szCs w:val="32"/>
        </w:rPr>
        <w:t>на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коме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су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ученици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наше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школе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постигли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запажене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резултате</w:t>
      </w:r>
      <w:proofErr w:type="spellEnd"/>
      <w:r w:rsidR="00BF7F3B" w:rsidRPr="00BE3C26">
        <w:rPr>
          <w:sz w:val="32"/>
          <w:szCs w:val="32"/>
        </w:rPr>
        <w:t xml:space="preserve">. </w:t>
      </w:r>
      <w:proofErr w:type="spellStart"/>
      <w:r w:rsidR="00BF7F3B" w:rsidRPr="00BE3C26">
        <w:rPr>
          <w:sz w:val="32"/>
          <w:szCs w:val="32"/>
        </w:rPr>
        <w:t>Честитамо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свим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нашим</w:t>
      </w:r>
      <w:proofErr w:type="spellEnd"/>
      <w:r w:rsidR="00BF7F3B" w:rsidRPr="00BE3C26">
        <w:rPr>
          <w:sz w:val="32"/>
          <w:szCs w:val="32"/>
        </w:rPr>
        <w:t xml:space="preserve"> </w:t>
      </w:r>
      <w:proofErr w:type="spellStart"/>
      <w:r w:rsidR="00BF7F3B" w:rsidRPr="00BE3C26">
        <w:rPr>
          <w:sz w:val="32"/>
          <w:szCs w:val="32"/>
        </w:rPr>
        <w:t>такмичарима</w:t>
      </w:r>
      <w:proofErr w:type="spellEnd"/>
      <w:r w:rsidR="00BF7F3B" w:rsidRPr="00BE3C26">
        <w:rPr>
          <w:sz w:val="32"/>
          <w:szCs w:val="32"/>
        </w:rPr>
        <w:t>.</w:t>
      </w:r>
    </w:p>
    <w:p w14:paraId="5F5715B2" w14:textId="77777777" w:rsidR="00BF7F3B" w:rsidRDefault="00BF7F3B">
      <w:pPr>
        <w:rPr>
          <w:sz w:val="28"/>
          <w:szCs w:val="28"/>
        </w:rPr>
      </w:pPr>
    </w:p>
    <w:p w14:paraId="2C1739CC" w14:textId="3460D083" w:rsidR="00BF7F3B" w:rsidRPr="00BF7F3B" w:rsidRDefault="00BF7F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2C0E0E" wp14:editId="0F708BE0">
            <wp:extent cx="4191990" cy="3143993"/>
            <wp:effectExtent l="0" t="0" r="0" b="0"/>
            <wp:docPr id="9078880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88047" name="Picture 9078880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8005" cy="31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74DA" w14:textId="77777777" w:rsidR="00BF7F3B" w:rsidRDefault="00BF7F3B"/>
    <w:p w14:paraId="7BDE2A8E" w14:textId="4B00EDD8" w:rsidR="00BF7F3B" w:rsidRDefault="00BF7F3B">
      <w:pPr>
        <w:pStyle w:val="Heading1"/>
        <w:rPr>
          <w:color w:val="0066CC"/>
        </w:rPr>
      </w:pPr>
      <w:r>
        <w:rPr>
          <w:noProof/>
          <w:color w:val="0066CC"/>
        </w:rPr>
        <w:lastRenderedPageBreak/>
        <w:drawing>
          <wp:inline distT="0" distB="0" distL="0" distR="0" wp14:anchorId="7DB155BA" wp14:editId="00DBDCF5">
            <wp:extent cx="4191990" cy="3143993"/>
            <wp:effectExtent l="0" t="0" r="0" b="0"/>
            <wp:docPr id="544350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50526" name="Picture 5443505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4753" cy="31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8373" w14:textId="77777777" w:rsidR="00BF7F3B" w:rsidRPr="00BE3C26" w:rsidRDefault="00BF7F3B" w:rsidP="00BF7F3B">
      <w:pPr>
        <w:pStyle w:val="Heading1"/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</w:pP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Поводом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Дечје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недеље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ученици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осмог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разреда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наше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школе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наставницама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Данијелом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Јовановић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и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Данијелом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Величковић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посетили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Народни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музеј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и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Градску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кућу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у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Лесковцу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. У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музеју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у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пратњи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кустоса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погледали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сталне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поставке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"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Времеплов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лесковачког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краја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" и "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Лесковац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-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српки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Манчестер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(</w:t>
      </w:r>
      <w:proofErr w:type="gram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1878-1941)."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Ученици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имали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прилику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виде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материјалне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историјске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изворе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поређане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периодима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из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којих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потичу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амбијент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кућа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пијаце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занатских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радњи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скулптуре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људи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који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дочаравају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одређену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историјску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епоху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њихов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начин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одевања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као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и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изглед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лесковачке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кафане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. </w:t>
      </w:r>
    </w:p>
    <w:p w14:paraId="05CBAE92" w14:textId="77777777" w:rsidR="00BF7F3B" w:rsidRPr="00BE3C26" w:rsidRDefault="00BF7F3B" w:rsidP="00BF7F3B">
      <w:pPr>
        <w:pStyle w:val="Heading1"/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</w:pPr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У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Градској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кући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погледали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сталну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етнолошку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поставку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из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друге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половине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 xml:space="preserve"> 19. </w:t>
      </w:r>
      <w:proofErr w:type="spellStart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века</w:t>
      </w:r>
      <w:proofErr w:type="spellEnd"/>
      <w:r w:rsidRPr="00BE3C26">
        <w:rPr>
          <w:rFonts w:asciiTheme="minorHAnsi" w:hAnsiTheme="minorHAnsi"/>
          <w:b w:val="0"/>
          <w:bCs w:val="0"/>
          <w:color w:val="000000" w:themeColor="text1"/>
          <w:sz w:val="32"/>
          <w:szCs w:val="32"/>
        </w:rPr>
        <w:t>.</w:t>
      </w:r>
    </w:p>
    <w:p w14:paraId="2AA2503C" w14:textId="1830F1D0" w:rsidR="00BF7F3B" w:rsidRDefault="00BF7F3B">
      <w:pPr>
        <w:pStyle w:val="Heading1"/>
        <w:rPr>
          <w:color w:val="0066CC"/>
        </w:rPr>
      </w:pPr>
      <w:r>
        <w:rPr>
          <w:noProof/>
          <w:color w:val="0066CC"/>
        </w:rPr>
        <w:lastRenderedPageBreak/>
        <w:drawing>
          <wp:inline distT="0" distB="0" distL="0" distR="0" wp14:anchorId="28B9801F" wp14:editId="76561E35">
            <wp:extent cx="5486400" cy="3089275"/>
            <wp:effectExtent l="0" t="0" r="0" b="0"/>
            <wp:docPr id="35368225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82257" name="Picture 3536822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F918" w14:textId="27FE9F3F" w:rsidR="00BF7F3B" w:rsidRPr="00BE3C26" w:rsidRDefault="00450064">
      <w:pPr>
        <w:pStyle w:val="Heading1"/>
        <w:rPr>
          <w:rFonts w:asciiTheme="minorHAnsi" w:hAnsiTheme="minorHAnsi"/>
          <w:color w:val="000000" w:themeColor="text1"/>
          <w:sz w:val="32"/>
          <w:szCs w:val="32"/>
        </w:rPr>
      </w:pPr>
      <w:r w:rsidRPr="00BE3C26">
        <w:rPr>
          <w:rFonts w:asciiTheme="minorHAnsi" w:hAnsiTheme="minorHAnsi"/>
          <w:color w:val="000000" w:themeColor="text1"/>
          <w:sz w:val="32"/>
          <w:szCs w:val="32"/>
          <w:lang w:val="sr-Cyrl-RS"/>
        </w:rPr>
        <w:t>П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оводом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Дечје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недеље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,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одржана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  <w:lang w:val="sr-Cyrl-RS"/>
        </w:rPr>
        <w:t xml:space="preserve"> је</w:t>
      </w:r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приредба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за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ученике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првог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разреда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наше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школе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.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Добродошлицу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су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им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пожелели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чланови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драмско-рецитаторске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секције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ученика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млађих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разреда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којом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руководе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учитељице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Весна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Илић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и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Лозица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Костић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,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као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чланови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хора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са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наставницом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Миленом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Павловић</w:t>
      </w:r>
      <w:proofErr w:type="spellEnd"/>
      <w:r w:rsidR="00BF7F3B" w:rsidRPr="00BE3C26">
        <w:rPr>
          <w:rFonts w:asciiTheme="minorHAnsi" w:hAnsiTheme="minorHAnsi"/>
          <w:color w:val="000000" w:themeColor="text1"/>
          <w:sz w:val="32"/>
          <w:szCs w:val="32"/>
        </w:rPr>
        <w:t>.</w:t>
      </w:r>
    </w:p>
    <w:p w14:paraId="364FBFC6" w14:textId="77777777" w:rsidR="00BF7F3B" w:rsidRPr="000E3283" w:rsidRDefault="00BF7F3B">
      <w:pPr>
        <w:pStyle w:val="Heading1"/>
        <w:rPr>
          <w:rFonts w:asciiTheme="minorHAnsi" w:hAnsiTheme="minorHAnsi"/>
          <w:color w:val="0066CC"/>
          <w:sz w:val="32"/>
          <w:szCs w:val="32"/>
        </w:rPr>
      </w:pPr>
    </w:p>
    <w:p w14:paraId="51FD6E3C" w14:textId="3E493FB4" w:rsidR="00705B69" w:rsidRPr="00705B69" w:rsidRDefault="00705B69" w:rsidP="00705B69">
      <w:r>
        <w:rPr>
          <w:noProof/>
        </w:rPr>
        <w:lastRenderedPageBreak/>
        <w:drawing>
          <wp:inline distT="0" distB="0" distL="0" distR="0" wp14:anchorId="1B1DB26A" wp14:editId="02A8C818">
            <wp:extent cx="4399808" cy="5866410"/>
            <wp:effectExtent l="0" t="0" r="1270" b="1270"/>
            <wp:docPr id="3754119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11990" name="Picture 3754119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5334" cy="58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B60E" w14:textId="752392F4" w:rsidR="00BF7F3B" w:rsidRPr="00BE3C26" w:rsidRDefault="00705B69">
      <w:pPr>
        <w:pStyle w:val="Heading1"/>
        <w:rPr>
          <w:rFonts w:asciiTheme="minorHAnsi" w:hAnsiTheme="minorHAnsi"/>
          <w:color w:val="000000" w:themeColor="text1"/>
          <w:sz w:val="32"/>
          <w:szCs w:val="32"/>
        </w:rPr>
      </w:pP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На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свечаној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седници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Скупштине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Града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Лесковца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поводом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11.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октобра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празника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града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,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Основној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школи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„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Трајко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Стаменковић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“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додељено</w:t>
      </w:r>
      <w:proofErr w:type="spellEnd"/>
      <w:proofErr w:type="gram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је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признање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у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виду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похвале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за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изузетне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резултате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и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успехе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поводом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40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година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од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оснивања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и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изузетног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доприноса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у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васпитно-образовном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proofErr w:type="spellStart"/>
      <w:r w:rsidRPr="00BE3C26">
        <w:rPr>
          <w:rFonts w:asciiTheme="minorHAnsi" w:hAnsiTheme="minorHAnsi"/>
          <w:color w:val="000000" w:themeColor="text1"/>
          <w:sz w:val="32"/>
          <w:szCs w:val="32"/>
        </w:rPr>
        <w:t>раду</w:t>
      </w:r>
      <w:proofErr w:type="spellEnd"/>
      <w:r w:rsidRPr="00BE3C26">
        <w:rPr>
          <w:rFonts w:asciiTheme="minorHAnsi" w:hAnsiTheme="minorHAnsi"/>
          <w:color w:val="000000" w:themeColor="text1"/>
          <w:sz w:val="32"/>
          <w:szCs w:val="32"/>
        </w:rPr>
        <w:t>.</w:t>
      </w:r>
    </w:p>
    <w:p w14:paraId="3B050D33" w14:textId="77777777" w:rsidR="00705B69" w:rsidRDefault="00705B69" w:rsidP="00705B69"/>
    <w:p w14:paraId="412CDEAF" w14:textId="77777777" w:rsidR="00705B69" w:rsidRDefault="00705B69" w:rsidP="00705B69"/>
    <w:p w14:paraId="69DC9C08" w14:textId="6AB857A7" w:rsidR="00705B69" w:rsidRPr="00705B69" w:rsidRDefault="00705B69" w:rsidP="00705B69">
      <w:r>
        <w:rPr>
          <w:noProof/>
        </w:rPr>
        <w:drawing>
          <wp:inline distT="0" distB="0" distL="0" distR="0" wp14:anchorId="3D07A013" wp14:editId="13EDC9AF">
            <wp:extent cx="3598224" cy="4304958"/>
            <wp:effectExtent l="0" t="0" r="2540" b="635"/>
            <wp:docPr id="7425806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80644" name="Picture 7425806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7624" cy="43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C391" w14:textId="72B50834" w:rsidR="00705B69" w:rsidRPr="00BE3C26" w:rsidRDefault="00450064">
      <w:pPr>
        <w:pStyle w:val="Heading1"/>
        <w:rPr>
          <w:rFonts w:asciiTheme="minorHAnsi" w:hAnsiTheme="minorHAnsi"/>
          <w:b w:val="0"/>
          <w:color w:val="000000" w:themeColor="text1"/>
          <w:sz w:val="32"/>
          <w:szCs w:val="32"/>
          <w:lang w:val="sr-Cyrl-RS"/>
        </w:rPr>
      </w:pPr>
      <w:r w:rsidRPr="00BE3C26">
        <w:rPr>
          <w:rFonts w:asciiTheme="minorHAnsi" w:hAnsiTheme="minorHAnsi"/>
          <w:b w:val="0"/>
          <w:color w:val="000000" w:themeColor="text1"/>
          <w:sz w:val="32"/>
          <w:szCs w:val="32"/>
          <w:lang w:val="sr-Cyrl-RS"/>
        </w:rPr>
        <w:t>У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ченици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осмог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разреда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наше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школе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учествовали</w:t>
      </w:r>
      <w:proofErr w:type="spellEnd"/>
      <w:r w:rsidRPr="00BE3C26">
        <w:rPr>
          <w:rFonts w:asciiTheme="minorHAnsi" w:hAnsiTheme="minorHAnsi"/>
          <w:b w:val="0"/>
          <w:color w:val="000000" w:themeColor="text1"/>
          <w:sz w:val="32"/>
          <w:szCs w:val="32"/>
          <w:lang w:val="sr-Cyrl-RS"/>
        </w:rPr>
        <w:t xml:space="preserve"> су</w:t>
      </w:r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на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Лесковачком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полумаратону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и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постигли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следеће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резултате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:</w:t>
      </w:r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br/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Павле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Стошић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8-3,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друго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место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br/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Лука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Стевановић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8-3,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треће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место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и</w:t>
      </w:r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br/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Иван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Илић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8-4,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четврто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место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br/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Честитамо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ученицима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и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наставнику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Влади</w:t>
      </w:r>
      <w:proofErr w:type="spellEnd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 xml:space="preserve"> </w:t>
      </w:r>
      <w:proofErr w:type="spellStart"/>
      <w:r w:rsidR="00705B69" w:rsidRPr="00BE3C26">
        <w:rPr>
          <w:rFonts w:asciiTheme="minorHAnsi" w:hAnsiTheme="minorHAnsi"/>
          <w:b w:val="0"/>
          <w:color w:val="000000" w:themeColor="text1"/>
          <w:sz w:val="32"/>
          <w:szCs w:val="32"/>
        </w:rPr>
        <w:t>Ђуричићу</w:t>
      </w:r>
      <w:proofErr w:type="spellEnd"/>
      <w:r w:rsidR="00BE3C26" w:rsidRPr="00BE3C26">
        <w:rPr>
          <w:rFonts w:asciiTheme="minorHAnsi" w:hAnsiTheme="minorHAnsi"/>
          <w:b w:val="0"/>
          <w:color w:val="000000" w:themeColor="text1"/>
          <w:sz w:val="32"/>
          <w:szCs w:val="32"/>
          <w:lang w:val="sr-Cyrl-RS"/>
        </w:rPr>
        <w:t>.</w:t>
      </w:r>
    </w:p>
    <w:p w14:paraId="1790388F" w14:textId="77777777" w:rsidR="00705B69" w:rsidRPr="00BE3C26" w:rsidRDefault="00705B69">
      <w:pPr>
        <w:pStyle w:val="Heading1"/>
        <w:rPr>
          <w:b w:val="0"/>
          <w:color w:val="0066CC"/>
        </w:rPr>
      </w:pPr>
    </w:p>
    <w:p w14:paraId="55D91DDA" w14:textId="77777777" w:rsidR="00705B69" w:rsidRPr="00705B69" w:rsidRDefault="00705B69" w:rsidP="00705B69"/>
    <w:p w14:paraId="485943A4" w14:textId="77777777" w:rsidR="00705B69" w:rsidRDefault="00705B69">
      <w:pPr>
        <w:pStyle w:val="Heading1"/>
        <w:rPr>
          <w:color w:val="0066CC"/>
        </w:rPr>
      </w:pPr>
    </w:p>
    <w:p w14:paraId="14D9970B" w14:textId="77777777" w:rsidR="00705B69" w:rsidRDefault="00705B69">
      <w:pPr>
        <w:pStyle w:val="Heading1"/>
        <w:rPr>
          <w:color w:val="0066CC"/>
        </w:rPr>
      </w:pPr>
    </w:p>
    <w:p w14:paraId="57E1D912" w14:textId="055B2651" w:rsidR="00E93504" w:rsidRDefault="00087879">
      <w:pPr>
        <w:pStyle w:val="Heading1"/>
      </w:pPr>
      <w:r>
        <w:rPr>
          <w:color w:val="0066CC"/>
        </w:rPr>
        <w:t>НОВЕМБАР 2024.</w:t>
      </w:r>
    </w:p>
    <w:p w14:paraId="5BC19E64" w14:textId="77777777" w:rsidR="00705B69" w:rsidRDefault="00705B6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380F69A" wp14:editId="2C053E85">
            <wp:extent cx="4334494" cy="3176121"/>
            <wp:effectExtent l="0" t="0" r="0" b="5715"/>
            <wp:docPr id="11957322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32272" name="Picture 11957322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1439" cy="31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D71A" w14:textId="2AE985E0" w:rsidR="00E93504" w:rsidRPr="00BE3C26" w:rsidRDefault="00705B69">
      <w:pPr>
        <w:rPr>
          <w:sz w:val="32"/>
          <w:szCs w:val="32"/>
        </w:rPr>
      </w:pPr>
      <w:r w:rsidRPr="00BE3C26">
        <w:rPr>
          <w:sz w:val="32"/>
          <w:szCs w:val="32"/>
        </w:rPr>
        <w:t>ОПШТИНСКИ ПРВАЦИ У 3×3</w:t>
      </w:r>
      <w:r w:rsidRPr="00BE3C26">
        <w:rPr>
          <w:sz w:val="32"/>
          <w:szCs w:val="32"/>
        </w:rPr>
        <w:br/>
        <w:t xml:space="preserve">25.11.2024. </w:t>
      </w:r>
      <w:proofErr w:type="spellStart"/>
      <w:r w:rsidRPr="00BE3C26">
        <w:rPr>
          <w:sz w:val="32"/>
          <w:szCs w:val="32"/>
        </w:rPr>
        <w:t>наша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постала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општински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првак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баскету</w:t>
      </w:r>
      <w:proofErr w:type="spellEnd"/>
      <w:r w:rsidRPr="00BE3C26">
        <w:rPr>
          <w:sz w:val="32"/>
          <w:szCs w:val="32"/>
        </w:rPr>
        <w:t xml:space="preserve"> 3×3. </w:t>
      </w:r>
      <w:proofErr w:type="spellStart"/>
      <w:r w:rsidRPr="00BE3C26">
        <w:rPr>
          <w:sz w:val="32"/>
          <w:szCs w:val="32"/>
        </w:rPr>
        <w:t>Екипу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предводио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Драган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Лазић</w:t>
      </w:r>
      <w:proofErr w:type="spellEnd"/>
      <w:r w:rsidRPr="00BE3C26">
        <w:rPr>
          <w:sz w:val="32"/>
          <w:szCs w:val="32"/>
        </w:rPr>
        <w:t xml:space="preserve"> – и </w:t>
      </w:r>
      <w:proofErr w:type="spellStart"/>
      <w:r w:rsidRPr="00BE3C26">
        <w:rPr>
          <w:sz w:val="32"/>
          <w:szCs w:val="32"/>
        </w:rPr>
        <w:t>остварио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пласман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Окружно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такмичење</w:t>
      </w:r>
      <w:proofErr w:type="spellEnd"/>
      <w:r w:rsidRPr="00BE3C26">
        <w:rPr>
          <w:sz w:val="32"/>
          <w:szCs w:val="32"/>
        </w:rPr>
        <w:t>.</w:t>
      </w:r>
    </w:p>
    <w:p w14:paraId="2BB6A1DF" w14:textId="453C475E" w:rsidR="00705B69" w:rsidRDefault="00705B69">
      <w:r>
        <w:rPr>
          <w:noProof/>
        </w:rPr>
        <w:lastRenderedPageBreak/>
        <w:drawing>
          <wp:inline distT="0" distB="0" distL="0" distR="0" wp14:anchorId="348AB0E0" wp14:editId="47B03F0A">
            <wp:extent cx="4096987" cy="2912465"/>
            <wp:effectExtent l="0" t="0" r="0" b="2540"/>
            <wp:docPr id="185573578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35789" name="Picture 185573578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3491" cy="29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C114" w14:textId="77777777" w:rsidR="00BE3C26" w:rsidRDefault="00705B69" w:rsidP="00BE3C26">
      <w:pPr>
        <w:rPr>
          <w:sz w:val="32"/>
          <w:szCs w:val="32"/>
        </w:rPr>
      </w:pPr>
      <w:r w:rsidRPr="00BE3C26">
        <w:rPr>
          <w:sz w:val="32"/>
          <w:szCs w:val="32"/>
        </w:rPr>
        <w:t>ПРВАЦИ ЈАБЛАНИЧКОГ ОКРУГА</w:t>
      </w:r>
      <w:r w:rsidRPr="00BE3C26">
        <w:rPr>
          <w:sz w:val="32"/>
          <w:szCs w:val="32"/>
        </w:rPr>
        <w:br/>
        <w:t>26.11.2024.</w:t>
      </w:r>
      <w:r w:rsidRPr="00BE3C26">
        <w:rPr>
          <w:sz w:val="32"/>
          <w:szCs w:val="32"/>
        </w:rPr>
        <w:br/>
      </w:r>
      <w:proofErr w:type="spellStart"/>
      <w:r w:rsidRPr="00BE3C26">
        <w:rPr>
          <w:sz w:val="32"/>
          <w:szCs w:val="32"/>
        </w:rPr>
        <w:t>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Окружном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такмичењу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баскету</w:t>
      </w:r>
      <w:proofErr w:type="spellEnd"/>
      <w:r w:rsidRPr="00BE3C26">
        <w:rPr>
          <w:sz w:val="32"/>
          <w:szCs w:val="32"/>
        </w:rPr>
        <w:t xml:space="preserve"> 3×3 </w:t>
      </w:r>
      <w:proofErr w:type="spellStart"/>
      <w:r w:rsidRPr="00BE3C26">
        <w:rPr>
          <w:sz w:val="32"/>
          <w:szCs w:val="32"/>
        </w:rPr>
        <w:t>наша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школа</w:t>
      </w:r>
      <w:proofErr w:type="spellEnd"/>
      <w:r w:rsidRPr="00BE3C26">
        <w:rPr>
          <w:sz w:val="32"/>
          <w:szCs w:val="32"/>
        </w:rPr>
        <w:t xml:space="preserve"> ОШ „</w:t>
      </w:r>
      <w:proofErr w:type="spellStart"/>
      <w:r w:rsidRPr="00BE3C26">
        <w:rPr>
          <w:sz w:val="32"/>
          <w:szCs w:val="32"/>
        </w:rPr>
        <w:t>Трајко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proofErr w:type="gramStart"/>
      <w:r w:rsidRPr="00BE3C26">
        <w:rPr>
          <w:sz w:val="32"/>
          <w:szCs w:val="32"/>
        </w:rPr>
        <w:t>Стаменковић</w:t>
      </w:r>
      <w:proofErr w:type="spellEnd"/>
      <w:r w:rsidR="00450064" w:rsidRPr="00BE3C26">
        <w:rPr>
          <w:sz w:val="32"/>
          <w:szCs w:val="32"/>
          <w:lang w:val="sr-Cyrl-RS"/>
        </w:rPr>
        <w:t xml:space="preserve">“ </w:t>
      </w:r>
      <w:proofErr w:type="spellStart"/>
      <w:r w:rsidRPr="00BE3C26">
        <w:rPr>
          <w:sz w:val="32"/>
          <w:szCs w:val="32"/>
        </w:rPr>
        <w:t>је</w:t>
      </w:r>
      <w:proofErr w:type="spellEnd"/>
      <w:proofErr w:type="gram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после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велике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борбе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освојила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прво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место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титулу</w:t>
      </w:r>
      <w:proofErr w:type="spellEnd"/>
      <w:r w:rsidRPr="00BE3C26">
        <w:rPr>
          <w:sz w:val="32"/>
          <w:szCs w:val="32"/>
        </w:rPr>
        <w:t xml:space="preserve"> ПРВАКА ЈАБЛАНИЧКОГ ОКРУГА. </w:t>
      </w:r>
      <w:proofErr w:type="spellStart"/>
      <w:r w:rsidRPr="00BE3C26">
        <w:rPr>
          <w:sz w:val="32"/>
          <w:szCs w:val="32"/>
        </w:rPr>
        <w:t>Екипу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предводио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наставник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Драган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Лазић</w:t>
      </w:r>
      <w:proofErr w:type="spellEnd"/>
      <w:r w:rsidRPr="00BE3C26">
        <w:rPr>
          <w:sz w:val="32"/>
          <w:szCs w:val="32"/>
        </w:rPr>
        <w:t>.</w:t>
      </w:r>
      <w:r w:rsidRPr="00BE3C26">
        <w:rPr>
          <w:sz w:val="32"/>
          <w:szCs w:val="32"/>
        </w:rPr>
        <w:br/>
      </w:r>
      <w:r w:rsidRPr="00BE3C26">
        <w:rPr>
          <w:sz w:val="32"/>
          <w:szCs w:val="32"/>
        </w:rPr>
        <w:br/>
      </w:r>
      <w:proofErr w:type="spellStart"/>
      <w:r w:rsidRPr="00BE3C26">
        <w:rPr>
          <w:sz w:val="32"/>
          <w:szCs w:val="32"/>
        </w:rPr>
        <w:t>Све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честитке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екипи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наставнику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Лазићу.</w:t>
      </w:r>
      <w:proofErr w:type="spellEnd"/>
    </w:p>
    <w:p w14:paraId="26051728" w14:textId="77777777" w:rsidR="00BE3C26" w:rsidRDefault="00BE3C26" w:rsidP="00BE3C26">
      <w:pPr>
        <w:rPr>
          <w:color w:val="0066CC"/>
        </w:rPr>
      </w:pPr>
    </w:p>
    <w:p w14:paraId="01DB16BD" w14:textId="77777777" w:rsidR="00BE3C26" w:rsidRDefault="00BE3C26" w:rsidP="00BE3C26">
      <w:pPr>
        <w:rPr>
          <w:color w:val="0066CC"/>
        </w:rPr>
      </w:pPr>
    </w:p>
    <w:p w14:paraId="2FB7B207" w14:textId="77777777" w:rsidR="00BE3C26" w:rsidRDefault="00BE3C26" w:rsidP="00BE3C26">
      <w:pPr>
        <w:rPr>
          <w:color w:val="0066CC"/>
        </w:rPr>
      </w:pPr>
    </w:p>
    <w:p w14:paraId="5F1C9D5F" w14:textId="77777777" w:rsidR="00BE3C26" w:rsidRDefault="00BE3C26" w:rsidP="00BE3C26">
      <w:pPr>
        <w:rPr>
          <w:color w:val="0066CC"/>
        </w:rPr>
      </w:pPr>
    </w:p>
    <w:p w14:paraId="6D24C85E" w14:textId="77777777" w:rsidR="00BE3C26" w:rsidRDefault="00BE3C26" w:rsidP="00BE3C26">
      <w:pPr>
        <w:rPr>
          <w:color w:val="0066CC"/>
        </w:rPr>
      </w:pPr>
    </w:p>
    <w:p w14:paraId="0A5F78CA" w14:textId="77777777" w:rsidR="00BE3C26" w:rsidRDefault="00BE3C26" w:rsidP="00BE3C26">
      <w:pPr>
        <w:rPr>
          <w:color w:val="0066CC"/>
        </w:rPr>
      </w:pPr>
    </w:p>
    <w:p w14:paraId="028EC074" w14:textId="77777777" w:rsidR="00BE3C26" w:rsidRDefault="00BE3C26" w:rsidP="00BE3C26">
      <w:pPr>
        <w:rPr>
          <w:color w:val="0066CC"/>
        </w:rPr>
      </w:pPr>
    </w:p>
    <w:p w14:paraId="10305528" w14:textId="77777777" w:rsidR="00BE3C26" w:rsidRDefault="00BE3C26" w:rsidP="00BE3C26">
      <w:pPr>
        <w:rPr>
          <w:color w:val="0066CC"/>
        </w:rPr>
      </w:pPr>
    </w:p>
    <w:p w14:paraId="07873EF0" w14:textId="77777777" w:rsidR="00BE3C26" w:rsidRDefault="00BE3C26" w:rsidP="00BE3C26">
      <w:pPr>
        <w:rPr>
          <w:color w:val="0066CC"/>
        </w:rPr>
      </w:pPr>
    </w:p>
    <w:p w14:paraId="76335C77" w14:textId="293F96C1" w:rsidR="00705B69" w:rsidRPr="00BE3C26" w:rsidRDefault="00087879" w:rsidP="00BE3C26">
      <w:pPr>
        <w:rPr>
          <w:sz w:val="28"/>
          <w:szCs w:val="28"/>
        </w:rPr>
      </w:pPr>
      <w:r w:rsidRPr="00BE3C26">
        <w:rPr>
          <w:color w:val="0066CC"/>
          <w:sz w:val="28"/>
          <w:szCs w:val="28"/>
        </w:rPr>
        <w:lastRenderedPageBreak/>
        <w:t>ДЕЦЕМБАР 2</w:t>
      </w:r>
      <w:r w:rsidRPr="00BE3C26">
        <w:rPr>
          <w:color w:val="0066CC"/>
          <w:sz w:val="28"/>
          <w:szCs w:val="28"/>
        </w:rPr>
        <w:t>024.</w:t>
      </w:r>
    </w:p>
    <w:p w14:paraId="6498C361" w14:textId="4879E1F6" w:rsidR="00705B69" w:rsidRDefault="00705B69" w:rsidP="00705B69">
      <w:r>
        <w:rPr>
          <w:noProof/>
        </w:rPr>
        <w:drawing>
          <wp:inline distT="0" distB="0" distL="0" distR="0" wp14:anchorId="06DE64B3" wp14:editId="7F316F1C">
            <wp:extent cx="2244437" cy="3171307"/>
            <wp:effectExtent l="0" t="0" r="3810" b="0"/>
            <wp:docPr id="2004968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6898" name="Picture 2004968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4927" cy="32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9418" w14:textId="77777777" w:rsidR="00705B69" w:rsidRPr="00BE3C26" w:rsidRDefault="00705B69" w:rsidP="00705B69">
      <w:pPr>
        <w:rPr>
          <w:sz w:val="32"/>
          <w:szCs w:val="32"/>
        </w:rPr>
      </w:pPr>
      <w:r w:rsidRPr="00BE3C26">
        <w:rPr>
          <w:sz w:val="32"/>
          <w:szCs w:val="32"/>
        </w:rPr>
        <w:t>МЕЂУОКРУЖНИ ПРВАЦИ У БАСКЕТУ 3×3</w:t>
      </w:r>
    </w:p>
    <w:p w14:paraId="2D951212" w14:textId="77777777" w:rsidR="00705B69" w:rsidRPr="00BE3C26" w:rsidRDefault="00705B69" w:rsidP="00705B69">
      <w:pPr>
        <w:rPr>
          <w:sz w:val="32"/>
          <w:szCs w:val="32"/>
        </w:rPr>
      </w:pPr>
      <w:r w:rsidRPr="00BE3C26">
        <w:rPr>
          <w:sz w:val="32"/>
          <w:szCs w:val="32"/>
        </w:rPr>
        <w:t xml:space="preserve">29.11.2024. </w:t>
      </w:r>
      <w:proofErr w:type="spellStart"/>
      <w:r w:rsidRPr="00BE3C26">
        <w:rPr>
          <w:sz w:val="32"/>
          <w:szCs w:val="32"/>
        </w:rPr>
        <w:t>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Међуокружном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такмичењу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баскету</w:t>
      </w:r>
      <w:proofErr w:type="spellEnd"/>
      <w:r w:rsidRPr="00BE3C26">
        <w:rPr>
          <w:sz w:val="32"/>
          <w:szCs w:val="32"/>
        </w:rPr>
        <w:t xml:space="preserve"> 3×3 </w:t>
      </w:r>
      <w:proofErr w:type="spellStart"/>
      <w:r w:rsidRPr="00BE3C26">
        <w:rPr>
          <w:sz w:val="32"/>
          <w:szCs w:val="32"/>
        </w:rPr>
        <w:t>наша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школа</w:t>
      </w:r>
      <w:proofErr w:type="spellEnd"/>
      <w:r w:rsidRPr="00BE3C26">
        <w:rPr>
          <w:sz w:val="32"/>
          <w:szCs w:val="32"/>
        </w:rPr>
        <w:t xml:space="preserve"> ОШ „</w:t>
      </w:r>
      <w:proofErr w:type="spellStart"/>
      <w:r w:rsidRPr="00BE3C26">
        <w:rPr>
          <w:sz w:val="32"/>
          <w:szCs w:val="32"/>
        </w:rPr>
        <w:t>Трајко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proofErr w:type="gramStart"/>
      <w:r w:rsidRPr="00BE3C26">
        <w:rPr>
          <w:sz w:val="32"/>
          <w:szCs w:val="32"/>
        </w:rPr>
        <w:t>Стаменковић</w:t>
      </w:r>
      <w:proofErr w:type="spellEnd"/>
      <w:r w:rsidRPr="00BE3C26">
        <w:rPr>
          <w:sz w:val="32"/>
          <w:szCs w:val="32"/>
        </w:rPr>
        <w:t xml:space="preserve">“ </w:t>
      </w:r>
      <w:proofErr w:type="spellStart"/>
      <w:r w:rsidRPr="00BE3C26">
        <w:rPr>
          <w:sz w:val="32"/>
          <w:szCs w:val="32"/>
        </w:rPr>
        <w:t>је</w:t>
      </w:r>
      <w:proofErr w:type="spellEnd"/>
      <w:proofErr w:type="gram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успела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освоји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прво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место</w:t>
      </w:r>
      <w:proofErr w:type="spellEnd"/>
      <w:r w:rsidRPr="00BE3C26">
        <w:rPr>
          <w:sz w:val="32"/>
          <w:szCs w:val="32"/>
        </w:rPr>
        <w:t xml:space="preserve">. </w:t>
      </w:r>
      <w:proofErr w:type="spellStart"/>
      <w:r w:rsidRPr="00BE3C26">
        <w:rPr>
          <w:sz w:val="32"/>
          <w:szCs w:val="32"/>
        </w:rPr>
        <w:t>Екипу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предводио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наставник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физичког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здравственог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васпитања</w:t>
      </w:r>
      <w:proofErr w:type="spellEnd"/>
      <w:r w:rsidRPr="00BE3C26">
        <w:rPr>
          <w:sz w:val="32"/>
          <w:szCs w:val="32"/>
        </w:rPr>
        <w:t xml:space="preserve"> – </w:t>
      </w:r>
      <w:proofErr w:type="spellStart"/>
      <w:r w:rsidRPr="00BE3C26">
        <w:rPr>
          <w:sz w:val="32"/>
          <w:szCs w:val="32"/>
        </w:rPr>
        <w:t>Драган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Лазић</w:t>
      </w:r>
      <w:proofErr w:type="spellEnd"/>
      <w:r w:rsidRPr="00BE3C26">
        <w:rPr>
          <w:sz w:val="32"/>
          <w:szCs w:val="32"/>
        </w:rPr>
        <w:t xml:space="preserve">, а </w:t>
      </w:r>
      <w:proofErr w:type="spellStart"/>
      <w:r w:rsidRPr="00BE3C26">
        <w:rPr>
          <w:sz w:val="32"/>
          <w:szCs w:val="32"/>
        </w:rPr>
        <w:t>чланови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екипе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ученици</w:t>
      </w:r>
      <w:proofErr w:type="spellEnd"/>
      <w:r w:rsidRPr="00BE3C26">
        <w:rPr>
          <w:sz w:val="32"/>
          <w:szCs w:val="32"/>
        </w:rPr>
        <w:t xml:space="preserve"> 8-3 </w:t>
      </w:r>
      <w:proofErr w:type="spellStart"/>
      <w:r w:rsidRPr="00BE3C26">
        <w:rPr>
          <w:sz w:val="32"/>
          <w:szCs w:val="32"/>
        </w:rPr>
        <w:t>одељења</w:t>
      </w:r>
      <w:proofErr w:type="spellEnd"/>
      <w:r w:rsidRPr="00BE3C26">
        <w:rPr>
          <w:sz w:val="32"/>
          <w:szCs w:val="32"/>
        </w:rPr>
        <w:t>:</w:t>
      </w:r>
    </w:p>
    <w:p w14:paraId="4AE2FC9A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Ђорђе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Марковић</w:t>
      </w:r>
      <w:proofErr w:type="spellEnd"/>
    </w:p>
    <w:p w14:paraId="01018567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Урош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Смиљковић</w:t>
      </w:r>
      <w:proofErr w:type="spellEnd"/>
    </w:p>
    <w:p w14:paraId="326771A6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Лука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Стевановић</w:t>
      </w:r>
      <w:proofErr w:type="spellEnd"/>
      <w:r w:rsidRPr="00BE3C26">
        <w:rPr>
          <w:sz w:val="32"/>
          <w:szCs w:val="32"/>
        </w:rPr>
        <w:t xml:space="preserve"> и</w:t>
      </w:r>
    </w:p>
    <w:p w14:paraId="457FADBF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Михајло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Станковић</w:t>
      </w:r>
      <w:proofErr w:type="spellEnd"/>
      <w:r w:rsidRPr="00BE3C26">
        <w:rPr>
          <w:sz w:val="32"/>
          <w:szCs w:val="32"/>
        </w:rPr>
        <w:t>.</w:t>
      </w:r>
    </w:p>
    <w:p w14:paraId="63C260C7" w14:textId="35259122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Све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честитке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екипи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наставнику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Лазићу</w:t>
      </w:r>
      <w:proofErr w:type="spellEnd"/>
      <w:r w:rsidRPr="00BE3C26">
        <w:rPr>
          <w:sz w:val="32"/>
          <w:szCs w:val="32"/>
        </w:rPr>
        <w:t>.</w:t>
      </w:r>
    </w:p>
    <w:p w14:paraId="3ED4BAB3" w14:textId="03582942" w:rsidR="00705B69" w:rsidRPr="00705B69" w:rsidRDefault="00705B69" w:rsidP="00705B69">
      <w:r>
        <w:rPr>
          <w:noProof/>
        </w:rPr>
        <w:lastRenderedPageBreak/>
        <w:drawing>
          <wp:inline distT="0" distB="0" distL="0" distR="0" wp14:anchorId="6833721D" wp14:editId="3EA4667C">
            <wp:extent cx="2992582" cy="4224944"/>
            <wp:effectExtent l="0" t="0" r="0" b="4445"/>
            <wp:docPr id="191695733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57335" name="Picture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9826" cy="42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B485" w14:textId="18C0FCA5" w:rsidR="00E93504" w:rsidRDefault="00E93504" w:rsidP="00705B69">
      <w:pPr>
        <w:jc w:val="center"/>
      </w:pPr>
    </w:p>
    <w:p w14:paraId="0C42B210" w14:textId="2D7E7AC8" w:rsidR="00705B69" w:rsidRPr="00BE3C26" w:rsidRDefault="00450064" w:rsidP="00705B69">
      <w:pPr>
        <w:rPr>
          <w:sz w:val="32"/>
          <w:szCs w:val="32"/>
        </w:rPr>
      </w:pPr>
      <w:r w:rsidRPr="00BE3C26">
        <w:rPr>
          <w:sz w:val="32"/>
          <w:szCs w:val="32"/>
          <w:lang w:val="sr-Cyrl-RS"/>
        </w:rPr>
        <w:t>У</w:t>
      </w:r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Дому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културе</w:t>
      </w:r>
      <w:proofErr w:type="spellEnd"/>
      <w:r w:rsidR="00705B69" w:rsidRPr="00BE3C26">
        <w:rPr>
          <w:sz w:val="32"/>
          <w:szCs w:val="32"/>
        </w:rPr>
        <w:t xml:space="preserve"> у </w:t>
      </w:r>
      <w:proofErr w:type="spellStart"/>
      <w:r w:rsidR="00705B69" w:rsidRPr="00BE3C26">
        <w:rPr>
          <w:sz w:val="32"/>
          <w:szCs w:val="32"/>
        </w:rPr>
        <w:t>Грделици</w:t>
      </w:r>
      <w:proofErr w:type="spellEnd"/>
      <w:r w:rsidR="00705B69" w:rsidRPr="00BE3C26">
        <w:rPr>
          <w:sz w:val="32"/>
          <w:szCs w:val="32"/>
        </w:rPr>
        <w:t xml:space="preserve">, </w:t>
      </w:r>
      <w:proofErr w:type="spellStart"/>
      <w:r w:rsidR="00705B69" w:rsidRPr="00BE3C26">
        <w:rPr>
          <w:sz w:val="32"/>
          <w:szCs w:val="32"/>
        </w:rPr>
        <w:t>одржан</w:t>
      </w:r>
      <w:proofErr w:type="spellEnd"/>
      <w:r w:rsidRPr="00BE3C26">
        <w:rPr>
          <w:sz w:val="32"/>
          <w:szCs w:val="32"/>
          <w:lang w:val="sr-Cyrl-RS"/>
        </w:rPr>
        <w:t xml:space="preserve"> је</w:t>
      </w:r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Дечји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етно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фестивал</w:t>
      </w:r>
      <w:proofErr w:type="spellEnd"/>
      <w:r w:rsidR="00705B69" w:rsidRPr="00BE3C26">
        <w:rPr>
          <w:sz w:val="32"/>
          <w:szCs w:val="32"/>
        </w:rPr>
        <w:t xml:space="preserve"> "</w:t>
      </w:r>
      <w:proofErr w:type="spellStart"/>
      <w:r w:rsidR="00705B69" w:rsidRPr="00BE3C26">
        <w:rPr>
          <w:sz w:val="32"/>
          <w:szCs w:val="32"/>
        </w:rPr>
        <w:t>Деца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певају</w:t>
      </w:r>
      <w:proofErr w:type="spellEnd"/>
      <w:r w:rsidR="00705B69" w:rsidRPr="00BE3C26">
        <w:rPr>
          <w:sz w:val="32"/>
          <w:szCs w:val="32"/>
        </w:rPr>
        <w:t xml:space="preserve">" </w:t>
      </w:r>
      <w:proofErr w:type="spellStart"/>
      <w:r w:rsidR="00705B69" w:rsidRPr="00BE3C26">
        <w:rPr>
          <w:sz w:val="32"/>
          <w:szCs w:val="32"/>
        </w:rPr>
        <w:t>на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коме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је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учествовала</w:t>
      </w:r>
      <w:proofErr w:type="spellEnd"/>
      <w:r w:rsidR="00705B69" w:rsidRPr="00BE3C26">
        <w:rPr>
          <w:sz w:val="32"/>
          <w:szCs w:val="32"/>
        </w:rPr>
        <w:t xml:space="preserve"> и </w:t>
      </w:r>
      <w:proofErr w:type="spellStart"/>
      <w:r w:rsidR="00705B69" w:rsidRPr="00BE3C26">
        <w:rPr>
          <w:sz w:val="32"/>
          <w:szCs w:val="32"/>
        </w:rPr>
        <w:t>наша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Сара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Цицовић</w:t>
      </w:r>
      <w:proofErr w:type="spellEnd"/>
      <w:r w:rsidR="00705B69" w:rsidRPr="00BE3C26">
        <w:rPr>
          <w:sz w:val="32"/>
          <w:szCs w:val="32"/>
        </w:rPr>
        <w:t xml:space="preserve">, </w:t>
      </w:r>
      <w:proofErr w:type="spellStart"/>
      <w:r w:rsidR="00705B69" w:rsidRPr="00BE3C26">
        <w:rPr>
          <w:sz w:val="32"/>
          <w:szCs w:val="32"/>
        </w:rPr>
        <w:t>ученица</w:t>
      </w:r>
      <w:proofErr w:type="spellEnd"/>
      <w:r w:rsidR="00705B69" w:rsidRPr="00BE3C26">
        <w:rPr>
          <w:sz w:val="32"/>
          <w:szCs w:val="32"/>
        </w:rPr>
        <w:t xml:space="preserve"> I/2 </w:t>
      </w:r>
      <w:proofErr w:type="spellStart"/>
      <w:r w:rsidR="00705B69" w:rsidRPr="00BE3C26">
        <w:rPr>
          <w:sz w:val="32"/>
          <w:szCs w:val="32"/>
        </w:rPr>
        <w:t>разреда</w:t>
      </w:r>
      <w:proofErr w:type="spellEnd"/>
      <w:r w:rsidR="00705B69" w:rsidRPr="00BE3C26">
        <w:rPr>
          <w:sz w:val="32"/>
          <w:szCs w:val="32"/>
        </w:rPr>
        <w:t xml:space="preserve">. </w:t>
      </w:r>
      <w:proofErr w:type="spellStart"/>
      <w:r w:rsidR="00705B69" w:rsidRPr="00BE3C26">
        <w:rPr>
          <w:sz w:val="32"/>
          <w:szCs w:val="32"/>
        </w:rPr>
        <w:t>Она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је</w:t>
      </w:r>
      <w:proofErr w:type="spellEnd"/>
      <w:r w:rsidR="00705B69" w:rsidRPr="00BE3C26">
        <w:rPr>
          <w:sz w:val="32"/>
          <w:szCs w:val="32"/>
        </w:rPr>
        <w:t xml:space="preserve"> у </w:t>
      </w:r>
      <w:proofErr w:type="spellStart"/>
      <w:r w:rsidR="00705B69" w:rsidRPr="00BE3C26">
        <w:rPr>
          <w:sz w:val="32"/>
          <w:szCs w:val="32"/>
        </w:rPr>
        <w:t>категорији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млађег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школског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узраста</w:t>
      </w:r>
      <w:proofErr w:type="spellEnd"/>
      <w:r w:rsidR="00705B69" w:rsidRPr="00BE3C26">
        <w:rPr>
          <w:sz w:val="32"/>
          <w:szCs w:val="32"/>
        </w:rPr>
        <w:t xml:space="preserve"> </w:t>
      </w:r>
      <w:proofErr w:type="spellStart"/>
      <w:r w:rsidR="00705B69" w:rsidRPr="00BE3C26">
        <w:rPr>
          <w:sz w:val="32"/>
          <w:szCs w:val="32"/>
        </w:rPr>
        <w:t>освојила</w:t>
      </w:r>
      <w:proofErr w:type="spellEnd"/>
      <w:r w:rsidR="00705B69" w:rsidRPr="00BE3C26">
        <w:rPr>
          <w:sz w:val="32"/>
          <w:szCs w:val="32"/>
        </w:rPr>
        <w:t xml:space="preserve"> 2.</w:t>
      </w:r>
      <w:r w:rsidRPr="00BE3C26">
        <w:rPr>
          <w:sz w:val="32"/>
          <w:szCs w:val="32"/>
          <w:lang w:val="sr-Cyrl-RS"/>
        </w:rPr>
        <w:t xml:space="preserve"> </w:t>
      </w:r>
      <w:proofErr w:type="spellStart"/>
      <w:r w:rsidR="00705B69" w:rsidRPr="00BE3C26">
        <w:rPr>
          <w:sz w:val="32"/>
          <w:szCs w:val="32"/>
        </w:rPr>
        <w:t>место</w:t>
      </w:r>
      <w:proofErr w:type="spellEnd"/>
      <w:r w:rsidR="00705B69" w:rsidRPr="00BE3C26">
        <w:rPr>
          <w:sz w:val="32"/>
          <w:szCs w:val="32"/>
        </w:rPr>
        <w:t>.</w:t>
      </w:r>
    </w:p>
    <w:p w14:paraId="75B5B68C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Сарин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ментор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била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њена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учитељица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Јелена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Петровић</w:t>
      </w:r>
      <w:proofErr w:type="spellEnd"/>
      <w:r w:rsidRPr="00BE3C26">
        <w:rPr>
          <w:sz w:val="32"/>
          <w:szCs w:val="32"/>
        </w:rPr>
        <w:t>.</w:t>
      </w:r>
    </w:p>
    <w:p w14:paraId="5729158A" w14:textId="77777777" w:rsidR="00705B69" w:rsidRPr="00BE3C26" w:rsidRDefault="00705B69" w:rsidP="00705B69">
      <w:pPr>
        <w:rPr>
          <w:sz w:val="32"/>
          <w:szCs w:val="32"/>
        </w:rPr>
      </w:pPr>
      <w:proofErr w:type="spellStart"/>
      <w:r w:rsidRPr="00BE3C26">
        <w:rPr>
          <w:sz w:val="32"/>
          <w:szCs w:val="32"/>
        </w:rPr>
        <w:t>Наша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добила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захвалницу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за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изузетну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сарадњу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Домом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културе</w:t>
      </w:r>
      <w:proofErr w:type="spellEnd"/>
      <w:r w:rsidRPr="00BE3C26">
        <w:rPr>
          <w:sz w:val="32"/>
          <w:szCs w:val="32"/>
        </w:rPr>
        <w:t xml:space="preserve"> у </w:t>
      </w:r>
      <w:proofErr w:type="spellStart"/>
      <w:r w:rsidRPr="00BE3C26">
        <w:rPr>
          <w:sz w:val="32"/>
          <w:szCs w:val="32"/>
        </w:rPr>
        <w:t>Грделици</w:t>
      </w:r>
      <w:proofErr w:type="spellEnd"/>
      <w:r w:rsidRPr="00BE3C26">
        <w:rPr>
          <w:sz w:val="32"/>
          <w:szCs w:val="32"/>
        </w:rPr>
        <w:t>.</w:t>
      </w:r>
    </w:p>
    <w:p w14:paraId="5FDAD949" w14:textId="77777777" w:rsidR="00705B69" w:rsidRPr="00BE3C26" w:rsidRDefault="00705B69">
      <w:pPr>
        <w:rPr>
          <w:sz w:val="32"/>
          <w:szCs w:val="32"/>
        </w:rPr>
      </w:pPr>
    </w:p>
    <w:p w14:paraId="3648C3A8" w14:textId="77777777" w:rsidR="00705B69" w:rsidRDefault="00705B69">
      <w:pPr>
        <w:rPr>
          <w:sz w:val="28"/>
          <w:szCs w:val="28"/>
        </w:rPr>
      </w:pPr>
    </w:p>
    <w:p w14:paraId="1207D034" w14:textId="77777777" w:rsidR="00705B69" w:rsidRDefault="00705B69">
      <w:pPr>
        <w:rPr>
          <w:sz w:val="28"/>
          <w:szCs w:val="28"/>
        </w:rPr>
      </w:pPr>
    </w:p>
    <w:p w14:paraId="0A26B6DA" w14:textId="77777777" w:rsidR="00705B69" w:rsidRDefault="00705B6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D403FA" wp14:editId="16A61612">
            <wp:extent cx="5486400" cy="2468880"/>
            <wp:effectExtent l="0" t="0" r="0" b="7620"/>
            <wp:docPr id="26394405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44058" name="Picture 2639440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A63C" w14:textId="77777777" w:rsidR="00536052" w:rsidRPr="00BE3C26" w:rsidRDefault="00705B69">
      <w:pPr>
        <w:rPr>
          <w:sz w:val="32"/>
          <w:szCs w:val="32"/>
        </w:rPr>
      </w:pPr>
      <w:r w:rsidRPr="00BE3C26">
        <w:rPr>
          <w:sz w:val="32"/>
          <w:szCs w:val="32"/>
        </w:rPr>
        <w:t xml:space="preserve">6.12.2024. у </w:t>
      </w:r>
      <w:proofErr w:type="spellStart"/>
      <w:r w:rsidRPr="00BE3C26">
        <w:rPr>
          <w:sz w:val="32"/>
          <w:szCs w:val="32"/>
        </w:rPr>
        <w:t>просторијама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наше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школе</w:t>
      </w:r>
      <w:proofErr w:type="spellEnd"/>
      <w:r w:rsidRPr="00BE3C26">
        <w:rPr>
          <w:sz w:val="32"/>
          <w:szCs w:val="32"/>
        </w:rPr>
        <w:t xml:space="preserve">, </w:t>
      </w:r>
      <w:proofErr w:type="spellStart"/>
      <w:r w:rsidRPr="00BE3C26">
        <w:rPr>
          <w:sz w:val="32"/>
          <w:szCs w:val="32"/>
        </w:rPr>
        <w:t>за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предшколце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из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вртића</w:t>
      </w:r>
      <w:proofErr w:type="spellEnd"/>
      <w:r w:rsidRPr="00BE3C26">
        <w:rPr>
          <w:sz w:val="32"/>
          <w:szCs w:val="32"/>
        </w:rPr>
        <w:t xml:space="preserve"> "</w:t>
      </w:r>
      <w:proofErr w:type="spellStart"/>
      <w:r w:rsidRPr="00BE3C26">
        <w:rPr>
          <w:sz w:val="32"/>
          <w:szCs w:val="32"/>
        </w:rPr>
        <w:t>Цицибан</w:t>
      </w:r>
      <w:proofErr w:type="spellEnd"/>
      <w:r w:rsidRPr="00BE3C26">
        <w:rPr>
          <w:sz w:val="32"/>
          <w:szCs w:val="32"/>
        </w:rPr>
        <w:t xml:space="preserve">", </w:t>
      </w:r>
      <w:proofErr w:type="spellStart"/>
      <w:r w:rsidRPr="00BE3C26">
        <w:rPr>
          <w:sz w:val="32"/>
          <w:szCs w:val="32"/>
        </w:rPr>
        <w:t>одржана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радионица</w:t>
      </w:r>
      <w:proofErr w:type="spellEnd"/>
      <w:r w:rsidRPr="00BE3C26">
        <w:rPr>
          <w:sz w:val="32"/>
          <w:szCs w:val="32"/>
        </w:rPr>
        <w:t xml:space="preserve"> "</w:t>
      </w:r>
      <w:proofErr w:type="spellStart"/>
      <w:r w:rsidRPr="00BE3C26">
        <w:rPr>
          <w:sz w:val="32"/>
          <w:szCs w:val="32"/>
        </w:rPr>
        <w:t>Новогодишњи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украси</w:t>
      </w:r>
      <w:proofErr w:type="spellEnd"/>
      <w:r w:rsidRPr="00BE3C26">
        <w:rPr>
          <w:sz w:val="32"/>
          <w:szCs w:val="32"/>
        </w:rPr>
        <w:t xml:space="preserve">". </w:t>
      </w:r>
      <w:proofErr w:type="spellStart"/>
      <w:r w:rsidRPr="00BE3C26">
        <w:rPr>
          <w:sz w:val="32"/>
          <w:szCs w:val="32"/>
        </w:rPr>
        <w:t>Радионицу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су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организовали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руководиоци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ликовне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секције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разредне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наставе</w:t>
      </w:r>
      <w:proofErr w:type="spellEnd"/>
      <w:r w:rsidRPr="00BE3C26">
        <w:rPr>
          <w:sz w:val="32"/>
          <w:szCs w:val="32"/>
        </w:rPr>
        <w:t xml:space="preserve"> и </w:t>
      </w:r>
      <w:proofErr w:type="spellStart"/>
      <w:r w:rsidRPr="00BE3C26">
        <w:rPr>
          <w:sz w:val="32"/>
          <w:szCs w:val="32"/>
        </w:rPr>
        <w:t>учитељи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будућих</w:t>
      </w:r>
      <w:proofErr w:type="spellEnd"/>
      <w:r w:rsidRPr="00BE3C26">
        <w:rPr>
          <w:sz w:val="32"/>
          <w:szCs w:val="32"/>
        </w:rPr>
        <w:t xml:space="preserve"> </w:t>
      </w:r>
      <w:proofErr w:type="spellStart"/>
      <w:r w:rsidRPr="00BE3C26">
        <w:rPr>
          <w:sz w:val="32"/>
          <w:szCs w:val="32"/>
        </w:rPr>
        <w:t>првака</w:t>
      </w:r>
      <w:proofErr w:type="spellEnd"/>
      <w:r w:rsidRPr="00BE3C26">
        <w:rPr>
          <w:sz w:val="32"/>
          <w:szCs w:val="32"/>
        </w:rPr>
        <w:t>.</w:t>
      </w:r>
    </w:p>
    <w:p w14:paraId="55AD53E8" w14:textId="71DE1D74" w:rsidR="00705B69" w:rsidRPr="00087879" w:rsidRDefault="00536052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572A7C49" wp14:editId="6916B4B9">
            <wp:extent cx="1472540" cy="3035973"/>
            <wp:effectExtent l="0" t="0" r="0" b="0"/>
            <wp:docPr id="12792774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77420" name="Picture 12792774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7790" cy="30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087879">
        <w:rPr>
          <w:sz w:val="32"/>
          <w:szCs w:val="32"/>
        </w:rPr>
        <w:t>На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Литерарном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конкурсу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поводом</w:t>
      </w:r>
      <w:proofErr w:type="spellEnd"/>
      <w:r w:rsidRPr="00087879">
        <w:rPr>
          <w:sz w:val="32"/>
          <w:szCs w:val="32"/>
        </w:rPr>
        <w:t xml:space="preserve"> 120. </w:t>
      </w:r>
      <w:proofErr w:type="spellStart"/>
      <w:r w:rsidRPr="00087879">
        <w:rPr>
          <w:sz w:val="32"/>
          <w:szCs w:val="32"/>
        </w:rPr>
        <w:t>рођендана</w:t>
      </w:r>
      <w:proofErr w:type="spellEnd"/>
      <w:r w:rsidRPr="00087879">
        <w:rPr>
          <w:sz w:val="32"/>
          <w:szCs w:val="32"/>
        </w:rPr>
        <w:t xml:space="preserve"> ОШ „</w:t>
      </w:r>
      <w:proofErr w:type="spellStart"/>
      <w:r w:rsidRPr="00087879">
        <w:rPr>
          <w:sz w:val="32"/>
          <w:szCs w:val="32"/>
        </w:rPr>
        <w:t>Светозар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proofErr w:type="gramStart"/>
      <w:r w:rsidRPr="00087879">
        <w:rPr>
          <w:sz w:val="32"/>
          <w:szCs w:val="32"/>
        </w:rPr>
        <w:t>Марковић</w:t>
      </w:r>
      <w:proofErr w:type="spellEnd"/>
      <w:r w:rsidRPr="00087879">
        <w:rPr>
          <w:sz w:val="32"/>
          <w:szCs w:val="32"/>
        </w:rPr>
        <w:t>“</w:t>
      </w:r>
      <w:r w:rsidR="00450064" w:rsidRPr="00087879">
        <w:rPr>
          <w:sz w:val="32"/>
          <w:szCs w:val="32"/>
          <w:lang w:val="sr-Cyrl-RS"/>
        </w:rPr>
        <w:t xml:space="preserve"> </w:t>
      </w:r>
      <w:r w:rsidRPr="00087879">
        <w:rPr>
          <w:sz w:val="32"/>
          <w:szCs w:val="32"/>
        </w:rPr>
        <w:t>у</w:t>
      </w:r>
      <w:proofErr w:type="gram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Лесковцу</w:t>
      </w:r>
      <w:proofErr w:type="spellEnd"/>
      <w:r w:rsidRPr="00087879">
        <w:rPr>
          <w:sz w:val="32"/>
          <w:szCs w:val="32"/>
        </w:rPr>
        <w:t xml:space="preserve">, </w:t>
      </w:r>
      <w:proofErr w:type="spellStart"/>
      <w:r w:rsidRPr="00087879">
        <w:rPr>
          <w:sz w:val="32"/>
          <w:szCs w:val="32"/>
        </w:rPr>
        <w:t>члан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литрарне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секције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наше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школе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Даница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Бранковић</w:t>
      </w:r>
      <w:proofErr w:type="spellEnd"/>
      <w:r w:rsidRPr="00087879">
        <w:rPr>
          <w:sz w:val="32"/>
          <w:szCs w:val="32"/>
        </w:rPr>
        <w:t xml:space="preserve">, </w:t>
      </w:r>
      <w:proofErr w:type="spellStart"/>
      <w:r w:rsidRPr="00087879">
        <w:rPr>
          <w:sz w:val="32"/>
          <w:szCs w:val="32"/>
        </w:rPr>
        <w:t>ученица</w:t>
      </w:r>
      <w:proofErr w:type="spellEnd"/>
      <w:r w:rsidRPr="00087879">
        <w:rPr>
          <w:sz w:val="32"/>
          <w:szCs w:val="32"/>
        </w:rPr>
        <w:t xml:space="preserve"> 6/2, </w:t>
      </w:r>
      <w:proofErr w:type="spellStart"/>
      <w:r w:rsidRPr="00087879">
        <w:rPr>
          <w:sz w:val="32"/>
          <w:szCs w:val="32"/>
        </w:rPr>
        <w:t>добила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је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трећу</w:t>
      </w:r>
      <w:proofErr w:type="spellEnd"/>
      <w:r w:rsidRPr="00087879">
        <w:rPr>
          <w:sz w:val="32"/>
          <w:szCs w:val="32"/>
        </w:rPr>
        <w:t xml:space="preserve"> </w:t>
      </w:r>
      <w:proofErr w:type="spellStart"/>
      <w:r w:rsidRPr="00087879">
        <w:rPr>
          <w:sz w:val="32"/>
          <w:szCs w:val="32"/>
        </w:rPr>
        <w:t>награду</w:t>
      </w:r>
      <w:proofErr w:type="spellEnd"/>
      <w:r w:rsidRPr="00087879">
        <w:rPr>
          <w:sz w:val="32"/>
          <w:szCs w:val="32"/>
        </w:rPr>
        <w:t>.</w:t>
      </w:r>
      <w:r w:rsidRPr="00087879">
        <w:rPr>
          <w:sz w:val="32"/>
          <w:szCs w:val="32"/>
        </w:rPr>
        <w:br/>
      </w:r>
      <w:proofErr w:type="spellStart"/>
      <w:r w:rsidRPr="00087879">
        <w:rPr>
          <w:sz w:val="32"/>
          <w:szCs w:val="32"/>
        </w:rPr>
        <w:t>Честитамо</w:t>
      </w:r>
      <w:proofErr w:type="spellEnd"/>
      <w:r w:rsidRPr="00087879">
        <w:rPr>
          <w:sz w:val="32"/>
          <w:szCs w:val="32"/>
        </w:rPr>
        <w:t>!</w:t>
      </w:r>
    </w:p>
    <w:p w14:paraId="0DC19B86" w14:textId="77777777" w:rsidR="00E93504" w:rsidRDefault="00087879">
      <w:pPr>
        <w:pStyle w:val="Heading1"/>
      </w:pPr>
      <w:r>
        <w:rPr>
          <w:color w:val="0066CC"/>
        </w:rPr>
        <w:lastRenderedPageBreak/>
        <w:t>ЈАНУАР 2025.</w:t>
      </w:r>
    </w:p>
    <w:p w14:paraId="2ACF87B4" w14:textId="77777777" w:rsidR="00536052" w:rsidRDefault="00536052" w:rsidP="00536052">
      <w:pPr>
        <w:jc w:val="both"/>
      </w:pPr>
      <w:r>
        <w:rPr>
          <w:noProof/>
        </w:rPr>
        <w:drawing>
          <wp:inline distT="0" distB="0" distL="0" distR="0" wp14:anchorId="425E98B4" wp14:editId="0C9E0F62">
            <wp:extent cx="2624447" cy="5814162"/>
            <wp:effectExtent l="0" t="0" r="5080" b="0"/>
            <wp:docPr id="128368412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84121" name="Picture 12836841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7132" cy="586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F9F5" w14:textId="2E92989A" w:rsidR="00E93504" w:rsidRPr="00536052" w:rsidRDefault="00536052" w:rsidP="00536052">
      <w:pPr>
        <w:jc w:val="both"/>
        <w:rPr>
          <w:sz w:val="32"/>
          <w:szCs w:val="32"/>
        </w:rPr>
      </w:pPr>
      <w:r w:rsidRPr="00536052">
        <w:rPr>
          <w:sz w:val="32"/>
          <w:szCs w:val="32"/>
          <w:lang w:val="sr-Cyrl-RS"/>
        </w:rPr>
        <w:t>Свети Сава</w:t>
      </w:r>
      <w:r w:rsidRPr="00536052">
        <w:rPr>
          <w:sz w:val="32"/>
          <w:szCs w:val="32"/>
        </w:rPr>
        <w:t xml:space="preserve"> </w:t>
      </w:r>
    </w:p>
    <w:p w14:paraId="702A414E" w14:textId="724A7822" w:rsidR="00E93504" w:rsidRPr="00536052" w:rsidRDefault="00E93504" w:rsidP="00536052">
      <w:pPr>
        <w:rPr>
          <w:lang w:val="sr-Cyrl-RS"/>
        </w:rPr>
      </w:pPr>
    </w:p>
    <w:p w14:paraId="20184A65" w14:textId="77777777" w:rsidR="00E93504" w:rsidRDefault="00087879">
      <w:r>
        <w:br w:type="page"/>
      </w:r>
    </w:p>
    <w:p w14:paraId="5EEABE4F" w14:textId="77777777" w:rsidR="00E93504" w:rsidRDefault="00087879">
      <w:pPr>
        <w:pStyle w:val="Heading1"/>
      </w:pPr>
      <w:r>
        <w:rPr>
          <w:color w:val="0066CC"/>
        </w:rPr>
        <w:lastRenderedPageBreak/>
        <w:t>АПРИЛ 2025.</w:t>
      </w:r>
    </w:p>
    <w:p w14:paraId="6E871D24" w14:textId="1550A76E" w:rsidR="00E93504" w:rsidRDefault="00536052" w:rsidP="00536052">
      <w:pPr>
        <w:jc w:val="center"/>
      </w:pPr>
      <w:r>
        <w:rPr>
          <w:noProof/>
        </w:rPr>
        <w:drawing>
          <wp:inline distT="0" distB="0" distL="0" distR="0" wp14:anchorId="5233D2A5" wp14:editId="70C76515">
            <wp:extent cx="4052455" cy="5403273"/>
            <wp:effectExtent l="0" t="0" r="5715" b="6985"/>
            <wp:docPr id="450530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3057" name="Picture 4505305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5829" cy="54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75D2EE" w14:textId="6C82D3AA" w:rsidR="00E93504" w:rsidRDefault="00536052">
      <w:pPr>
        <w:rPr>
          <w:sz w:val="32"/>
          <w:szCs w:val="32"/>
          <w:lang w:val="sr-Cyrl-RS"/>
        </w:rPr>
      </w:pPr>
      <w:proofErr w:type="spellStart"/>
      <w:r w:rsidRPr="00536052">
        <w:rPr>
          <w:sz w:val="32"/>
          <w:szCs w:val="32"/>
        </w:rPr>
        <w:t>Уочи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великог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празника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Васкрса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Град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Лесковац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jе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централном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градском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тргу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организовао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ускршње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радионице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за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сву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децу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територије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града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на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којима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учествовали</w:t>
      </w:r>
      <w:proofErr w:type="spellEnd"/>
      <w:r w:rsidRPr="00536052">
        <w:rPr>
          <w:sz w:val="32"/>
          <w:szCs w:val="32"/>
        </w:rPr>
        <w:t xml:space="preserve"> и </w:t>
      </w:r>
      <w:proofErr w:type="spellStart"/>
      <w:r w:rsidRPr="00536052">
        <w:rPr>
          <w:sz w:val="32"/>
          <w:szCs w:val="32"/>
        </w:rPr>
        <w:t>ученици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наше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школе</w:t>
      </w:r>
      <w:proofErr w:type="spellEnd"/>
      <w:r w:rsidRPr="00536052">
        <w:rPr>
          <w:sz w:val="32"/>
          <w:szCs w:val="32"/>
        </w:rPr>
        <w:t>.</w:t>
      </w:r>
    </w:p>
    <w:p w14:paraId="170D3DCC" w14:textId="77777777" w:rsidR="00536052" w:rsidRDefault="00536052">
      <w:pPr>
        <w:rPr>
          <w:sz w:val="32"/>
          <w:szCs w:val="32"/>
          <w:lang w:val="sr-Cyrl-RS"/>
        </w:rPr>
      </w:pPr>
    </w:p>
    <w:p w14:paraId="4CBA51CC" w14:textId="77777777" w:rsidR="00536052" w:rsidRPr="00536052" w:rsidRDefault="00536052">
      <w:pPr>
        <w:rPr>
          <w:sz w:val="32"/>
          <w:szCs w:val="32"/>
          <w:lang w:val="sr-Cyrl-RS"/>
        </w:rPr>
      </w:pPr>
    </w:p>
    <w:p w14:paraId="5329E12E" w14:textId="77777777" w:rsidR="00E93504" w:rsidRDefault="00087879">
      <w:pPr>
        <w:pStyle w:val="Heading1"/>
      </w:pPr>
      <w:r>
        <w:rPr>
          <w:color w:val="0066CC"/>
        </w:rPr>
        <w:lastRenderedPageBreak/>
        <w:t>МАЈ 2025.</w:t>
      </w:r>
    </w:p>
    <w:p w14:paraId="03C05E35" w14:textId="1A4A26C4" w:rsidR="00E93504" w:rsidRDefault="00536052" w:rsidP="00536052">
      <w:r>
        <w:rPr>
          <w:noProof/>
        </w:rPr>
        <w:drawing>
          <wp:inline distT="0" distB="0" distL="0" distR="0" wp14:anchorId="29BDDF42" wp14:editId="5E4D4596">
            <wp:extent cx="4560125" cy="3420094"/>
            <wp:effectExtent l="0" t="0" r="0" b="9525"/>
            <wp:docPr id="25674933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49333" name="Picture 2567493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5609" cy="34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EAB78D" w14:textId="60E7F701" w:rsidR="00E93504" w:rsidRPr="00BE3C26" w:rsidRDefault="00536052">
      <w:pPr>
        <w:rPr>
          <w:sz w:val="32"/>
          <w:szCs w:val="32"/>
          <w:lang w:val="sr-Cyrl-RS"/>
        </w:rPr>
      </w:pPr>
      <w:proofErr w:type="spellStart"/>
      <w:r w:rsidRPr="00536052">
        <w:rPr>
          <w:sz w:val="32"/>
          <w:szCs w:val="32"/>
        </w:rPr>
        <w:t>Мале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руке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за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велика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дела</w:t>
      </w:r>
      <w:proofErr w:type="spellEnd"/>
      <w:r w:rsidRPr="00536052">
        <w:rPr>
          <w:sz w:val="32"/>
          <w:szCs w:val="32"/>
        </w:rPr>
        <w:t xml:space="preserve">. </w:t>
      </w:r>
      <w:proofErr w:type="spellStart"/>
      <w:r w:rsidRPr="00536052">
        <w:rPr>
          <w:sz w:val="32"/>
          <w:szCs w:val="32"/>
        </w:rPr>
        <w:t>Креативност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сарадња</w:t>
      </w:r>
      <w:proofErr w:type="spellEnd"/>
      <w:r w:rsidRPr="00536052">
        <w:rPr>
          <w:sz w:val="32"/>
          <w:szCs w:val="32"/>
        </w:rPr>
        <w:t xml:space="preserve"> и </w:t>
      </w:r>
      <w:proofErr w:type="spellStart"/>
      <w:r w:rsidRPr="00536052">
        <w:rPr>
          <w:sz w:val="32"/>
          <w:szCs w:val="32"/>
        </w:rPr>
        <w:t>хуманост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делу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данас</w:t>
      </w:r>
      <w:proofErr w:type="spellEnd"/>
      <w:r w:rsidRPr="00536052">
        <w:rPr>
          <w:sz w:val="32"/>
          <w:szCs w:val="32"/>
        </w:rPr>
        <w:t xml:space="preserve"> у </w:t>
      </w:r>
      <w:proofErr w:type="spellStart"/>
      <w:r w:rsidRPr="00536052">
        <w:rPr>
          <w:sz w:val="32"/>
          <w:szCs w:val="32"/>
        </w:rPr>
        <w:t>дворишту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наше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школе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где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је</w:t>
      </w:r>
      <w:proofErr w:type="spellEnd"/>
      <w:r w:rsidRPr="00536052">
        <w:rPr>
          <w:sz w:val="32"/>
          <w:szCs w:val="32"/>
        </w:rPr>
        <w:t xml:space="preserve"> и </w:t>
      </w:r>
      <w:proofErr w:type="spellStart"/>
      <w:r w:rsidRPr="00536052">
        <w:rPr>
          <w:sz w:val="32"/>
          <w:szCs w:val="32"/>
        </w:rPr>
        <w:t>ове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године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организован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хуманитарно-продајни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базар</w:t>
      </w:r>
      <w:proofErr w:type="spellEnd"/>
      <w:r w:rsidRPr="00536052">
        <w:rPr>
          <w:sz w:val="32"/>
          <w:szCs w:val="32"/>
        </w:rPr>
        <w:t xml:space="preserve"> </w:t>
      </w:r>
      <w:r w:rsidR="00BE3C26">
        <w:rPr>
          <w:sz w:val="32"/>
          <w:szCs w:val="32"/>
          <w:lang w:val="sr-Cyrl-RS"/>
        </w:rPr>
        <w:t>„</w:t>
      </w:r>
      <w:proofErr w:type="spellStart"/>
      <w:r w:rsidRPr="00536052">
        <w:rPr>
          <w:sz w:val="32"/>
          <w:szCs w:val="32"/>
        </w:rPr>
        <w:t>Мале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руке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велика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proofErr w:type="gramStart"/>
      <w:r w:rsidRPr="00536052">
        <w:rPr>
          <w:sz w:val="32"/>
          <w:szCs w:val="32"/>
        </w:rPr>
        <w:t>дела</w:t>
      </w:r>
      <w:proofErr w:type="spellEnd"/>
      <w:r w:rsidR="00BE3C26">
        <w:rPr>
          <w:sz w:val="32"/>
          <w:szCs w:val="32"/>
          <w:lang w:val="sr-Cyrl-RS"/>
        </w:rPr>
        <w:t>“</w:t>
      </w:r>
      <w:proofErr w:type="gramEnd"/>
      <w:r w:rsidR="00BE3C26">
        <w:rPr>
          <w:sz w:val="32"/>
          <w:szCs w:val="32"/>
          <w:lang w:val="sr-Cyrl-RS"/>
        </w:rPr>
        <w:t>.</w:t>
      </w:r>
    </w:p>
    <w:p w14:paraId="4F16565D" w14:textId="77777777" w:rsidR="00536052" w:rsidRDefault="00536052">
      <w:pPr>
        <w:rPr>
          <w:sz w:val="32"/>
          <w:szCs w:val="32"/>
          <w:lang w:val="sr-Cyrl-RS"/>
        </w:rPr>
      </w:pPr>
    </w:p>
    <w:p w14:paraId="629D5DAE" w14:textId="36320317" w:rsidR="00536052" w:rsidRDefault="00536052">
      <w:pPr>
        <w:rPr>
          <w:sz w:val="32"/>
          <w:szCs w:val="32"/>
          <w:lang w:val="sr-Cyrl-RS"/>
        </w:rPr>
      </w:pPr>
      <w:r>
        <w:rPr>
          <w:noProof/>
          <w:sz w:val="32"/>
          <w:szCs w:val="32"/>
          <w:lang w:val="sr-Cyrl-RS"/>
        </w:rPr>
        <w:lastRenderedPageBreak/>
        <w:drawing>
          <wp:inline distT="0" distB="0" distL="0" distR="0" wp14:anchorId="42CCEC8F" wp14:editId="02321285">
            <wp:extent cx="3859481" cy="3304681"/>
            <wp:effectExtent l="0" t="0" r="8255" b="0"/>
            <wp:docPr id="203849870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98708" name="Picture 20384987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4367" cy="33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FAD5" w14:textId="487E7BC0" w:rsidR="00536052" w:rsidRDefault="00536052">
      <w:pPr>
        <w:rPr>
          <w:sz w:val="32"/>
          <w:szCs w:val="32"/>
          <w:lang w:val="sr-Cyrl-RS"/>
        </w:rPr>
      </w:pPr>
      <w:r>
        <w:rPr>
          <w:noProof/>
          <w:sz w:val="32"/>
          <w:szCs w:val="32"/>
          <w:lang w:val="sr-Cyrl-RS"/>
        </w:rPr>
        <w:drawing>
          <wp:inline distT="0" distB="0" distL="0" distR="0" wp14:anchorId="375E4AEB" wp14:editId="6AA17A6B">
            <wp:extent cx="3431969" cy="2732864"/>
            <wp:effectExtent l="0" t="0" r="0" b="0"/>
            <wp:docPr id="13196190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19059" name="Picture 131961905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5614" cy="27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6325" w14:textId="303CFE38" w:rsidR="00536052" w:rsidRDefault="00536052">
      <w:pPr>
        <w:rPr>
          <w:sz w:val="32"/>
          <w:szCs w:val="32"/>
          <w:lang w:val="sr-Cyrl-RS"/>
        </w:rPr>
      </w:pPr>
      <w:proofErr w:type="spellStart"/>
      <w:r w:rsidRPr="00536052">
        <w:rPr>
          <w:sz w:val="32"/>
          <w:szCs w:val="32"/>
        </w:rPr>
        <w:t>На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Општинском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такмичењу</w:t>
      </w:r>
      <w:proofErr w:type="spellEnd"/>
      <w:r w:rsidRPr="00536052">
        <w:rPr>
          <w:sz w:val="32"/>
          <w:szCs w:val="32"/>
        </w:rPr>
        <w:t xml:space="preserve"> у </w:t>
      </w:r>
      <w:proofErr w:type="spellStart"/>
      <w:r w:rsidRPr="00536052">
        <w:rPr>
          <w:sz w:val="32"/>
          <w:szCs w:val="32"/>
        </w:rPr>
        <w:t>фудбалу</w:t>
      </w:r>
      <w:proofErr w:type="spellEnd"/>
      <w:r w:rsidRPr="00536052">
        <w:rPr>
          <w:sz w:val="32"/>
          <w:szCs w:val="32"/>
        </w:rPr>
        <w:t xml:space="preserve">, у </w:t>
      </w:r>
      <w:proofErr w:type="spellStart"/>
      <w:r w:rsidRPr="00536052">
        <w:rPr>
          <w:sz w:val="32"/>
          <w:szCs w:val="32"/>
        </w:rPr>
        <w:t>конкуренцији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од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осамнаест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школа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ученици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наше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школе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остварили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пласман</w:t>
      </w:r>
      <w:proofErr w:type="spellEnd"/>
      <w:r w:rsidRPr="00536052">
        <w:rPr>
          <w:sz w:val="32"/>
          <w:szCs w:val="32"/>
        </w:rPr>
        <w:t xml:space="preserve"> у </w:t>
      </w:r>
      <w:proofErr w:type="spellStart"/>
      <w:r w:rsidRPr="00536052">
        <w:rPr>
          <w:sz w:val="32"/>
          <w:szCs w:val="32"/>
        </w:rPr>
        <w:t>финале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такмичења</w:t>
      </w:r>
      <w:proofErr w:type="spellEnd"/>
      <w:r w:rsidRPr="00536052">
        <w:rPr>
          <w:sz w:val="32"/>
          <w:szCs w:val="32"/>
        </w:rPr>
        <w:t xml:space="preserve"> у </w:t>
      </w:r>
      <w:proofErr w:type="spellStart"/>
      <w:r w:rsidRPr="00536052">
        <w:rPr>
          <w:sz w:val="32"/>
          <w:szCs w:val="32"/>
        </w:rPr>
        <w:t>обе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категорије</w:t>
      </w:r>
      <w:proofErr w:type="spellEnd"/>
      <w:r w:rsidRPr="00536052">
        <w:rPr>
          <w:sz w:val="32"/>
          <w:szCs w:val="32"/>
        </w:rPr>
        <w:t xml:space="preserve">. </w:t>
      </w:r>
      <w:proofErr w:type="spellStart"/>
      <w:r w:rsidRPr="00536052">
        <w:rPr>
          <w:sz w:val="32"/>
          <w:szCs w:val="32"/>
        </w:rPr>
        <w:t>Честитамо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нашим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девојчицама</w:t>
      </w:r>
      <w:proofErr w:type="spellEnd"/>
      <w:r w:rsidRPr="00536052">
        <w:rPr>
          <w:sz w:val="32"/>
          <w:szCs w:val="32"/>
        </w:rPr>
        <w:t xml:space="preserve"> и </w:t>
      </w:r>
      <w:proofErr w:type="spellStart"/>
      <w:r w:rsidRPr="00536052">
        <w:rPr>
          <w:sz w:val="32"/>
          <w:szCs w:val="32"/>
        </w:rPr>
        <w:t>дечацима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наставнику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Владимиру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Ђуричићу</w:t>
      </w:r>
      <w:proofErr w:type="spellEnd"/>
      <w:r>
        <w:rPr>
          <w:sz w:val="32"/>
          <w:szCs w:val="32"/>
          <w:lang w:val="sr-Cyrl-RS"/>
        </w:rPr>
        <w:t>.</w:t>
      </w:r>
    </w:p>
    <w:p w14:paraId="27118323" w14:textId="77777777" w:rsidR="00536052" w:rsidRDefault="00536052">
      <w:pPr>
        <w:rPr>
          <w:sz w:val="32"/>
          <w:szCs w:val="32"/>
          <w:lang w:val="sr-Cyrl-RS"/>
        </w:rPr>
      </w:pPr>
    </w:p>
    <w:p w14:paraId="0EB849E3" w14:textId="7E7C54A0" w:rsidR="00536052" w:rsidRDefault="00536052">
      <w:pPr>
        <w:rPr>
          <w:sz w:val="32"/>
          <w:szCs w:val="32"/>
          <w:lang w:val="sr-Cyrl-RS"/>
        </w:rPr>
      </w:pPr>
      <w:r>
        <w:rPr>
          <w:noProof/>
          <w:sz w:val="32"/>
          <w:szCs w:val="32"/>
          <w:lang w:val="sr-Cyrl-RS"/>
        </w:rPr>
        <w:lastRenderedPageBreak/>
        <w:drawing>
          <wp:inline distT="0" distB="0" distL="0" distR="0" wp14:anchorId="02C76B86" wp14:editId="122DC75A">
            <wp:extent cx="5486400" cy="4114800"/>
            <wp:effectExtent l="0" t="0" r="0" b="0"/>
            <wp:docPr id="143093042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30420" name="Picture 14309304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80D0" w14:textId="77777777" w:rsidR="00536052" w:rsidRPr="00536052" w:rsidRDefault="00536052" w:rsidP="00536052">
      <w:pPr>
        <w:rPr>
          <w:sz w:val="32"/>
          <w:szCs w:val="32"/>
        </w:rPr>
      </w:pPr>
      <w:proofErr w:type="spellStart"/>
      <w:r w:rsidRPr="00536052">
        <w:rPr>
          <w:sz w:val="32"/>
          <w:szCs w:val="32"/>
        </w:rPr>
        <w:t>Поводом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обележавања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Дана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школе</w:t>
      </w:r>
      <w:proofErr w:type="spellEnd"/>
      <w:r w:rsidRPr="00536052">
        <w:rPr>
          <w:sz w:val="32"/>
          <w:szCs w:val="32"/>
        </w:rPr>
        <w:t xml:space="preserve">, </w:t>
      </w:r>
      <w:proofErr w:type="spellStart"/>
      <w:r w:rsidRPr="00536052">
        <w:rPr>
          <w:sz w:val="32"/>
          <w:szCs w:val="32"/>
        </w:rPr>
        <w:t>синоћ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је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одржан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литерарни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сусрет</w:t>
      </w:r>
      <w:proofErr w:type="spellEnd"/>
      <w:r w:rsidRPr="00536052">
        <w:rPr>
          <w:sz w:val="32"/>
          <w:szCs w:val="32"/>
        </w:rPr>
        <w:t>.</w:t>
      </w:r>
    </w:p>
    <w:p w14:paraId="20B55D3E" w14:textId="168D5B39" w:rsidR="00536052" w:rsidRPr="000E3283" w:rsidRDefault="00536052" w:rsidP="00536052">
      <w:pPr>
        <w:rPr>
          <w:sz w:val="32"/>
          <w:szCs w:val="32"/>
          <w:lang w:val="sr-Cyrl-RS"/>
        </w:rPr>
      </w:pPr>
      <w:proofErr w:type="spellStart"/>
      <w:r w:rsidRPr="00536052">
        <w:rPr>
          <w:sz w:val="32"/>
          <w:szCs w:val="32"/>
        </w:rPr>
        <w:t>Мале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руке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представиле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своја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велика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дела</w:t>
      </w:r>
      <w:proofErr w:type="spellEnd"/>
      <w:r w:rsidRPr="00536052">
        <w:rPr>
          <w:sz w:val="32"/>
          <w:szCs w:val="32"/>
        </w:rPr>
        <w:t xml:space="preserve">, а </w:t>
      </w:r>
      <w:proofErr w:type="spellStart"/>
      <w:r w:rsidRPr="00536052">
        <w:rPr>
          <w:sz w:val="32"/>
          <w:szCs w:val="32"/>
        </w:rPr>
        <w:t>подршку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су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им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пружили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литерарци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ОШ"Светозар</w:t>
      </w:r>
      <w:proofErr w:type="spellEnd"/>
      <w:r w:rsidRPr="00536052">
        <w:rPr>
          <w:sz w:val="32"/>
          <w:szCs w:val="32"/>
        </w:rPr>
        <w:t xml:space="preserve"> </w:t>
      </w:r>
      <w:proofErr w:type="spellStart"/>
      <w:r w:rsidRPr="00536052">
        <w:rPr>
          <w:sz w:val="32"/>
          <w:szCs w:val="32"/>
        </w:rPr>
        <w:t>Марковић</w:t>
      </w:r>
      <w:proofErr w:type="spellEnd"/>
      <w:r w:rsidRPr="00536052">
        <w:rPr>
          <w:sz w:val="32"/>
          <w:szCs w:val="32"/>
        </w:rPr>
        <w:t>"</w:t>
      </w:r>
      <w:r w:rsidR="000E3283">
        <w:rPr>
          <w:sz w:val="32"/>
          <w:szCs w:val="32"/>
          <w:lang w:val="sr-Cyrl-RS"/>
        </w:rPr>
        <w:t>.</w:t>
      </w:r>
    </w:p>
    <w:p w14:paraId="47CC1FCF" w14:textId="30CC84F8" w:rsidR="007233E2" w:rsidRDefault="007233E2" w:rsidP="00536052">
      <w:pPr>
        <w:rPr>
          <w:sz w:val="32"/>
          <w:szCs w:val="32"/>
          <w:lang w:val="sr-Cyrl-RS"/>
        </w:rPr>
      </w:pPr>
      <w:r>
        <w:rPr>
          <w:noProof/>
          <w:sz w:val="32"/>
          <w:szCs w:val="32"/>
          <w:lang w:val="sr-Cyrl-RS"/>
        </w:rPr>
        <w:lastRenderedPageBreak/>
        <w:drawing>
          <wp:inline distT="0" distB="0" distL="0" distR="0" wp14:anchorId="3115ED72" wp14:editId="0F029D2A">
            <wp:extent cx="3633850" cy="3395379"/>
            <wp:effectExtent l="0" t="0" r="5080" b="0"/>
            <wp:docPr id="21276439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4394" name="Picture 21276439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3099" cy="340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D367" w14:textId="3FFDF948" w:rsidR="007233E2" w:rsidRDefault="007233E2" w:rsidP="007233E2">
      <w:pPr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П</w:t>
      </w:r>
      <w:proofErr w:type="spellStart"/>
      <w:r w:rsidRPr="007233E2">
        <w:rPr>
          <w:sz w:val="32"/>
          <w:szCs w:val="32"/>
        </w:rPr>
        <w:t>рво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место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на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међуопштинском</w:t>
      </w:r>
      <w:proofErr w:type="spellEnd"/>
      <w:r w:rsidRPr="007233E2">
        <w:rPr>
          <w:sz w:val="32"/>
          <w:szCs w:val="32"/>
        </w:rPr>
        <w:t xml:space="preserve"> и </w:t>
      </w:r>
      <w:proofErr w:type="spellStart"/>
      <w:r w:rsidRPr="007233E2">
        <w:rPr>
          <w:sz w:val="32"/>
          <w:szCs w:val="32"/>
        </w:rPr>
        <w:t>пласман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на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републичко</w:t>
      </w:r>
      <w:proofErr w:type="spellEnd"/>
      <w:r w:rsidRPr="007233E2">
        <w:rPr>
          <w:sz w:val="32"/>
          <w:szCs w:val="32"/>
        </w:rPr>
        <w:t xml:space="preserve"> </w:t>
      </w:r>
      <w:proofErr w:type="spellStart"/>
      <w:r w:rsidRPr="007233E2">
        <w:rPr>
          <w:sz w:val="32"/>
          <w:szCs w:val="32"/>
        </w:rPr>
        <w:t>такмичење</w:t>
      </w:r>
      <w:proofErr w:type="spellEnd"/>
      <w:r w:rsidRPr="007233E2">
        <w:rPr>
          <w:sz w:val="32"/>
          <w:szCs w:val="32"/>
        </w:rPr>
        <w:t xml:space="preserve"> у </w:t>
      </w:r>
      <w:r>
        <w:rPr>
          <w:sz w:val="32"/>
          <w:szCs w:val="32"/>
          <w:lang w:val="sr-Cyrl-RS"/>
        </w:rPr>
        <w:t>К</w:t>
      </w:r>
      <w:proofErr w:type="spellStart"/>
      <w:r w:rsidRPr="007233E2">
        <w:rPr>
          <w:sz w:val="32"/>
          <w:szCs w:val="32"/>
        </w:rPr>
        <w:t>ладову</w:t>
      </w:r>
      <w:proofErr w:type="spellEnd"/>
      <w:r w:rsidR="000E3283">
        <w:rPr>
          <w:sz w:val="32"/>
          <w:szCs w:val="32"/>
          <w:lang w:val="sr-Cyrl-RS"/>
        </w:rPr>
        <w:t xml:space="preserve"> остварила је екипа наше школе под вођством наставника Владимира Ђури</w:t>
      </w:r>
      <w:r w:rsidR="00087879">
        <w:rPr>
          <w:sz w:val="32"/>
          <w:szCs w:val="32"/>
          <w:lang w:val="sr-Cyrl-RS"/>
        </w:rPr>
        <w:t>чи</w:t>
      </w:r>
      <w:r w:rsidR="000E3283">
        <w:rPr>
          <w:sz w:val="32"/>
          <w:szCs w:val="32"/>
          <w:lang w:val="sr-Cyrl-RS"/>
        </w:rPr>
        <w:t>ћа</w:t>
      </w:r>
      <w:r>
        <w:rPr>
          <w:sz w:val="32"/>
          <w:szCs w:val="32"/>
          <w:lang w:val="sr-Cyrl-RS"/>
        </w:rPr>
        <w:t>.</w:t>
      </w:r>
    </w:p>
    <w:p w14:paraId="5027BE47" w14:textId="76EF5872" w:rsidR="007233E2" w:rsidRDefault="007233E2" w:rsidP="007233E2">
      <w:pPr>
        <w:rPr>
          <w:sz w:val="32"/>
          <w:szCs w:val="32"/>
          <w:lang w:val="sr-Cyrl-RS"/>
        </w:rPr>
      </w:pPr>
      <w:r>
        <w:rPr>
          <w:noProof/>
          <w:sz w:val="32"/>
          <w:szCs w:val="32"/>
          <w:lang w:val="sr-Cyrl-RS"/>
        </w:rPr>
        <w:drawing>
          <wp:inline distT="0" distB="0" distL="0" distR="0" wp14:anchorId="5720F69D" wp14:editId="631B0C64">
            <wp:extent cx="3835730" cy="3147607"/>
            <wp:effectExtent l="0" t="0" r="0" b="0"/>
            <wp:docPr id="105259344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93443" name="Picture 10525934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0237" cy="31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FBAF" w14:textId="2B029980" w:rsidR="00536052" w:rsidRPr="00536052" w:rsidRDefault="007233E2">
      <w:pPr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Државни првац</w:t>
      </w:r>
      <w:bookmarkStart w:id="0" w:name="_GoBack"/>
      <w:bookmarkEnd w:id="0"/>
      <w:r>
        <w:rPr>
          <w:sz w:val="32"/>
          <w:szCs w:val="32"/>
          <w:lang w:val="sr-Cyrl-RS"/>
        </w:rPr>
        <w:t>и у футсалу.</w:t>
      </w:r>
    </w:p>
    <w:p w14:paraId="18905AB7" w14:textId="77777777" w:rsidR="00E93504" w:rsidRDefault="00087879">
      <w:pPr>
        <w:pStyle w:val="Heading1"/>
      </w:pPr>
      <w:r>
        <w:rPr>
          <w:color w:val="0066CC"/>
        </w:rPr>
        <w:lastRenderedPageBreak/>
        <w:t>ЈУН 2025.</w:t>
      </w:r>
    </w:p>
    <w:p w14:paraId="089DAFE8" w14:textId="2F5EE23B" w:rsidR="00E93504" w:rsidRDefault="007233E2" w:rsidP="007233E2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6619CBDF" wp14:editId="59C72BAF">
            <wp:extent cx="4429496" cy="5905995"/>
            <wp:effectExtent l="0" t="0" r="9525" b="0"/>
            <wp:docPr id="83607375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73758" name="Picture 8360737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3898" cy="59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29B0" w14:textId="77777777" w:rsidR="007233E2" w:rsidRPr="000E3283" w:rsidRDefault="007233E2" w:rsidP="007233E2">
      <w:pPr>
        <w:jc w:val="center"/>
        <w:rPr>
          <w:sz w:val="32"/>
          <w:szCs w:val="32"/>
        </w:rPr>
      </w:pPr>
      <w:r w:rsidRPr="000E3283">
        <w:rPr>
          <w:sz w:val="32"/>
          <w:szCs w:val="32"/>
        </w:rPr>
        <w:t xml:space="preserve">У </w:t>
      </w:r>
      <w:proofErr w:type="spellStart"/>
      <w:r w:rsidRPr="000E3283">
        <w:rPr>
          <w:sz w:val="32"/>
          <w:szCs w:val="32"/>
        </w:rPr>
        <w:t>школској</w:t>
      </w:r>
      <w:proofErr w:type="spellEnd"/>
      <w:r w:rsidRPr="000E3283">
        <w:rPr>
          <w:sz w:val="32"/>
          <w:szCs w:val="32"/>
        </w:rPr>
        <w:t xml:space="preserve"> 2024/2025. </w:t>
      </w:r>
      <w:proofErr w:type="spellStart"/>
      <w:r w:rsidRPr="000E3283">
        <w:rPr>
          <w:sz w:val="32"/>
          <w:szCs w:val="32"/>
        </w:rPr>
        <w:t>години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за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најбољу</w:t>
      </w:r>
      <w:proofErr w:type="spellEnd"/>
      <w:r w:rsidRPr="000E3283">
        <w:rPr>
          <w:sz w:val="32"/>
          <w:szCs w:val="32"/>
        </w:rPr>
        <w:t xml:space="preserve"> у </w:t>
      </w:r>
      <w:proofErr w:type="spellStart"/>
      <w:r w:rsidRPr="000E3283">
        <w:rPr>
          <w:sz w:val="32"/>
          <w:szCs w:val="32"/>
        </w:rPr>
        <w:t>својој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генерацији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изабрана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је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Каја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Гвозденовић</w:t>
      </w:r>
      <w:proofErr w:type="spellEnd"/>
      <w:r w:rsidRPr="000E3283">
        <w:rPr>
          <w:sz w:val="32"/>
          <w:szCs w:val="32"/>
        </w:rPr>
        <w:t xml:space="preserve">, </w:t>
      </w:r>
      <w:proofErr w:type="spellStart"/>
      <w:r w:rsidRPr="000E3283">
        <w:rPr>
          <w:sz w:val="32"/>
          <w:szCs w:val="32"/>
        </w:rPr>
        <w:t>ученица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одељења</w:t>
      </w:r>
      <w:proofErr w:type="spellEnd"/>
      <w:r w:rsidRPr="000E3283">
        <w:rPr>
          <w:sz w:val="32"/>
          <w:szCs w:val="32"/>
        </w:rPr>
        <w:t xml:space="preserve"> 8/1.</w:t>
      </w:r>
    </w:p>
    <w:p w14:paraId="4F9F4058" w14:textId="3C5DE784" w:rsidR="007233E2" w:rsidRPr="000E3283" w:rsidRDefault="007233E2" w:rsidP="007233E2">
      <w:pPr>
        <w:jc w:val="center"/>
        <w:rPr>
          <w:sz w:val="32"/>
          <w:szCs w:val="32"/>
          <w:lang w:val="sr-Cyrl-RS"/>
        </w:rPr>
      </w:pPr>
      <w:proofErr w:type="spellStart"/>
      <w:r w:rsidRPr="000E3283">
        <w:rPr>
          <w:sz w:val="32"/>
          <w:szCs w:val="32"/>
        </w:rPr>
        <w:t>Честитамо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Каји</w:t>
      </w:r>
      <w:proofErr w:type="spellEnd"/>
      <w:r w:rsidRPr="000E3283">
        <w:rPr>
          <w:sz w:val="32"/>
          <w:szCs w:val="32"/>
        </w:rPr>
        <w:t xml:space="preserve"> и </w:t>
      </w:r>
      <w:proofErr w:type="spellStart"/>
      <w:r w:rsidRPr="000E3283">
        <w:rPr>
          <w:sz w:val="32"/>
          <w:szCs w:val="32"/>
        </w:rPr>
        <w:t>желимо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јој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пуно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успеха</w:t>
      </w:r>
      <w:proofErr w:type="spellEnd"/>
      <w:r w:rsidRPr="000E3283">
        <w:rPr>
          <w:sz w:val="32"/>
          <w:szCs w:val="32"/>
        </w:rPr>
        <w:t xml:space="preserve"> у </w:t>
      </w:r>
      <w:proofErr w:type="spellStart"/>
      <w:r w:rsidRPr="000E3283">
        <w:rPr>
          <w:sz w:val="32"/>
          <w:szCs w:val="32"/>
        </w:rPr>
        <w:t>даљем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школовању</w:t>
      </w:r>
      <w:proofErr w:type="spellEnd"/>
      <w:r w:rsidR="000E3283">
        <w:rPr>
          <w:sz w:val="32"/>
          <w:szCs w:val="32"/>
          <w:lang w:val="sr-Cyrl-RS"/>
        </w:rPr>
        <w:t>.</w:t>
      </w:r>
    </w:p>
    <w:p w14:paraId="64936368" w14:textId="73DE8814" w:rsidR="007233E2" w:rsidRDefault="007233E2" w:rsidP="007233E2">
      <w:pPr>
        <w:jc w:val="center"/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3B176CB7" wp14:editId="610F8BA4">
            <wp:extent cx="4785756" cy="3880672"/>
            <wp:effectExtent l="0" t="0" r="0" b="5715"/>
            <wp:docPr id="9768791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7914" name="Picture 976879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8777" cy="38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61C7" w14:textId="539BE2D4" w:rsidR="007233E2" w:rsidRPr="000E3283" w:rsidRDefault="007233E2" w:rsidP="007233E2">
      <w:pPr>
        <w:jc w:val="center"/>
        <w:rPr>
          <w:sz w:val="32"/>
          <w:szCs w:val="32"/>
          <w:lang w:val="sr-Cyrl-RS"/>
        </w:rPr>
      </w:pPr>
      <w:proofErr w:type="spellStart"/>
      <w:r w:rsidRPr="000E3283">
        <w:rPr>
          <w:sz w:val="32"/>
          <w:szCs w:val="32"/>
        </w:rPr>
        <w:t>Најуспешнија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основна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школа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на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школским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спортским</w:t>
      </w:r>
      <w:proofErr w:type="spellEnd"/>
      <w:r w:rsidRPr="000E3283">
        <w:rPr>
          <w:sz w:val="32"/>
          <w:szCs w:val="32"/>
        </w:rPr>
        <w:t xml:space="preserve"> </w:t>
      </w:r>
      <w:proofErr w:type="spellStart"/>
      <w:r w:rsidRPr="000E3283">
        <w:rPr>
          <w:sz w:val="32"/>
          <w:szCs w:val="32"/>
        </w:rPr>
        <w:t>такмичењима</w:t>
      </w:r>
      <w:proofErr w:type="spellEnd"/>
      <w:r w:rsidRPr="000E3283">
        <w:rPr>
          <w:sz w:val="32"/>
          <w:szCs w:val="32"/>
        </w:rPr>
        <w:t xml:space="preserve"> 2024/2025. </w:t>
      </w:r>
      <w:r w:rsidR="000E3283">
        <w:rPr>
          <w:sz w:val="32"/>
          <w:szCs w:val="32"/>
          <w:lang w:val="sr-Cyrl-RS"/>
        </w:rPr>
        <w:t>г</w:t>
      </w:r>
      <w:proofErr w:type="spellStart"/>
      <w:r w:rsidRPr="000E3283">
        <w:rPr>
          <w:sz w:val="32"/>
          <w:szCs w:val="32"/>
        </w:rPr>
        <w:t>одине</w:t>
      </w:r>
      <w:proofErr w:type="spellEnd"/>
      <w:r w:rsidR="000E3283">
        <w:rPr>
          <w:sz w:val="32"/>
          <w:szCs w:val="32"/>
          <w:lang w:val="sr-Cyrl-RS"/>
        </w:rPr>
        <w:t>.</w:t>
      </w:r>
    </w:p>
    <w:p w14:paraId="104CAD15" w14:textId="77777777" w:rsidR="000E394D" w:rsidRDefault="000E394D" w:rsidP="000E394D">
      <w:pPr>
        <w:rPr>
          <w:sz w:val="28"/>
          <w:szCs w:val="28"/>
        </w:rPr>
      </w:pPr>
    </w:p>
    <w:p w14:paraId="2BE747A1" w14:textId="77777777" w:rsidR="000E394D" w:rsidRDefault="000E394D" w:rsidP="000E394D">
      <w:pPr>
        <w:rPr>
          <w:sz w:val="28"/>
          <w:szCs w:val="28"/>
        </w:rPr>
      </w:pPr>
    </w:p>
    <w:p w14:paraId="37065D70" w14:textId="77777777" w:rsidR="000E394D" w:rsidRDefault="000E394D" w:rsidP="000E394D">
      <w:pPr>
        <w:rPr>
          <w:sz w:val="28"/>
          <w:szCs w:val="28"/>
        </w:rPr>
      </w:pPr>
    </w:p>
    <w:p w14:paraId="2ACE33CF" w14:textId="77777777" w:rsidR="000E394D" w:rsidRDefault="000E394D" w:rsidP="000E394D">
      <w:pPr>
        <w:spacing w:after="0" w:line="248" w:lineRule="auto"/>
        <w:ind w:left="10" w:right="99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F952886" wp14:editId="4E9D9AAB">
            <wp:simplePos x="0" y="0"/>
            <wp:positionH relativeFrom="column">
              <wp:posOffset>10742</wp:posOffset>
            </wp:positionH>
            <wp:positionV relativeFrom="paragraph">
              <wp:posOffset>148</wp:posOffset>
            </wp:positionV>
            <wp:extent cx="1877695" cy="2743200"/>
            <wp:effectExtent l="0" t="0" r="0" b="0"/>
            <wp:wrapSquare wrapText="bothSides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</w:rPr>
        <w:t>Према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члану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52.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основном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образовању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васпитању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(„</w:t>
      </w:r>
      <w:proofErr w:type="spellStart"/>
      <w:r>
        <w:rPr>
          <w:rFonts w:ascii="Times New Roman" w:eastAsia="Times New Roman" w:hAnsi="Times New Roman" w:cs="Times New Roman"/>
          <w:sz w:val="24"/>
        </w:rPr>
        <w:t>Службени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гласник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РС“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55/2013)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летопис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2013/2014.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намена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летописа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као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писани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обогаћен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сликама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остане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историјска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културна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маркетиншка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грађа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која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A66118" w14:textId="77777777" w:rsidR="000E394D" w:rsidRDefault="000E394D" w:rsidP="000E394D">
      <w:pPr>
        <w:spacing w:after="0" w:line="243" w:lineRule="auto"/>
        <w:ind w:left="10" w:right="14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документује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трагове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обимног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током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Прилози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летопис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сажетој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тачним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информацијама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достављају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уреднику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Летописа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библиотекару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Зорану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Миљковићу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током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целе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60E7A7D7" w14:textId="77777777" w:rsidR="000E394D" w:rsidRDefault="000E394D" w:rsidP="000E394D">
      <w:pPr>
        <w:spacing w:after="0" w:line="243" w:lineRule="auto"/>
        <w:ind w:right="14" w:firstLine="180"/>
      </w:pPr>
      <w:proofErr w:type="spellStart"/>
      <w:r>
        <w:rPr>
          <w:rFonts w:ascii="Times New Roman" w:eastAsia="Times New Roman" w:hAnsi="Times New Roman" w:cs="Times New Roman"/>
          <w:sz w:val="24"/>
        </w:rPr>
        <w:t>Уводни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део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септембар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постављају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сајт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октобру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4"/>
        </w:rPr>
        <w:t>завршна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форма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Летописа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поставља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сајт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крају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гоодине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када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добија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целовиту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форму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Како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оквиру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текстуалног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записа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</w:rPr>
        <w:t>активности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летопису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барем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једна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фотографија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остале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фотографије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виду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албума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eastAsia="Times New Roman" w:hAnsi="Times New Roman" w:cs="Times New Roman"/>
          <w:sz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видео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записа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достављају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администратору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сајта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професору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информатике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Исидори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Банковић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налазе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галерији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слика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21EBFF1" w14:textId="77777777" w:rsidR="000E394D" w:rsidRDefault="000E394D" w:rsidP="000E394D">
      <w:pPr>
        <w:spacing w:after="4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F041C82" w14:textId="57B637FF" w:rsidR="000E394D" w:rsidRDefault="000E394D" w:rsidP="000E394D">
      <w:pPr>
        <w:spacing w:after="0"/>
        <w:ind w:right="6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957C99B" w14:textId="77777777" w:rsidR="000E394D" w:rsidRDefault="000E394D" w:rsidP="000E394D">
      <w:pPr>
        <w:spacing w:after="0"/>
        <w:ind w:right="64"/>
        <w:jc w:val="center"/>
      </w:pPr>
    </w:p>
    <w:p w14:paraId="1B024050" w14:textId="62B3C88C" w:rsidR="000E394D" w:rsidRDefault="00087879" w:rsidP="000E394D">
      <w:pPr>
        <w:spacing w:after="35"/>
        <w:ind w:right="1159"/>
        <w:jc w:val="right"/>
      </w:pPr>
      <w:hyperlink r:id="rId33">
        <w:r w:rsidR="000E394D">
          <w:rPr>
            <w:rFonts w:ascii="Times New Roman" w:eastAsia="Times New Roman" w:hAnsi="Times New Roman" w:cs="Times New Roman"/>
            <w:sz w:val="28"/>
          </w:rPr>
          <w:t xml:space="preserve">11. </w:t>
        </w:r>
        <w:proofErr w:type="spellStart"/>
        <w:r w:rsidR="000E394D">
          <w:rPr>
            <w:rFonts w:ascii="Times New Roman" w:eastAsia="Times New Roman" w:hAnsi="Times New Roman" w:cs="Times New Roman"/>
            <w:sz w:val="28"/>
          </w:rPr>
          <w:t>маја</w:t>
        </w:r>
        <w:proofErr w:type="spellEnd"/>
        <w:r w:rsidR="000E394D">
          <w:rPr>
            <w:rFonts w:ascii="Times New Roman" w:eastAsia="Times New Roman" w:hAnsi="Times New Roman" w:cs="Times New Roman"/>
            <w:sz w:val="28"/>
          </w:rPr>
          <w:t xml:space="preserve"> 1909. г. </w:t>
        </w:r>
        <w:proofErr w:type="spellStart"/>
        <w:r w:rsidR="000E394D">
          <w:rPr>
            <w:rFonts w:ascii="Times New Roman" w:eastAsia="Times New Roman" w:hAnsi="Times New Roman" w:cs="Times New Roman"/>
            <w:sz w:val="28"/>
          </w:rPr>
          <w:t>рођен</w:t>
        </w:r>
        <w:proofErr w:type="spellEnd"/>
        <w:r w:rsidR="000E394D">
          <w:rPr>
            <w:rFonts w:ascii="Times New Roman" w:eastAsia="Times New Roman" w:hAnsi="Times New Roman" w:cs="Times New Roman"/>
            <w:sz w:val="28"/>
          </w:rPr>
          <w:t xml:space="preserve"> </w:t>
        </w:r>
        <w:proofErr w:type="gramStart"/>
        <w:r w:rsidR="000E394D">
          <w:rPr>
            <w:rFonts w:ascii="Times New Roman" w:eastAsia="Times New Roman" w:hAnsi="Times New Roman" w:cs="Times New Roman"/>
            <w:sz w:val="28"/>
          </w:rPr>
          <w:t xml:space="preserve">у  </w:t>
        </w:r>
        <w:proofErr w:type="spellStart"/>
        <w:r w:rsidR="000E394D">
          <w:rPr>
            <w:rFonts w:ascii="Times New Roman" w:eastAsia="Times New Roman" w:hAnsi="Times New Roman" w:cs="Times New Roman"/>
            <w:sz w:val="28"/>
          </w:rPr>
          <w:t>Лесковцу</w:t>
        </w:r>
        <w:proofErr w:type="spellEnd"/>
        <w:proofErr w:type="gramEnd"/>
        <w:r w:rsidR="000E394D">
          <w:rPr>
            <w:rFonts w:ascii="Times New Roman" w:eastAsia="Times New Roman" w:hAnsi="Times New Roman" w:cs="Times New Roman"/>
            <w:sz w:val="28"/>
          </w:rPr>
          <w:t xml:space="preserve">.   </w:t>
        </w:r>
      </w:hyperlink>
    </w:p>
    <w:p w14:paraId="4069F389" w14:textId="77777777" w:rsidR="000E394D" w:rsidRPr="000E394D" w:rsidRDefault="000E394D" w:rsidP="000E394D">
      <w:pPr>
        <w:numPr>
          <w:ilvl w:val="0"/>
          <w:numId w:val="10"/>
        </w:numPr>
        <w:spacing w:after="45" w:line="253" w:lineRule="auto"/>
        <w:ind w:right="103" w:hanging="701"/>
        <w:jc w:val="both"/>
        <w:rPr>
          <w:sz w:val="24"/>
          <w:szCs w:val="24"/>
        </w:rPr>
      </w:pP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уписао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Правни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факултет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Београду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14:paraId="3BB0AAA2" w14:textId="77777777" w:rsidR="000E394D" w:rsidRPr="000E394D" w:rsidRDefault="000E394D" w:rsidP="000E394D">
      <w:pPr>
        <w:numPr>
          <w:ilvl w:val="0"/>
          <w:numId w:val="10"/>
        </w:numPr>
        <w:spacing w:after="45" w:line="253" w:lineRule="auto"/>
        <w:ind w:right="103" w:hanging="701"/>
        <w:jc w:val="both"/>
        <w:rPr>
          <w:sz w:val="24"/>
          <w:szCs w:val="24"/>
        </w:rPr>
      </w:pP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члан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Комунистичке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партије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Југославиј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38ED6DB" w14:textId="77777777" w:rsidR="000E394D" w:rsidRPr="000E394D" w:rsidRDefault="000E394D" w:rsidP="000E394D">
      <w:pPr>
        <w:numPr>
          <w:ilvl w:val="0"/>
          <w:numId w:val="10"/>
        </w:numPr>
        <w:spacing w:after="4" w:line="253" w:lineRule="auto"/>
        <w:ind w:right="103" w:hanging="701"/>
        <w:jc w:val="both"/>
        <w:rPr>
          <w:sz w:val="24"/>
          <w:szCs w:val="24"/>
        </w:rPr>
      </w:pP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ухапшен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осуђен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4 г.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робије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D54669" w14:textId="77777777" w:rsidR="000E394D" w:rsidRPr="000E394D" w:rsidRDefault="000E394D" w:rsidP="000E394D">
      <w:pPr>
        <w:spacing w:after="4" w:line="253" w:lineRule="auto"/>
        <w:ind w:left="3668" w:right="103" w:hanging="10"/>
        <w:jc w:val="both"/>
        <w:rPr>
          <w:sz w:val="24"/>
          <w:szCs w:val="24"/>
        </w:rPr>
      </w:pPr>
      <w:r w:rsidRPr="000E394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6613B5" wp14:editId="0E0EE11F">
                <wp:simplePos x="0" y="0"/>
                <wp:positionH relativeFrom="column">
                  <wp:posOffset>-1827</wp:posOffset>
                </wp:positionH>
                <wp:positionV relativeFrom="paragraph">
                  <wp:posOffset>-1314596</wp:posOffset>
                </wp:positionV>
                <wp:extent cx="5308854" cy="3118485"/>
                <wp:effectExtent l="0" t="0" r="0" b="0"/>
                <wp:wrapNone/>
                <wp:docPr id="4357" name="Group 4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854" cy="3118485"/>
                          <a:chOff x="0" y="0"/>
                          <a:chExt cx="5308854" cy="3118485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585"/>
                            <a:ext cx="222186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Shape 207"/>
                        <wps:cNvSpPr/>
                        <wps:spPr>
                          <a:xfrm>
                            <a:off x="737235" y="30352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36117" y="110362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5"/>
                                  <a:pt x="171005" y="152003"/>
                                </a:cubicBezTo>
                                <a:lnTo>
                                  <a:pt x="172164" y="151224"/>
                                </a:lnTo>
                                <a:lnTo>
                                  <a:pt x="172164" y="213171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08281" y="105663"/>
                            <a:ext cx="121841" cy="21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0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0"/>
                                </a:lnTo>
                                <a:lnTo>
                                  <a:pt x="0" y="155923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2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225169" y="195330"/>
                            <a:ext cx="125642" cy="1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2">
                                <a:moveTo>
                                  <a:pt x="125642" y="0"/>
                                </a:moveTo>
                                <a:lnTo>
                                  <a:pt x="125642" y="37566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8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20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8"/>
                                  <a:pt x="77470" y="130172"/>
                                  <a:pt x="59309" y="130172"/>
                                </a:cubicBezTo>
                                <a:cubicBezTo>
                                  <a:pt x="35179" y="130172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7"/>
                                </a:cubicBezTo>
                                <a:cubicBezTo>
                                  <a:pt x="10541" y="53717"/>
                                  <a:pt x="19685" y="40763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267587" y="109324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2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9"/>
                                </a:cubicBezTo>
                                <a:cubicBezTo>
                                  <a:pt x="7112" y="47520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8"/>
                                  <a:pt x="40259" y="15008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50811" y="105663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5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414018" y="110362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562100" y="30352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612138" y="1082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6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251" y="133604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90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76171" y="1110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4"/>
                                  <a:pt x="94742" y="86399"/>
                                  <a:pt x="88646" y="104941"/>
                                </a:cubicBezTo>
                                <a:cubicBezTo>
                                  <a:pt x="82677" y="123737"/>
                                  <a:pt x="81915" y="137580"/>
                                  <a:pt x="86233" y="146471"/>
                                </a:cubicBezTo>
                                <a:cubicBezTo>
                                  <a:pt x="90551" y="155487"/>
                                  <a:pt x="98171" y="159932"/>
                                  <a:pt x="109220" y="159932"/>
                                </a:cubicBezTo>
                                <a:cubicBezTo>
                                  <a:pt x="114871" y="159932"/>
                                  <a:pt x="120333" y="158884"/>
                                  <a:pt x="125635" y="156710"/>
                                </a:cubicBezTo>
                                <a:lnTo>
                                  <a:pt x="127215" y="155689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4"/>
                                  <a:pt x="20701" y="188761"/>
                                </a:cubicBezTo>
                                <a:cubicBezTo>
                                  <a:pt x="3175" y="167298"/>
                                  <a:pt x="0" y="139612"/>
                                  <a:pt x="10922" y="105068"/>
                                </a:cubicBezTo>
                                <a:cubicBezTo>
                                  <a:pt x="21336" y="72937"/>
                                  <a:pt x="40894" y="46775"/>
                                  <a:pt x="68326" y="25693"/>
                                </a:cubicBezTo>
                                <a:cubicBezTo>
                                  <a:pt x="82042" y="15152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003386" y="105663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0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411222" y="2540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716022" y="110362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887472" y="1953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5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4"/>
                                </a:cubicBezTo>
                                <a:cubicBezTo>
                                  <a:pt x="90678" y="53332"/>
                                  <a:pt x="86741" y="58285"/>
                                  <a:pt x="85090" y="63873"/>
                                </a:cubicBezTo>
                                <a:cubicBezTo>
                                  <a:pt x="83058" y="70223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3"/>
                                  <a:pt x="103124" y="85463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3"/>
                                  <a:pt x="77470" y="130167"/>
                                  <a:pt x="59436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60"/>
                                  <a:pt x="5461" y="69842"/>
                                </a:cubicBezTo>
                                <a:cubicBezTo>
                                  <a:pt x="10541" y="53713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8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29890" y="1092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1"/>
                                  <a:pt x="74549" y="64631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13092" y="105663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147187" y="110362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90087" y="1094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2"/>
                                  <a:pt x="94234" y="87485"/>
                                </a:cubicBezTo>
                                <a:lnTo>
                                  <a:pt x="133602" y="87485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699"/>
                                  <a:pt x="81915" y="155049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199"/>
                                  <a:pt x="30353" y="204198"/>
                                </a:cubicBezTo>
                                <a:cubicBezTo>
                                  <a:pt x="17780" y="196324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49"/>
                                  <a:pt x="8890" y="106535"/>
                                </a:cubicBezTo>
                                <a:cubicBezTo>
                                  <a:pt x="19558" y="73516"/>
                                  <a:pt x="38735" y="47227"/>
                                  <a:pt x="65405" y="26653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23689" y="258952"/>
                            <a:ext cx="88775" cy="6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9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6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9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23689" y="105663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737356" y="110362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012819" y="1082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6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124" y="133604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90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276725" y="1110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4"/>
                                </a:cubicBezTo>
                                <a:cubicBezTo>
                                  <a:pt x="90678" y="155501"/>
                                  <a:pt x="98298" y="159946"/>
                                  <a:pt x="109347" y="159946"/>
                                </a:cubicBezTo>
                                <a:cubicBezTo>
                                  <a:pt x="114935" y="159946"/>
                                  <a:pt x="120396" y="158898"/>
                                  <a:pt x="125698" y="156723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404063" y="105663"/>
                            <a:ext cx="125647" cy="214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7" h="214431">
                                <a:moveTo>
                                  <a:pt x="35477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6" y="56261"/>
                                  <a:pt x="125647" y="80518"/>
                                  <a:pt x="116503" y="109347"/>
                                </a:cubicBezTo>
                                <a:cubicBezTo>
                                  <a:pt x="106216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1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1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3" y="77597"/>
                                  <a:pt x="41065" y="68707"/>
                                </a:cubicBezTo>
                                <a:cubicBezTo>
                                  <a:pt x="36747" y="59817"/>
                                  <a:pt x="29127" y="55372"/>
                                  <a:pt x="18459" y="55372"/>
                                </a:cubicBezTo>
                                <a:cubicBezTo>
                                  <a:pt x="12807" y="55372"/>
                                  <a:pt x="7251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523359" y="110362"/>
                            <a:ext cx="120645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45" h="210439">
                                <a:moveTo>
                                  <a:pt x="68580" y="0"/>
                                </a:moveTo>
                                <a:lnTo>
                                  <a:pt x="120645" y="0"/>
                                </a:lnTo>
                                <a:lnTo>
                                  <a:pt x="120645" y="78306"/>
                                </a:lnTo>
                                <a:lnTo>
                                  <a:pt x="120015" y="80264"/>
                                </a:lnTo>
                                <a:lnTo>
                                  <a:pt x="120645" y="80264"/>
                                </a:lnTo>
                                <a:lnTo>
                                  <a:pt x="120645" y="124079"/>
                                </a:lnTo>
                                <a:lnTo>
                                  <a:pt x="105791" y="124079"/>
                                </a:lnTo>
                                <a:cubicBezTo>
                                  <a:pt x="101727" y="136398"/>
                                  <a:pt x="97536" y="148590"/>
                                  <a:pt x="93599" y="160909"/>
                                </a:cubicBezTo>
                                <a:cubicBezTo>
                                  <a:pt x="102108" y="160909"/>
                                  <a:pt x="110617" y="160909"/>
                                  <a:pt x="119126" y="160909"/>
                                </a:cubicBezTo>
                                <a:lnTo>
                                  <a:pt x="120645" y="160498"/>
                                </a:lnTo>
                                <a:lnTo>
                                  <a:pt x="120645" y="209991"/>
                                </a:lnTo>
                                <a:lnTo>
                                  <a:pt x="115443" y="210439"/>
                                </a:lnTo>
                                <a:cubicBezTo>
                                  <a:pt x="76962" y="210439"/>
                                  <a:pt x="38481" y="210439"/>
                                  <a:pt x="0" y="210439"/>
                                </a:cubicBezTo>
                                <a:cubicBezTo>
                                  <a:pt x="22479" y="140208"/>
                                  <a:pt x="46228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644004" y="110362"/>
                            <a:ext cx="130688" cy="20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1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1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766056" y="110362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041773" y="30352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053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9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1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1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053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11835" y="4952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910717" y="84962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5"/>
                                  <a:pt x="171005" y="152003"/>
                                </a:cubicBezTo>
                                <a:lnTo>
                                  <a:pt x="172164" y="151224"/>
                                </a:lnTo>
                                <a:lnTo>
                                  <a:pt x="172164" y="213171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82881" y="80263"/>
                            <a:ext cx="121841" cy="21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0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0"/>
                                </a:lnTo>
                                <a:lnTo>
                                  <a:pt x="0" y="155923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2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199769" y="169930"/>
                            <a:ext cx="125642" cy="1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2">
                                <a:moveTo>
                                  <a:pt x="125642" y="0"/>
                                </a:moveTo>
                                <a:lnTo>
                                  <a:pt x="125642" y="37566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8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20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8"/>
                                  <a:pt x="77470" y="130172"/>
                                  <a:pt x="59309" y="130172"/>
                                </a:cubicBezTo>
                                <a:cubicBezTo>
                                  <a:pt x="35179" y="130172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7"/>
                                </a:cubicBezTo>
                                <a:cubicBezTo>
                                  <a:pt x="10541" y="53717"/>
                                  <a:pt x="19685" y="40763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242187" y="83924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2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9"/>
                                </a:cubicBezTo>
                                <a:cubicBezTo>
                                  <a:pt x="7112" y="47520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8"/>
                                  <a:pt x="40259" y="15008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25411" y="80263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5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388618" y="84962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536700" y="4952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586738" y="828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6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251" y="133604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90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850771" y="856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4"/>
                                  <a:pt x="94742" y="86399"/>
                                  <a:pt x="88646" y="104941"/>
                                </a:cubicBezTo>
                                <a:cubicBezTo>
                                  <a:pt x="82677" y="123737"/>
                                  <a:pt x="81915" y="137580"/>
                                  <a:pt x="86233" y="146471"/>
                                </a:cubicBezTo>
                                <a:cubicBezTo>
                                  <a:pt x="90551" y="155487"/>
                                  <a:pt x="98171" y="159932"/>
                                  <a:pt x="109220" y="159932"/>
                                </a:cubicBezTo>
                                <a:cubicBezTo>
                                  <a:pt x="114871" y="159932"/>
                                  <a:pt x="120333" y="158884"/>
                                  <a:pt x="125635" y="156710"/>
                                </a:cubicBezTo>
                                <a:lnTo>
                                  <a:pt x="127215" y="155689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4"/>
                                  <a:pt x="20701" y="188761"/>
                                </a:cubicBezTo>
                                <a:cubicBezTo>
                                  <a:pt x="3175" y="167298"/>
                                  <a:pt x="0" y="139612"/>
                                  <a:pt x="10922" y="105068"/>
                                </a:cubicBezTo>
                                <a:cubicBezTo>
                                  <a:pt x="21336" y="72937"/>
                                  <a:pt x="40894" y="46775"/>
                                  <a:pt x="68326" y="25693"/>
                                </a:cubicBezTo>
                                <a:cubicBezTo>
                                  <a:pt x="82042" y="15152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977986" y="80263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0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690622" y="84962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862072" y="1699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5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4"/>
                                </a:cubicBezTo>
                                <a:cubicBezTo>
                                  <a:pt x="90678" y="53332"/>
                                  <a:pt x="86741" y="58285"/>
                                  <a:pt x="85090" y="63873"/>
                                </a:cubicBezTo>
                                <a:cubicBezTo>
                                  <a:pt x="83058" y="70223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3"/>
                                  <a:pt x="103124" y="85463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3"/>
                                  <a:pt x="77470" y="130167"/>
                                  <a:pt x="59309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60"/>
                                  <a:pt x="5461" y="69842"/>
                                </a:cubicBezTo>
                                <a:cubicBezTo>
                                  <a:pt x="10541" y="53713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8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904490" y="838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1"/>
                                  <a:pt x="74549" y="64631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987692" y="80263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121787" y="84962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64687" y="840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2"/>
                                  <a:pt x="94234" y="87485"/>
                                </a:cubicBezTo>
                                <a:lnTo>
                                  <a:pt x="133602" y="87485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699"/>
                                  <a:pt x="81915" y="155049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199"/>
                                  <a:pt x="30353" y="204198"/>
                                </a:cubicBezTo>
                                <a:cubicBezTo>
                                  <a:pt x="17780" y="196324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49"/>
                                  <a:pt x="8890" y="106535"/>
                                </a:cubicBezTo>
                                <a:cubicBezTo>
                                  <a:pt x="19558" y="73516"/>
                                  <a:pt x="38735" y="47227"/>
                                  <a:pt x="65405" y="26653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98289" y="233552"/>
                            <a:ext cx="88775" cy="6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9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6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9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98289" y="80263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711956" y="84962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987419" y="828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6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124" y="133604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90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251325" y="856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4"/>
                                </a:cubicBezTo>
                                <a:cubicBezTo>
                                  <a:pt x="90678" y="155501"/>
                                  <a:pt x="98298" y="159946"/>
                                  <a:pt x="109347" y="159946"/>
                                </a:cubicBezTo>
                                <a:cubicBezTo>
                                  <a:pt x="114935" y="159946"/>
                                  <a:pt x="120396" y="158898"/>
                                  <a:pt x="125698" y="156723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378663" y="80263"/>
                            <a:ext cx="125646" cy="214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6" h="214431">
                                <a:moveTo>
                                  <a:pt x="35476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5" y="56261"/>
                                  <a:pt x="125646" y="80518"/>
                                  <a:pt x="116502" y="109347"/>
                                </a:cubicBezTo>
                                <a:cubicBezTo>
                                  <a:pt x="106215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0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1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2" y="77597"/>
                                  <a:pt x="41064" y="68707"/>
                                </a:cubicBezTo>
                                <a:cubicBezTo>
                                  <a:pt x="36746" y="59817"/>
                                  <a:pt x="29126" y="55372"/>
                                  <a:pt x="18458" y="55372"/>
                                </a:cubicBezTo>
                                <a:cubicBezTo>
                                  <a:pt x="12807" y="55372"/>
                                  <a:pt x="7250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498087" y="84962"/>
                            <a:ext cx="12051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18" h="210439">
                                <a:moveTo>
                                  <a:pt x="68453" y="0"/>
                                </a:moveTo>
                                <a:lnTo>
                                  <a:pt x="120518" y="0"/>
                                </a:lnTo>
                                <a:lnTo>
                                  <a:pt x="120518" y="78306"/>
                                </a:lnTo>
                                <a:lnTo>
                                  <a:pt x="119888" y="80264"/>
                                </a:lnTo>
                                <a:lnTo>
                                  <a:pt x="120518" y="80264"/>
                                </a:lnTo>
                                <a:lnTo>
                                  <a:pt x="120518" y="124079"/>
                                </a:lnTo>
                                <a:lnTo>
                                  <a:pt x="105664" y="124079"/>
                                </a:lnTo>
                                <a:cubicBezTo>
                                  <a:pt x="101600" y="136398"/>
                                  <a:pt x="97409" y="148590"/>
                                  <a:pt x="93472" y="160909"/>
                                </a:cubicBezTo>
                                <a:cubicBezTo>
                                  <a:pt x="101981" y="160909"/>
                                  <a:pt x="110490" y="160909"/>
                                  <a:pt x="118999" y="160909"/>
                                </a:cubicBezTo>
                                <a:lnTo>
                                  <a:pt x="120518" y="160498"/>
                                </a:lnTo>
                                <a:lnTo>
                                  <a:pt x="120518" y="209991"/>
                                </a:lnTo>
                                <a:lnTo>
                                  <a:pt x="115316" y="210439"/>
                                </a:ln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618604" y="84962"/>
                            <a:ext cx="130688" cy="20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1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1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740656" y="84962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016373" y="4952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9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1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1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711835" y="4952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910717" y="80263"/>
                            <a:ext cx="294005" cy="2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95148">
                                <a:moveTo>
                                  <a:pt x="0" y="295148"/>
                                </a:moveTo>
                                <a:cubicBezTo>
                                  <a:pt x="30988" y="198120"/>
                                  <a:pt x="63754" y="101727"/>
                                  <a:pt x="94742" y="4699"/>
                                </a:cubicBezTo>
                                <a:cubicBezTo>
                                  <a:pt x="118999" y="4699"/>
                                  <a:pt x="143129" y="4699"/>
                                  <a:pt x="167259" y="4699"/>
                                </a:cubicBezTo>
                                <a:cubicBezTo>
                                  <a:pt x="164084" y="15113"/>
                                  <a:pt x="160528" y="25400"/>
                                  <a:pt x="157226" y="35814"/>
                                </a:cubicBezTo>
                                <a:cubicBezTo>
                                  <a:pt x="171323" y="22606"/>
                                  <a:pt x="183769" y="13970"/>
                                  <a:pt x="193548" y="9271"/>
                                </a:cubicBezTo>
                                <a:cubicBezTo>
                                  <a:pt x="206883" y="3048"/>
                                  <a:pt x="220472" y="0"/>
                                  <a:pt x="234188" y="0"/>
                                </a:cubicBezTo>
                                <a:cubicBezTo>
                                  <a:pt x="261239" y="0"/>
                                  <a:pt x="278765" y="10541"/>
                                  <a:pt x="286258" y="32258"/>
                                </a:cubicBezTo>
                                <a:cubicBezTo>
                                  <a:pt x="294005" y="53848"/>
                                  <a:pt x="292608" y="80391"/>
                                  <a:pt x="282321" y="112141"/>
                                </a:cubicBezTo>
                                <a:cubicBezTo>
                                  <a:pt x="271145" y="147193"/>
                                  <a:pt x="254000" y="173482"/>
                                  <a:pt x="232029" y="192151"/>
                                </a:cubicBezTo>
                                <a:cubicBezTo>
                                  <a:pt x="210058" y="210820"/>
                                  <a:pt x="186309" y="219837"/>
                                  <a:pt x="161798" y="219837"/>
                                </a:cubicBezTo>
                                <a:cubicBezTo>
                                  <a:pt x="149733" y="219837"/>
                                  <a:pt x="139700" y="217805"/>
                                  <a:pt x="131318" y="213487"/>
                                </a:cubicBezTo>
                                <a:cubicBezTo>
                                  <a:pt x="122809" y="209296"/>
                                  <a:pt x="116078" y="203073"/>
                                  <a:pt x="111125" y="194691"/>
                                </a:cubicBezTo>
                                <a:cubicBezTo>
                                  <a:pt x="100330" y="228219"/>
                                  <a:pt x="88900" y="261620"/>
                                  <a:pt x="78232" y="295148"/>
                                </a:cubicBezTo>
                                <a:cubicBezTo>
                                  <a:pt x="52070" y="295148"/>
                                  <a:pt x="26035" y="295148"/>
                                  <a:pt x="0" y="29514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042670" y="139446"/>
                            <a:ext cx="80391" cy="1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100457">
                                <a:moveTo>
                                  <a:pt x="6096" y="51308"/>
                                </a:moveTo>
                                <a:cubicBezTo>
                                  <a:pt x="635" y="67945"/>
                                  <a:pt x="0" y="80264"/>
                                  <a:pt x="4191" y="88392"/>
                                </a:cubicBezTo>
                                <a:cubicBezTo>
                                  <a:pt x="8128" y="96520"/>
                                  <a:pt x="15367" y="100457"/>
                                  <a:pt x="25654" y="100457"/>
                                </a:cubicBezTo>
                                <a:cubicBezTo>
                                  <a:pt x="34544" y="100457"/>
                                  <a:pt x="43688" y="96520"/>
                                  <a:pt x="52070" y="88773"/>
                                </a:cubicBezTo>
                                <a:cubicBezTo>
                                  <a:pt x="60579" y="80899"/>
                                  <a:pt x="68072" y="68072"/>
                                  <a:pt x="74041" y="49530"/>
                                </a:cubicBezTo>
                                <a:cubicBezTo>
                                  <a:pt x="79502" y="32512"/>
                                  <a:pt x="80391" y="20066"/>
                                  <a:pt x="76835" y="11938"/>
                                </a:cubicBezTo>
                                <a:cubicBezTo>
                                  <a:pt x="73152" y="3937"/>
                                  <a:pt x="66548" y="0"/>
                                  <a:pt x="57404" y="0"/>
                                </a:cubicBezTo>
                                <a:cubicBezTo>
                                  <a:pt x="47498" y="0"/>
                                  <a:pt x="37973" y="3810"/>
                                  <a:pt x="28829" y="12065"/>
                                </a:cubicBezTo>
                                <a:cubicBezTo>
                                  <a:pt x="19685" y="20320"/>
                                  <a:pt x="11811" y="33274"/>
                                  <a:pt x="6096" y="5130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199769" y="80263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024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873" y="3302"/>
                                </a:cubicBezTo>
                                <a:cubicBezTo>
                                  <a:pt x="139954" y="1143"/>
                                  <a:pt x="153924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6126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969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171" y="170307"/>
                                </a:cubicBezTo>
                                <a:cubicBezTo>
                                  <a:pt x="221869" y="180213"/>
                                  <a:pt x="219964" y="187960"/>
                                  <a:pt x="219456" y="193548"/>
                                </a:cubicBezTo>
                                <a:cubicBezTo>
                                  <a:pt x="218821" y="199263"/>
                                  <a:pt x="219075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831" y="215138"/>
                                  <a:pt x="147574" y="215138"/>
                                </a:cubicBezTo>
                                <a:cubicBezTo>
                                  <a:pt x="146304" y="209804"/>
                                  <a:pt x="145669" y="205613"/>
                                  <a:pt x="145923" y="202692"/>
                                </a:cubicBezTo>
                                <a:cubicBezTo>
                                  <a:pt x="145923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666" y="206756"/>
                                  <a:pt x="110109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287" y="202438"/>
                                </a:cubicBezTo>
                                <a:cubicBezTo>
                                  <a:pt x="1651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594" y="74676"/>
                                </a:cubicBezTo>
                                <a:cubicBezTo>
                                  <a:pt x="183642" y="64770"/>
                                  <a:pt x="184150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82827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390" y="3937"/>
                                  <a:pt x="60071" y="7493"/>
                                  <a:pt x="47498" y="10414"/>
                                </a:cubicBezTo>
                                <a:cubicBezTo>
                                  <a:pt x="30480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9"/>
                                  <a:pt x="2032" y="38227"/>
                                </a:cubicBezTo>
                                <a:cubicBezTo>
                                  <a:pt x="0" y="44577"/>
                                  <a:pt x="635" y="49657"/>
                                  <a:pt x="3429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40"/>
                                </a:cubicBezTo>
                                <a:cubicBezTo>
                                  <a:pt x="55372" y="48768"/>
                                  <a:pt x="62484" y="43561"/>
                                  <a:pt x="67564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7"/>
                                </a:cubicBezTo>
                                <a:cubicBezTo>
                                  <a:pt x="81534" y="8509"/>
                                  <a:pt x="82931" y="4191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536700" y="4952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388618" y="84962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586738" y="828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171" y="212598"/>
                                </a:move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251" y="133604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90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6"/>
                                  <a:pt x="225171" y="2125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50771" y="80263"/>
                            <a:ext cx="252857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" h="219837">
                                <a:moveTo>
                                  <a:pt x="10922" y="110490"/>
                                </a:moveTo>
                                <a:cubicBezTo>
                                  <a:pt x="21336" y="78359"/>
                                  <a:pt x="40894" y="52197"/>
                                  <a:pt x="68326" y="31115"/>
                                </a:cubicBezTo>
                                <a:cubicBezTo>
                                  <a:pt x="95758" y="10033"/>
                                  <a:pt x="127381" y="0"/>
                                  <a:pt x="162814" y="0"/>
                                </a:cubicBezTo>
                                <a:cubicBezTo>
                                  <a:pt x="203327" y="0"/>
                                  <a:pt x="229997" y="12065"/>
                                  <a:pt x="242570" y="36576"/>
                                </a:cubicBezTo>
                                <a:cubicBezTo>
                                  <a:pt x="252476" y="56261"/>
                                  <a:pt x="252857" y="80518"/>
                                  <a:pt x="243713" y="109347"/>
                                </a:cubicBezTo>
                                <a:cubicBezTo>
                                  <a:pt x="233426" y="141605"/>
                                  <a:pt x="213995" y="167894"/>
                                  <a:pt x="186817" y="188722"/>
                                </a:cubicBezTo>
                                <a:cubicBezTo>
                                  <a:pt x="159512" y="209804"/>
                                  <a:pt x="127381" y="219837"/>
                                  <a:pt x="90932" y="219837"/>
                                </a:cubicBezTo>
                                <a:cubicBezTo>
                                  <a:pt x="58420" y="219837"/>
                                  <a:pt x="34798" y="211455"/>
                                  <a:pt x="20701" y="194183"/>
                                </a:cubicBezTo>
                                <a:cubicBezTo>
                                  <a:pt x="3175" y="172720"/>
                                  <a:pt x="0" y="145034"/>
                                  <a:pt x="10922" y="11049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932686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608" y="109982"/>
                                  <a:pt x="49149" y="105791"/>
                                  <a:pt x="59182" y="96774"/>
                                </a:cubicBezTo>
                                <a:cubicBezTo>
                                  <a:pt x="69088" y="87757"/>
                                  <a:pt x="77470" y="73787"/>
                                  <a:pt x="83947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827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1422" y="176530"/>
                                </a:move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690622" y="84962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0119" y="58801"/>
                                </a:move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862072" y="80263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151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746" y="3302"/>
                                </a:cubicBezTo>
                                <a:cubicBezTo>
                                  <a:pt x="139827" y="1143"/>
                                  <a:pt x="153797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5999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842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044" y="170307"/>
                                </a:cubicBezTo>
                                <a:cubicBezTo>
                                  <a:pt x="221869" y="180213"/>
                                  <a:pt x="219837" y="187960"/>
                                  <a:pt x="219329" y="193548"/>
                                </a:cubicBezTo>
                                <a:cubicBezTo>
                                  <a:pt x="218821" y="199263"/>
                                  <a:pt x="218948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704" y="215138"/>
                                  <a:pt x="147574" y="215138"/>
                                </a:cubicBezTo>
                                <a:cubicBezTo>
                                  <a:pt x="146177" y="209804"/>
                                  <a:pt x="145669" y="205613"/>
                                  <a:pt x="145796" y="202692"/>
                                </a:cubicBezTo>
                                <a:cubicBezTo>
                                  <a:pt x="145796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539" y="206756"/>
                                  <a:pt x="109982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160" y="202438"/>
                                </a:cubicBezTo>
                                <a:cubicBezTo>
                                  <a:pt x="1524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467" y="74676"/>
                                </a:cubicBezTo>
                                <a:cubicBezTo>
                                  <a:pt x="183642" y="64770"/>
                                  <a:pt x="184023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945130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263" y="3937"/>
                                  <a:pt x="60071" y="7493"/>
                                  <a:pt x="47498" y="10414"/>
                                </a:cubicBezTo>
                                <a:cubicBezTo>
                                  <a:pt x="30353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9"/>
                                  <a:pt x="2032" y="38227"/>
                                </a:cubicBezTo>
                                <a:cubicBezTo>
                                  <a:pt x="0" y="44577"/>
                                  <a:pt x="508" y="49657"/>
                                  <a:pt x="3302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40"/>
                                </a:cubicBezTo>
                                <a:cubicBezTo>
                                  <a:pt x="55245" y="48768"/>
                                  <a:pt x="62484" y="43561"/>
                                  <a:pt x="67437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7"/>
                                </a:cubicBezTo>
                                <a:cubicBezTo>
                                  <a:pt x="81407" y="8509"/>
                                  <a:pt x="82931" y="4191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21787" y="84962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277622" y="210439"/>
                                </a:move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464687" y="80263"/>
                            <a:ext cx="251841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41" h="219837">
                                <a:moveTo>
                                  <a:pt x="236855" y="129921"/>
                                </a:moveTo>
                                <a:cubicBezTo>
                                  <a:pt x="185039" y="129921"/>
                                  <a:pt x="133223" y="129921"/>
                                  <a:pt x="81407" y="129921"/>
                                </a:cubicBezTo>
                                <a:cubicBezTo>
                                  <a:pt x="78613" y="142875"/>
                                  <a:pt x="78867" y="152527"/>
                                  <a:pt x="81915" y="158877"/>
                                </a:cubicBezTo>
                                <a:cubicBezTo>
                                  <a:pt x="86487" y="168021"/>
                                  <a:pt x="94996" y="172466"/>
                                  <a:pt x="106934" y="172466"/>
                                </a:cubicBezTo>
                                <a:cubicBezTo>
                                  <a:pt x="114554" y="172466"/>
                                  <a:pt x="122428" y="170561"/>
                                  <a:pt x="130556" y="166624"/>
                                </a:cubicBezTo>
                                <a:cubicBezTo>
                                  <a:pt x="135509" y="163957"/>
                                  <a:pt x="141478" y="159766"/>
                                  <a:pt x="148463" y="153289"/>
                                </a:cubicBezTo>
                                <a:cubicBezTo>
                                  <a:pt x="173101" y="155829"/>
                                  <a:pt x="197739" y="158115"/>
                                  <a:pt x="222377" y="160655"/>
                                </a:cubicBezTo>
                                <a:cubicBezTo>
                                  <a:pt x="204089" y="181991"/>
                                  <a:pt x="184785" y="196723"/>
                                  <a:pt x="165227" y="205994"/>
                                </a:cubicBezTo>
                                <a:cubicBezTo>
                                  <a:pt x="145669" y="215519"/>
                                  <a:pt x="120523" y="219837"/>
                                  <a:pt x="89662" y="219837"/>
                                </a:cubicBezTo>
                                <a:cubicBezTo>
                                  <a:pt x="62738" y="219837"/>
                                  <a:pt x="43053" y="216027"/>
                                  <a:pt x="30353" y="208026"/>
                                </a:cubicBezTo>
                                <a:cubicBezTo>
                                  <a:pt x="17780" y="200152"/>
                                  <a:pt x="8763" y="187833"/>
                                  <a:pt x="4445" y="170561"/>
                                </a:cubicBezTo>
                                <a:cubicBezTo>
                                  <a:pt x="0" y="153416"/>
                                  <a:pt x="1524" y="133477"/>
                                  <a:pt x="8890" y="110363"/>
                                </a:cubicBezTo>
                                <a:cubicBezTo>
                                  <a:pt x="19558" y="77343"/>
                                  <a:pt x="38735" y="51054"/>
                                  <a:pt x="65405" y="30480"/>
                                </a:cubicBezTo>
                                <a:cubicBezTo>
                                  <a:pt x="92075" y="9779"/>
                                  <a:pt x="123698" y="0"/>
                                  <a:pt x="159385" y="0"/>
                                </a:cubicBezTo>
                                <a:cubicBezTo>
                                  <a:pt x="188341" y="0"/>
                                  <a:pt x="209677" y="4318"/>
                                  <a:pt x="223520" y="13589"/>
                                </a:cubicBezTo>
                                <a:cubicBezTo>
                                  <a:pt x="237109" y="22860"/>
                                  <a:pt x="245618" y="35941"/>
                                  <a:pt x="248793" y="53213"/>
                                </a:cubicBezTo>
                                <a:cubicBezTo>
                                  <a:pt x="251841" y="70485"/>
                                  <a:pt x="248666" y="93091"/>
                                  <a:pt x="239649" y="120777"/>
                                </a:cubicBezTo>
                                <a:cubicBezTo>
                                  <a:pt x="238760" y="123825"/>
                                  <a:pt x="237744" y="126873"/>
                                  <a:pt x="236855" y="12992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558921" y="128015"/>
                            <a:ext cx="79883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" h="43561">
                                <a:moveTo>
                                  <a:pt x="76327" y="43561"/>
                                </a:moveTo>
                                <a:cubicBezTo>
                                  <a:pt x="79883" y="27813"/>
                                  <a:pt x="79502" y="16764"/>
                                  <a:pt x="75184" y="10033"/>
                                </a:cubicBezTo>
                                <a:cubicBezTo>
                                  <a:pt x="70866" y="3302"/>
                                  <a:pt x="63373" y="0"/>
                                  <a:pt x="52705" y="0"/>
                                </a:cubicBezTo>
                                <a:cubicBezTo>
                                  <a:pt x="40386" y="0"/>
                                  <a:pt x="28829" y="4953"/>
                                  <a:pt x="18288" y="15240"/>
                                </a:cubicBezTo>
                                <a:cubicBezTo>
                                  <a:pt x="11430" y="21590"/>
                                  <a:pt x="5207" y="30988"/>
                                  <a:pt x="0" y="43561"/>
                                </a:cubicBezTo>
                                <a:cubicBezTo>
                                  <a:pt x="25400" y="43561"/>
                                  <a:pt x="50927" y="43561"/>
                                  <a:pt x="76327" y="4356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711956" y="84962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225933" y="210439"/>
                                </a:move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987419" y="82803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044" y="212598"/>
                                </a:move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4"/>
                                  <a:pt x="103124" y="133604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90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4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9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90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4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1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3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6"/>
                                  <a:pt x="225044" y="2125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4251325" y="80263"/>
                            <a:ext cx="252984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19837">
                                <a:moveTo>
                                  <a:pt x="11049" y="110490"/>
                                </a:moveTo>
                                <a:cubicBezTo>
                                  <a:pt x="21336" y="78359"/>
                                  <a:pt x="41021" y="52197"/>
                                  <a:pt x="68326" y="31115"/>
                                </a:cubicBezTo>
                                <a:cubicBezTo>
                                  <a:pt x="95758" y="10033"/>
                                  <a:pt x="127508" y="0"/>
                                  <a:pt x="162814" y="0"/>
                                </a:cubicBezTo>
                                <a:cubicBezTo>
                                  <a:pt x="203454" y="0"/>
                                  <a:pt x="230124" y="12065"/>
                                  <a:pt x="242697" y="36576"/>
                                </a:cubicBezTo>
                                <a:cubicBezTo>
                                  <a:pt x="252603" y="56261"/>
                                  <a:pt x="252984" y="80518"/>
                                  <a:pt x="243840" y="109347"/>
                                </a:cubicBezTo>
                                <a:cubicBezTo>
                                  <a:pt x="233553" y="141605"/>
                                  <a:pt x="214122" y="167894"/>
                                  <a:pt x="186817" y="188722"/>
                                </a:cubicBezTo>
                                <a:cubicBezTo>
                                  <a:pt x="159639" y="209804"/>
                                  <a:pt x="127508" y="219837"/>
                                  <a:pt x="91059" y="219837"/>
                                </a:cubicBezTo>
                                <a:cubicBezTo>
                                  <a:pt x="58420" y="219837"/>
                                  <a:pt x="34925" y="211455"/>
                                  <a:pt x="20828" y="194183"/>
                                </a:cubicBezTo>
                                <a:cubicBezTo>
                                  <a:pt x="3302" y="172720"/>
                                  <a:pt x="0" y="145034"/>
                                  <a:pt x="11049" y="11049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333368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481" y="109982"/>
                                  <a:pt x="49149" y="105791"/>
                                  <a:pt x="59055" y="96774"/>
                                </a:cubicBezTo>
                                <a:cubicBezTo>
                                  <a:pt x="69088" y="87757"/>
                                  <a:pt x="77470" y="73787"/>
                                  <a:pt x="83820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700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8087" y="84962"/>
                            <a:ext cx="25120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" h="210439">
                                <a:moveTo>
                                  <a:pt x="188976" y="98425"/>
                                </a:moveTo>
                                <a:cubicBezTo>
                                  <a:pt x="203708" y="100076"/>
                                  <a:pt x="214249" y="105410"/>
                                  <a:pt x="220472" y="114300"/>
                                </a:cubicBezTo>
                                <a:cubicBezTo>
                                  <a:pt x="226441" y="123317"/>
                                  <a:pt x="227076" y="135255"/>
                                  <a:pt x="222123" y="150368"/>
                                </a:cubicBezTo>
                                <a:cubicBezTo>
                                  <a:pt x="215773" y="170434"/>
                                  <a:pt x="204343" y="185293"/>
                                  <a:pt x="188595" y="195326"/>
                                </a:cubicBezTo>
                                <a:cubicBezTo>
                                  <a:pt x="172720" y="205613"/>
                                  <a:pt x="148209" y="210439"/>
                                  <a:pt x="115316" y="210439"/>
                                </a:cubicBez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109982" y="0"/>
                                  <a:pt x="151638" y="0"/>
                                  <a:pt x="193294" y="0"/>
                                </a:cubicBezTo>
                                <a:cubicBezTo>
                                  <a:pt x="215900" y="0"/>
                                  <a:pt x="231775" y="4445"/>
                                  <a:pt x="240665" y="13462"/>
                                </a:cubicBezTo>
                                <a:cubicBezTo>
                                  <a:pt x="249428" y="22733"/>
                                  <a:pt x="251206" y="35306"/>
                                  <a:pt x="246126" y="51308"/>
                                </a:cubicBezTo>
                                <a:cubicBezTo>
                                  <a:pt x="242443" y="62611"/>
                                  <a:pt x="235204" y="72390"/>
                                  <a:pt x="224790" y="80899"/>
                                </a:cubicBezTo>
                                <a:cubicBezTo>
                                  <a:pt x="214503" y="89408"/>
                                  <a:pt x="202311" y="94869"/>
                                  <a:pt x="189230" y="97663"/>
                                </a:cubicBezTo>
                                <a:cubicBezTo>
                                  <a:pt x="189103" y="97917"/>
                                  <a:pt x="189103" y="98298"/>
                                  <a:pt x="188976" y="984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17974" y="131699"/>
                            <a:ext cx="4826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33528">
                                <a:moveTo>
                                  <a:pt x="0" y="33528"/>
                                </a:moveTo>
                                <a:cubicBezTo>
                                  <a:pt x="6477" y="33528"/>
                                  <a:pt x="13081" y="33528"/>
                                  <a:pt x="19685" y="33528"/>
                                </a:cubicBezTo>
                                <a:cubicBezTo>
                                  <a:pt x="32512" y="33528"/>
                                  <a:pt x="41148" y="27432"/>
                                  <a:pt x="45085" y="15113"/>
                                </a:cubicBezTo>
                                <a:cubicBezTo>
                                  <a:pt x="48260" y="4953"/>
                                  <a:pt x="43053" y="0"/>
                                  <a:pt x="29337" y="0"/>
                                </a:cubicBezTo>
                                <a:cubicBezTo>
                                  <a:pt x="23241" y="0"/>
                                  <a:pt x="17018" y="0"/>
                                  <a:pt x="10795" y="0"/>
                                </a:cubicBezTo>
                                <a:cubicBezTo>
                                  <a:pt x="7239" y="11176"/>
                                  <a:pt x="3556" y="22352"/>
                                  <a:pt x="0" y="3352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591558" y="209042"/>
                            <a:ext cx="567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36830">
                                <a:moveTo>
                                  <a:pt x="0" y="36830"/>
                                </a:moveTo>
                                <a:cubicBezTo>
                                  <a:pt x="8509" y="36830"/>
                                  <a:pt x="17018" y="36830"/>
                                  <a:pt x="25527" y="36830"/>
                                </a:cubicBezTo>
                                <a:cubicBezTo>
                                  <a:pt x="31750" y="36830"/>
                                  <a:pt x="37465" y="35306"/>
                                  <a:pt x="42418" y="32258"/>
                                </a:cubicBezTo>
                                <a:cubicBezTo>
                                  <a:pt x="47371" y="29210"/>
                                  <a:pt x="50800" y="24765"/>
                                  <a:pt x="52705" y="18923"/>
                                </a:cubicBezTo>
                                <a:cubicBezTo>
                                  <a:pt x="56769" y="6223"/>
                                  <a:pt x="51943" y="0"/>
                                  <a:pt x="37719" y="0"/>
                                </a:cubicBezTo>
                                <a:cubicBezTo>
                                  <a:pt x="29210" y="0"/>
                                  <a:pt x="20701" y="0"/>
                                  <a:pt x="12192" y="0"/>
                                </a:cubicBezTo>
                                <a:cubicBezTo>
                                  <a:pt x="8128" y="12319"/>
                                  <a:pt x="3937" y="24511"/>
                                  <a:pt x="0" y="3683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4740656" y="84962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223139" y="210439"/>
                                </a:move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016373" y="4952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214249" y="290449"/>
                                </a:move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1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1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9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79612EA" id="Group 4357" o:spid="_x0000_s1026" style="position:absolute;margin-left:-.15pt;margin-top:-103.5pt;width:418pt;height:245.55pt;z-index:-251655168" coordsize="53088,311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top:4895;width:22218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">
                  <v:imagedata r:id="rId35" o:title=""/>
                </v:shape>
                <v:shape id="Shape 207" o:spid="_x0000_s1028" style="position:absolute;left:7372;top:303;width:2856;height:2905;visibility:visible;mso-wrap-style:square;v-text-anchor:top" coordsize="285623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" path="m23368,v87376,,174879,,262255,c278003,23876,269875,47752,262255,71755v-29337,,-58674,,-88011,c150876,144780,126238,217424,102870,290449v-28829,,-57531,,-86360,c39878,217424,64643,144780,88011,71755v-29464,,-58674,,-88011,c7620,47752,15748,23876,23368,xe" fillcolor="#818181" stroked="f" strokeweight="0">
                  <v:stroke miterlimit="83231f" joinstyle="miter"/>
                  <v:path arrowok="t" textboxrect="0,0,285623,290449"/>
                </v:shape>
                <v:shape id="Shape 208" o:spid="_x0000_s1029" style="position:absolute;left:9361;top:1103;width:1721;height:2905;visibility:visible;mso-wrap-style:square;v-text-anchor:top" coordsize="172164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" path="m94742,v24257,,48387,,72517,c164084,10414,160528,20701,157226,31115l172164,18683r,40445l160782,66548v-9144,8255,-17018,21209,-22733,39243c132588,122428,131953,134747,136144,142875v3937,8128,11176,12065,21463,12065c162052,154940,166560,153955,171005,152003r1159,-779l172164,213171r-10366,1967c149733,215138,139700,213106,131318,208788v-8509,-4191,-15240,-10414,-20193,-18796c100330,223520,88900,256921,78232,290449v-26162,,-52197,,-78232,c30988,193421,63754,97028,94742,xe" fillcolor="#818181" stroked="f" strokeweight="0">
                  <v:stroke miterlimit="83231f" joinstyle="miter"/>
                  <v:path arrowok="t" textboxrect="0,0,172164,290449"/>
                </v:shape>
                <v:shape id="Shape 209" o:spid="_x0000_s1030" style="position:absolute;left:11082;top:1056;width:1219;height:2179;visibility:visible;mso-wrap-style:square;v-text-anchor:top" coordsize="121841,21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" path="m62024,v27051,,44577,10541,52070,32258c121841,53848,120444,80391,110157,112141,98981,147193,81836,173482,59865,192151v-10985,9334,-22415,16256,-34163,20844l,217870,,155923r11859,-7968c20368,140081,27861,127254,33830,108712,39291,91694,40180,79248,36624,71120,32941,63119,26337,59182,17193,59182v-4953,,-9811,952,-14573,2937l,63827,,23382,4842,19352c10938,14954,16495,11620,21384,9271,34719,3048,48308,,62024,xe" fillcolor="#818181" stroked="f" strokeweight="0">
                  <v:stroke miterlimit="83231f" joinstyle="miter"/>
                  <v:path arrowok="t" textboxrect="0,0,121841,217870"/>
                </v:shape>
                <v:shape id="Shape 210" o:spid="_x0000_s1031" style="position:absolute;left:12251;top:1953;width:1257;height:1302;visibility:visible;mso-wrap-style:square;v-text-anchor:top" coordsize="125642,1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" path="m125642,r,37566l109204,42589v-5699,2143,-9953,4270,-12684,6429c90678,53336,86741,58289,85090,63877v-2032,6351,-1397,11430,1397,15367c89281,83435,94996,85467,103124,85467r22518,-5547l125642,112478r-15533,9057c94488,127378,77470,130172,59309,130172v-24130,,-40640,-5589,-49022,-17400c1651,100961,,86864,5461,69847,10541,53717,19685,40763,32004,30349,44196,19935,63373,12442,89281,7362l125642,xe" fillcolor="#818181" stroked="f" strokeweight="0">
                  <v:stroke miterlimit="83231f" joinstyle="miter"/>
                  <v:path arrowok="t" textboxrect="0,0,125642,130172"/>
                </v:shape>
                <v:shape id="Shape 211" o:spid="_x0000_s1032" style="position:absolute;left:12675;top:1093;width:833;height:692;visibility:visible;mso-wrap-style:square;v-text-anchor:top" coordsize="83224,6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" path="m83224,r,55603l80582,57712v-3017,3079,-6033,6889,-8954,11525c47752,66443,23876,63903,,61109,7112,47520,14986,36979,22606,29105,30353,21358,40259,15008,51816,9166l83224,xe" fillcolor="#818181" stroked="f" strokeweight="0">
                  <v:stroke miterlimit="83231f" joinstyle="miter"/>
                  <v:path arrowok="t" textboxrect="0,0,83224,69237"/>
                </v:shape>
                <v:shape id="Shape 212" o:spid="_x0000_s1033" style="position:absolute;left:13508;top:1056;width:1344;height:2152;visibility:visible;mso-wrap-style:square;v-text-anchor:top" coordsize="13445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" path="m42633,c65874,,84162,1270,97370,3937v13081,2794,23114,8509,29718,17018c131533,26924,134073,35179,134327,46101v127,10922,-1270,21463,-4445,31369c119976,108458,109435,139319,99529,170307v-3302,9906,-5207,17653,-5715,23241c93179,199263,93433,206375,94703,215138v-24257,,-48514,,-72771,c20662,209804,20027,205613,20281,202692v,-2794,508,-7112,1651,-13335l,202144,,169585r3771,-929c12788,164084,19900,158877,24980,152527v5080,-6223,9398,-14224,12573,-24384c38950,123825,40347,119507,41744,115316v-11938,3937,-24257,7493,-36830,10414l,127231,,89665r2136,-432c12280,87122,19709,85471,24345,84201v9398,-2413,19685,-5588,30607,-9525c58000,64770,58508,57785,55841,53848,53174,49911,46824,47879,36918,47879v-12700,,-22860,2159,-30607,6350l,59264,,3661,1231,3302c14312,1143,28282,,42633,xe" fillcolor="#818181" stroked="f" strokeweight="0">
                  <v:stroke miterlimit="83231f" joinstyle="miter"/>
                  <v:path arrowok="t" textboxrect="0,0,134454,215138"/>
                </v:shape>
                <v:shape id="Shape 213" o:spid="_x0000_s1034" style="position:absolute;left:14140;top:1103;width:2175;height:2958;visibility:visible;mso-wrap-style:square;v-text-anchor:top" coordsize="217551,29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" path="m139827,v25908,,51816,,77724,c195707,68199,172720,135890,150876,204089v-8382,26035,-16510,44323,-23368,55245c120523,270383,110871,278892,98933,285750v-11938,6858,-27305,10033,-45339,10033c38481,295783,20828,293497,,288925,10160,269240,20828,249809,30861,230251v5715,1397,10160,1905,12954,1905c50546,232156,56261,229870,61214,225298v4826,-4826,9779,-13970,14224,-28067c96520,131318,118745,65913,139827,xe" fillcolor="#818181" stroked="f" strokeweight="0">
                  <v:stroke miterlimit="83231f" joinstyle="miter"/>
                  <v:path arrowok="t" textboxrect="0,0,217551,295783"/>
                </v:shape>
                <v:shape id="Shape 214" o:spid="_x0000_s1035" style="position:absolute;left:15621;top:303;width:957;height:555;visibility:visible;mso-wrap-style:square;v-text-anchor:top" coordsize="95758,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" path="m18034,c43942,,69850,,95758,,89789,18542,83566,36957,77724,55499v-25908,,-51943,,-77724,c5842,36957,12192,18542,18034,xe" fillcolor="#818181" stroked="f" strokeweight="0">
                  <v:stroke miterlimit="83231f" joinstyle="miter"/>
                  <v:path arrowok="t" textboxrect="0,0,95758,55499"/>
                </v:shape>
                <v:shape id="Shape 215" o:spid="_x0000_s1036" style="position:absolute;left:16121;top:1082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" path="m281432,v-6096,19177,-12446,38100,-18669,57277c261620,57277,260604,57277,259334,57277v-10414,,-18415,381,-24130,1143c229489,59436,224536,61214,220345,64008v-4318,2794,-10160,8382,-17145,17018c196215,89535,190627,95504,186563,98933v-3810,3302,-8890,5715,-14859,6858c182245,106807,189738,109093,194437,112903v4572,3810,9525,16002,14478,36449c214249,170434,219837,191516,225171,212598v-29337,,-58420,,-87630,c134112,193167,130429,173863,127000,154559v-1651,-9398,-4572,-15113,-8128,-17399c115062,134620,109855,133604,103251,133604v-8509,26289,-17272,52578,-25781,78994c51689,212598,25781,212598,,212598,22479,142367,46101,72390,68580,2159v25781,,51689,,77470,c138049,27559,129413,52832,121285,78232v6731,-508,12065,-2794,16383,-6477c141859,67945,149098,59944,158877,47371v9525,-12573,17907,-21717,24257,-27559c189611,13970,196977,9779,205105,6731v8001,-3048,17526,-4826,28448,-5588c244348,381,260350,,281432,xe" fillcolor="#818181" stroked="f" strokeweight="0">
                  <v:stroke miterlimit="83231f" joinstyle="miter"/>
                  <v:path arrowok="t" textboxrect="0,0,281432,212598"/>
                </v:shape>
                <v:shape id="Shape 216" o:spid="_x0000_s1037" style="position:absolute;left:18761;top:1110;width:1272;height:2145;visibility:visible;mso-wrap-style:square;v-text-anchor:top" coordsize="127215,2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" path="m127215,r,54547l113284,63540c102997,72684,94742,86399,88646,104941v-5969,18796,-6731,32639,-2413,41530c90551,155487,98171,159932,109220,159932v5651,,11113,-1048,16415,-3222l127215,155689r,53322l90932,214416v-32512,,-56134,-8382,-70231,-25655c3175,167298,,139612,10922,105068,21336,72937,40894,46775,68326,25693,82042,15152,96806,7374,112570,2230l127215,xe" fillcolor="#818181" stroked="f" strokeweight="0">
                  <v:stroke miterlimit="83231f" joinstyle="miter"/>
                  <v:path arrowok="t" textboxrect="0,0,127215,214416"/>
                </v:shape>
                <v:shape id="Shape 217" o:spid="_x0000_s1038" style="position:absolute;left:20033;top:1056;width:1257;height:2144;visibility:visible;mso-wrap-style:square;v-text-anchor:top" coordsize="125642,2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" path="m35599,v40513,,67183,12065,79756,36576c125261,56261,125642,80518,116498,109347v-10287,32258,-29718,58547,-56896,79375c45949,199263,31090,207042,15088,212185l,214433,,161110r13882,-8964c23788,143129,32170,129159,38647,109474,44362,91186,45378,77597,41060,68707,36742,59817,29122,55372,18454,55372v-5652,,-11208,1143,-16621,3413l,59968,,5421,35599,xe" fillcolor="#818181" stroked="f" strokeweight="0">
                  <v:stroke miterlimit="83231f" joinstyle="miter"/>
                  <v:path arrowok="t" textboxrect="0,0,125642,214433"/>
                </v:shape>
                <v:shape id="Shape 218" o:spid="_x0000_s1039" style="position:absolute;left:24112;top:254;width:3026;height:3003;visibility:visible;mso-wrap-style:square;v-text-anchor:top" coordsize="302641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" path="m204216,v35306,,60579,7112,75819,22225c295021,37211,302641,59563,302514,90297v-27305,5969,-54610,11684,-81915,17653c220726,99060,220218,92710,218440,88519,216027,81534,211836,76581,206121,72644v-5842,-3810,-13081,-5588,-21717,-5588c164719,67056,147066,75057,131445,91694v-11684,12192,-21971,31242,-30480,57277c90805,181356,88138,203200,93472,215138v5461,11938,16891,17780,33782,17780c143891,232918,157861,228346,169418,218567v11430,-9906,22352,-23622,32004,-42037c224028,184658,246761,192151,269367,200279v-12192,22098,-26416,40259,-42037,55245c211582,270510,194310,281432,175641,289052v-18669,7620,-40513,11303,-65532,11303c79883,300355,56388,295910,40259,286639,24130,277368,12573,261620,6350,238379,,215138,2794,185674,14351,149606,29718,101346,54610,64897,87249,38608,120015,12446,159258,,204216,xe" fillcolor="#818181" stroked="f" strokeweight="0">
                  <v:stroke miterlimit="83231f" joinstyle="miter"/>
                  <v:path arrowok="t" textboxrect="0,0,302641,300355"/>
                </v:shape>
                <v:shape id="Shape 219" o:spid="_x0000_s1040" style="position:absolute;left:27160;top:1103;width:2093;height:2105;visibility:visible;mso-wrap-style:square;v-text-anchor:top" coordsize="20929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" path="m19177,c82550,,145923,,209296,v-6350,19685,-12954,39243,-19177,58801c171323,58801,152654,58801,133858,58801,117729,109474,100711,159766,84582,210439v-25908,,-51816,,-77724,c22987,159766,40005,109474,56134,58801v-18669,,-37465,,-56134,c6223,39243,12954,19685,19177,xe" fillcolor="#818181" stroked="f" strokeweight="0">
                  <v:stroke miterlimit="83231f" joinstyle="miter"/>
                  <v:path arrowok="t" textboxrect="0,0,209296,210439"/>
                </v:shape>
                <v:shape id="Shape 220" o:spid="_x0000_s1041" style="position:absolute;left:28874;top:1953;width:1256;height:1302;visibility:visible;mso-wrap-style:square;v-text-anchor:top" coordsize="125620,13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" path="m125620,r,37565l109157,42584v-5683,2144,-9906,4271,-12637,6430c90678,53332,86741,58285,85090,63873v-2032,6350,-1524,11430,1270,15367c89281,83431,94996,85463,103124,85463r22496,-5543l125620,112444r-15638,9087c94488,127373,77470,130167,59436,130167v-24257,,-40767,-5588,-49276,-17399c1524,100957,,86860,5461,69842,10541,53713,19685,40759,32004,30345,44196,19931,63373,12438,89281,7358l125620,xe" fillcolor="#818181" stroked="f" strokeweight="0">
                  <v:stroke miterlimit="83231f" joinstyle="miter"/>
                  <v:path arrowok="t" textboxrect="0,0,125620,130167"/>
                </v:shape>
                <v:shape id="Shape 221" o:spid="_x0000_s1042" style="position:absolute;left:29298;top:1092;width:832;height:693;visibility:visible;mso-wrap-style:square;v-text-anchor:top" coordsize="83202,6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" path="m83202,r,55650l80581,57741v-3016,3080,-6032,6890,-8953,11525c47752,66472,23876,63932,,61138,7112,47549,14986,37008,22733,29134,30353,21387,40259,15037,51816,9195l83202,xe" fillcolor="#818181" stroked="f" strokeweight="0">
                  <v:stroke miterlimit="83231f" joinstyle="miter"/>
                  <v:path arrowok="t" textboxrect="0,0,83202,69266"/>
                </v:shape>
                <v:shape id="Shape 222" o:spid="_x0000_s1043" style="position:absolute;left:30130;top:1056;width:1345;height:2152;visibility:visible;mso-wrap-style:square;v-text-anchor:top" coordsize="134476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" path="m42655,c65896,,84184,1270,97393,3937v13080,2794,22986,8509,29717,17018c131555,26924,134095,35179,134222,46101v254,10922,-1143,21463,-4318,31369c119998,108458,109457,139319,99424,170307v-3175,9906,-5206,17653,-5715,23241c93201,199263,93328,206375,94725,215138v-24257,,-48641,,-72771,c20557,209804,20049,205613,20176,202692v,-2794,636,-7112,1778,-13335l,202114,,169590r3793,-934c12683,164084,19922,158877,24875,152527v5207,-6223,9525,-14224,12700,-24384c38845,123825,40369,119507,41766,115316v-12065,3937,-24257,7493,-36829,10414l,127235,,89670r2158,-437c12302,87122,19732,85471,24368,84201v9397,-2413,19684,-5588,30479,-9525c58022,64770,58403,57785,55863,53848,53196,49911,46846,47879,36940,47879v-12700,,-22860,2159,-30607,6350l,59282,,3632,1126,3302c14207,1143,28177,,42655,xe" fillcolor="#818181" stroked="f" strokeweight="0">
                  <v:stroke miterlimit="83231f" joinstyle="miter"/>
                  <v:path arrowok="t" textboxrect="0,0,134476,215138"/>
                </v:shape>
                <v:shape id="Shape 223" o:spid="_x0000_s1044" style="position:absolute;left:31471;top:1103;width:3462;height:2105;visibility:visible;mso-wrap-style:square;v-text-anchor:top" coordsize="346202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" path="m68580,v30861,,61722,,92583,c164084,40386,167132,80772,170053,121031,197612,80518,226314,40640,253873,v30734,,61595,,92329,c323850,70231,300101,140208,277622,210439v-21844,,-43561,,-65405,c226314,166370,241173,122555,255270,78486v-29972,44196,-61214,87630,-91059,131953c148590,210439,133096,210439,117475,210439v-2921,-44069,-5969,-88011,-8890,-131953c94488,122555,79629,166370,65532,210439v-21844,,-43688,,-65532,c22352,140208,46101,70231,68580,xe" fillcolor="#818181" stroked="f" strokeweight="0">
                  <v:stroke miterlimit="83231f" joinstyle="miter"/>
                  <v:path arrowok="t" textboxrect="0,0,346202,210439"/>
                </v:shape>
                <v:shape id="Shape 224" o:spid="_x0000_s1045" style="position:absolute;left:34900;top:1094;width:1336;height:2161;visibility:visible;mso-wrap-style:square;v-text-anchor:top" coordsize="133602,21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" path="m133602,r,46732l129064,47687v-5747,2524,-11271,6334,-16542,11478c105664,65515,99441,74912,94234,87485r39368,l133602,126093r-52195,c78613,139048,78867,148699,81915,155049v4572,9144,13081,13590,25019,13590c114554,168639,122428,166734,130556,162797r3046,-2269l133602,212060r-1919,600c119094,214930,105092,216010,89662,216010v-26924,,-46609,-3811,-59309,-11812c17780,196324,8763,184005,4445,166734,,149589,1524,129649,8890,106535,19558,73516,38735,47227,65405,26653,78740,16302,93313,8682,109014,3650l133602,xe" fillcolor="#818181" stroked="f" strokeweight="0">
                  <v:stroke miterlimit="83231f" joinstyle="miter"/>
                  <v:path arrowok="t" textboxrect="0,0,133602,216010"/>
                </v:shape>
                <v:shape id="Shape 225" o:spid="_x0000_s1046" style="position:absolute;left:36236;top:2589;width:888;height:626;visibility:visible;mso-wrap-style:square;v-text-anchor:top" coordsize="88775,6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" path="m14861,c39499,2540,64137,4826,88775,7366,70487,28702,51183,43434,31625,52705l,62599,,11067,14861,xe" fillcolor="#818181" stroked="f" strokeweight="0">
                  <v:stroke miterlimit="83231f" joinstyle="miter"/>
                  <v:path arrowok="t" textboxrect="0,0,88775,62599"/>
                </v:shape>
                <v:shape id="Shape 226" o:spid="_x0000_s1047" style="position:absolute;left:36236;top:1056;width:1183;height:1299;visibility:visible;mso-wrap-style:square;v-text-anchor:top" coordsize="118239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" path="m25783,c54739,,76075,4318,89918,13589v13589,9271,22098,22352,25273,39624c118239,70485,115064,93091,106047,120777v-889,3048,-1905,6096,-2794,9144l,129921,,91313r36959,c40515,75565,40134,64516,35816,57785,31498,51054,24005,47752,13337,47752l,50559,,3827,25783,xe" fillcolor="#818181" stroked="f" strokeweight="0">
                  <v:stroke miterlimit="83231f" joinstyle="miter"/>
                  <v:path arrowok="t" textboxrect="0,0,118239,129921"/>
                </v:shape>
                <v:shape id="Shape 227" o:spid="_x0000_s1048" style="position:absolute;left:37373;top:1103;width:2944;height:2105;visibility:visible;mso-wrap-style:square;v-text-anchor:top" coordsize="29438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" path="m68580,v25908,,51816,,77724,c138684,24130,130556,48006,122936,72136v23368,,46863,,70485,c201041,48006,209169,24130,216789,v25908,,51816,,77597,c272034,70231,248285,140208,225933,210439v-25908,,-51816,,-77724,c156718,183896,165608,157480,174117,130937v-23495,,-46990,,-70485,c95250,157480,86233,183896,77724,210439v-25908,,-51816,,-77724,c22479,140208,46101,70231,68580,xe" fillcolor="#818181" stroked="f" strokeweight="0">
                  <v:stroke miterlimit="83231f" joinstyle="miter"/>
                  <v:path arrowok="t" textboxrect="0,0,294386,210439"/>
                </v:shape>
                <v:shape id="Shape 228" o:spid="_x0000_s1049" style="position:absolute;left:40128;top:1082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" path="m281432,v-6096,19177,-12573,38100,-18669,57277c261620,57277,260477,57277,259334,57277v-10414,,-18415,381,-24130,1143c229489,59436,224536,61214,220345,64008v-4318,2794,-10160,8382,-17145,17018c196215,89535,190627,95504,186563,98933v-3937,3302,-8890,5715,-14859,6858c182245,106807,189738,109093,194437,112903v4572,3810,9398,16002,14478,36449c214122,170434,219710,191516,225044,212598v-29083,,-58420,,-87503,c133985,193167,130429,173863,127000,154559v-1651,-9398,-4572,-15113,-8128,-17399c115062,134620,109855,133604,103124,133604v-8255,26289,-17272,52578,-25654,78994c51689,212598,25781,212598,,212598,22352,142367,46101,72390,68453,2159v25908,,51816,,77597,c137922,27559,129413,52832,121285,78232v6604,-508,12065,-2794,16383,-6477c141859,67945,148971,59944,158750,47371v9652,-12573,18034,-21717,24511,-27559c189611,13970,196977,9779,205105,6731v8001,-3048,17526,-4826,28321,-5588c244348,381,260350,,281432,xe" fillcolor="#818181" stroked="f" strokeweight="0">
                  <v:stroke miterlimit="83231f" joinstyle="miter"/>
                  <v:path arrowok="t" textboxrect="0,0,281432,212598"/>
                </v:shape>
                <v:shape id="Shape 229" o:spid="_x0000_s1050" style="position:absolute;left:42767;top:1110;width:1273;height:2145;visibility:visible;mso-wrap-style:square;v-text-anchor:top" coordsize="127338,21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" path="m127338,r,54563l113411,63553c103124,72697,94742,86413,88773,104955v-5969,18796,-6731,32639,-2413,41529c90678,155501,98298,159946,109347,159946v5588,,11049,-1048,16351,-3223l127338,155660r,53364l91059,214429v-32639,,-56134,-8382,-70231,-25654c3302,167312,,139626,11049,105082,21336,72951,41021,46789,68326,25707,82042,15166,96838,7387,112617,2244l127338,xe" fillcolor="#818181" stroked="f" strokeweight="0">
                  <v:stroke miterlimit="83231f" joinstyle="miter"/>
                  <v:path arrowok="t" textboxrect="0,0,127338,214429"/>
                </v:shape>
                <v:shape id="Shape 230" o:spid="_x0000_s1051" style="position:absolute;left:44040;top:1056;width:1257;height:2144;visibility:visible;mso-wrap-style:square;v-text-anchor:top" coordsize="125647,2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" path="m35477,v40639,,67309,12065,79882,36576c125266,56261,125647,80518,116503,109347v-10287,32258,-29719,58547,-57024,79375c45891,199263,31063,207042,15077,212185l,214431,,161068r13759,-8922c23792,143129,32174,129159,38524,109474,44366,91186,45383,77597,41065,68707,36747,59817,29127,55372,18459,55372v-5652,,-11208,1143,-16622,3413l,59971,,5408,35477,xe" fillcolor="#818181" stroked="f" strokeweight="0">
                  <v:stroke miterlimit="83231f" joinstyle="miter"/>
                  <v:path arrowok="t" textboxrect="0,0,125647,214431"/>
                </v:shape>
                <v:shape id="Shape 231" o:spid="_x0000_s1052" style="position:absolute;left:45233;top:1103;width:1207;height:2105;visibility:visible;mso-wrap-style:square;v-text-anchor:top" coordsize="120645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" path="m68580,r52065,l120645,78306r-630,1958l120645,80264r,43815l105791,124079v-4064,12319,-8255,24511,-12192,36830c102108,160909,110617,160909,119126,160909r1519,-411l120645,209991r-5202,448c76962,210439,38481,210439,,210439,22479,140208,46228,70231,68580,xe" fillcolor="#818181" stroked="f" strokeweight="0">
                  <v:stroke miterlimit="83231f" joinstyle="miter"/>
                  <v:path arrowok="t" textboxrect="0,0,120645,210439"/>
                </v:shape>
                <v:shape id="Shape 232" o:spid="_x0000_s1053" style="position:absolute;left:46440;top:1103;width:1306;height:2100;visibility:visible;mso-wrap-style:square;v-text-anchor:top" coordsize="130688,20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" path="m,l72776,v22606,,38481,4445,47371,13462c128910,22733,130688,35306,125608,51308v-3683,11303,-10922,21082,-21336,29591c93985,89408,81793,94869,68712,97663v-127,254,-127,635,-254,762c83190,100076,93731,105410,99954,114300v5969,9017,6604,20955,1651,36068c95255,170434,83825,185293,68077,195326v-7938,5144,-18034,8922,-30258,11414l,209991,,160498r15372,-4161c20325,153289,23754,148844,25659,143002v4064,-12700,-762,-18923,-14986,-18923l,124079,,80264r19055,c31882,80264,40518,74168,44455,61849,47630,51689,42423,46736,28707,46736v-6096,,-12319,,-18542,l,78306,,xe" fillcolor="#818181" stroked="f" strokeweight="0">
                  <v:stroke miterlimit="83231f" joinstyle="miter"/>
                  <v:path arrowok="t" textboxrect="0,0,130688,209991"/>
                </v:shape>
                <v:shape id="Shape 233" o:spid="_x0000_s1054" style="position:absolute;left:47660;top:1103;width:2917;height:2105;visibility:visible;mso-wrap-style:square;v-text-anchor:top" coordsize="291719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" path="m68453,v24511,,49022,,73406,c130683,35052,118872,69977,107569,105029,144272,69596,182118,35433,218821,v24257,,48641,,72898,c269240,70231,245618,140208,223139,210439v-24384,,-48895,,-73279,c160909,175895,172466,141605,183515,106934,147320,141859,109982,175641,73660,210439v-24511,,-49149,,-73660,c22352,140208,46101,70231,68453,xe" fillcolor="#818181" stroked="f" strokeweight="0">
                  <v:stroke miterlimit="83231f" joinstyle="miter"/>
                  <v:path arrowok="t" textboxrect="0,0,291719,210439"/>
                </v:shape>
                <v:shape id="Shape 234" o:spid="_x0000_s1055" style="position:absolute;left:50417;top:303;width:2671;height:2905;visibility:visible;mso-wrap-style:square;v-text-anchor:top" coordsize="267081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" path="m94869,v25908,,51816,,77724,c170561,6223,168529,12319,166497,18542v15494,,30988,,46482,c209042,30861,204851,43053,201041,55499v-15494,,-30988,,-46482,c148971,72517,143256,89662,137668,106807,162433,85598,188976,75311,216662,75311v22352,,37211,6985,43942,21209c267081,110617,266319,130429,257937,156464v-14351,44704,-29464,89281,-43688,133985c188468,290449,162433,290449,136525,290449v12446,-38608,25400,-77089,37846,-115697c182118,150241,177165,138049,159004,138049v-10033,,-19050,3937,-27051,11684c123952,157480,116586,170688,110744,189357,99949,223139,88519,256667,77724,290449v-25908,,-51816,,-77724,c25146,211963,51689,133985,76835,55499v-7620,,-15113,,-22733,c58039,43053,62230,30861,66167,18542v7493,,14986,,22606,c90805,12319,92964,6223,94869,xe" fillcolor="#818181" stroked="f" strokeweight="0">
                  <v:stroke miterlimit="83231f" joinstyle="miter"/>
                  <v:path arrowok="t" textboxrect="0,0,267081,290449"/>
                </v:shape>
                <v:shape id="Shape 235" o:spid="_x0000_s1056" style="position:absolute;left:7118;top:49;width:2856;height:2905;visibility:visible;mso-wrap-style:square;v-text-anchor:top" coordsize="285623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" path="m23368,v87376,,174879,,262255,c278003,23876,269875,47752,262255,71755v-29337,,-58674,,-88011,c150876,144780,126238,217424,102870,290449v-28829,,-57531,,-86360,c39878,217424,64643,144780,88011,71755v-29464,,-58674,,-88011,c7620,47752,15748,23876,23368,xe" stroked="f" strokeweight="0">
                  <v:stroke miterlimit="83231f" joinstyle="miter"/>
                  <v:path arrowok="t" textboxrect="0,0,285623,290449"/>
                </v:shape>
                <v:shape id="Shape 236" o:spid="_x0000_s1057" style="position:absolute;left:9107;top:849;width:1721;height:2905;visibility:visible;mso-wrap-style:square;v-text-anchor:top" coordsize="172164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" path="m94742,v24257,,48387,,72517,c164084,10414,160528,20701,157226,31115l172164,18683r,40445l160782,66548v-9144,8255,-17018,21209,-22733,39243c132588,122428,131953,134747,136144,142875v3937,8128,11176,12065,21463,12065c162052,154940,166560,153955,171005,152003r1159,-779l172164,213171r-10366,1967c149733,215138,139700,213106,131318,208788v-8509,-4191,-15240,-10414,-20193,-18796c100330,223520,88900,256921,78232,290449v-26162,,-52197,,-78232,c30988,193421,63754,97028,94742,xe" stroked="f" strokeweight="0">
                  <v:stroke miterlimit="83231f" joinstyle="miter"/>
                  <v:path arrowok="t" textboxrect="0,0,172164,290449"/>
                </v:shape>
                <v:shape id="Shape 237" o:spid="_x0000_s1058" style="position:absolute;left:10828;top:802;width:1219;height:2179;visibility:visible;mso-wrap-style:square;v-text-anchor:top" coordsize="121841,21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" path="m62024,v27051,,44577,10541,52070,32258c121841,53848,120444,80391,110157,112141,98981,147193,81836,173482,59865,192151v-10985,9334,-22415,16256,-34163,20844l,217870,,155923r11859,-7968c20368,140081,27861,127254,33830,108712,39291,91694,40180,79248,36624,71120,32941,63119,26337,59182,17193,59182v-4953,,-9811,952,-14573,2937l,63827,,23382,4842,19352c10938,14954,16495,11620,21384,9271,34719,3048,48308,,62024,xe" stroked="f" strokeweight="0">
                  <v:stroke miterlimit="83231f" joinstyle="miter"/>
                  <v:path arrowok="t" textboxrect="0,0,121841,217870"/>
                </v:shape>
                <v:shape id="Shape 238" o:spid="_x0000_s1059" style="position:absolute;left:11997;top:1699;width:1257;height:1302;visibility:visible;mso-wrap-style:square;v-text-anchor:top" coordsize="125642,1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" path="m125642,r,37566l109204,42589v-5699,2143,-9953,4270,-12684,6429c90678,53336,86741,58289,85090,63877v-2032,6351,-1397,11430,1397,15367c89281,83435,94996,85467,103124,85467r22518,-5547l125642,112478r-15533,9057c94488,127378,77470,130172,59309,130172v-24130,,-40640,-5589,-49022,-17400c1651,100961,,86864,5461,69847,10541,53717,19685,40763,32004,30349,44196,19935,63373,12442,89281,7362l125642,xe" stroked="f" strokeweight="0">
                  <v:stroke miterlimit="83231f" joinstyle="miter"/>
                  <v:path arrowok="t" textboxrect="0,0,125642,130172"/>
                </v:shape>
                <v:shape id="Shape 239" o:spid="_x0000_s1060" style="position:absolute;left:12421;top:839;width:833;height:692;visibility:visible;mso-wrap-style:square;v-text-anchor:top" coordsize="83224,6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" path="m83224,r,55603l80582,57712v-3017,3079,-6033,6889,-8954,11525c47752,66443,23876,63903,,61109,7112,47520,14986,36979,22606,29105,30353,21358,40259,15008,51816,9166l83224,xe" stroked="f" strokeweight="0">
                  <v:stroke miterlimit="83231f" joinstyle="miter"/>
                  <v:path arrowok="t" textboxrect="0,0,83224,69237"/>
                </v:shape>
                <v:shape id="Shape 240" o:spid="_x0000_s1061" style="position:absolute;left:13254;top:802;width:1344;height:2152;visibility:visible;mso-wrap-style:square;v-text-anchor:top" coordsize="13445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" path="m42633,c65874,,84162,1270,97370,3937v13081,2794,23114,8509,29718,17018c131533,26924,134073,35179,134327,46101v127,10922,-1270,21463,-4445,31369c119976,108458,109435,139319,99529,170307v-3302,9906,-5207,17653,-5715,23241c93179,199263,93433,206375,94703,215138v-24257,,-48514,,-72771,c20662,209804,20027,205613,20281,202692v,-2794,508,-7112,1651,-13335l,202144,,169585r3771,-929c12788,164084,19900,158877,24980,152527v5080,-6223,9398,-14224,12573,-24384c38950,123825,40347,119507,41744,115316v-11938,3937,-24257,7493,-36830,10414l,127231,,89665r2136,-432c12280,87122,19709,85471,24345,84201v9398,-2413,19685,-5588,30607,-9525c58000,64770,58508,57785,55841,53848,53174,49911,46824,47879,36918,47879v-12700,,-22860,2159,-30607,6350l,59264,,3661,1231,3302c14312,1143,28282,,42633,xe" stroked="f" strokeweight="0">
                  <v:stroke miterlimit="83231f" joinstyle="miter"/>
                  <v:path arrowok="t" textboxrect="0,0,134454,215138"/>
                </v:shape>
                <v:shape id="Shape 241" o:spid="_x0000_s1062" style="position:absolute;left:13886;top:849;width:2175;height:2958;visibility:visible;mso-wrap-style:square;v-text-anchor:top" coordsize="217551,29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" path="m139827,v25908,,51816,,77724,c195707,68199,172720,135890,150876,204089v-8382,26035,-16510,44323,-23368,55245c120523,270383,110871,278892,98933,285750v-11938,6858,-27305,10033,-45339,10033c38481,295783,20828,293497,,288925,10160,269240,20828,249809,30861,230251v5715,1397,10160,1905,12954,1905c50546,232156,56261,229870,61214,225298v4826,-4826,9779,-13970,14224,-28067c96520,131318,118745,65913,139827,xe" stroked="f" strokeweight="0">
                  <v:stroke miterlimit="83231f" joinstyle="miter"/>
                  <v:path arrowok="t" textboxrect="0,0,217551,295783"/>
                </v:shape>
                <v:shape id="Shape 242" o:spid="_x0000_s1063" style="position:absolute;left:15367;top:49;width:957;height:555;visibility:visible;mso-wrap-style:square;v-text-anchor:top" coordsize="95758,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" path="m18034,c43942,,69850,,95758,,89789,18542,83566,36957,77724,55499v-25908,,-51943,,-77724,c5842,36957,12192,18542,18034,xe" stroked="f" strokeweight="0">
                  <v:stroke miterlimit="83231f" joinstyle="miter"/>
                  <v:path arrowok="t" textboxrect="0,0,95758,55499"/>
                </v:shape>
                <v:shape id="Shape 243" o:spid="_x0000_s1064" style="position:absolute;left:15867;top:828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" path="m281432,v-6096,19177,-12446,38100,-18669,57277c261620,57277,260604,57277,259334,57277v-10414,,-18415,381,-24130,1143c229489,59436,224536,61214,220345,64008v-4318,2794,-10160,8382,-17145,17018c196215,89535,190627,95504,186563,98933v-3810,3302,-8890,5715,-14859,6858c182245,106807,189738,109093,194437,112903v4572,3810,9525,16002,14478,36449c214249,170434,219837,191516,225171,212598v-29337,,-58420,,-87630,c134112,193167,130429,173863,127000,154559v-1651,-9398,-4572,-15113,-8128,-17399c115062,134620,109855,133604,103251,133604v-8509,26289,-17272,52578,-25781,78994c51689,212598,25781,212598,,212598,22479,142367,46101,72390,68580,2159v25781,,51689,,77470,c138049,27559,129413,52832,121285,78232v6731,-508,12065,-2794,16383,-6477c141859,67945,149098,59944,158877,47371v9525,-12573,17907,-21717,24257,-27559c189611,13970,196977,9779,205105,6731v8001,-3048,17526,-4826,28448,-5588c244348,381,260350,,281432,xe" stroked="f" strokeweight="0">
                  <v:stroke miterlimit="83231f" joinstyle="miter"/>
                  <v:path arrowok="t" textboxrect="0,0,281432,212598"/>
                </v:shape>
                <v:shape id="Shape 244" o:spid="_x0000_s1065" style="position:absolute;left:18507;top:856;width:1272;height:2145;visibility:visible;mso-wrap-style:square;v-text-anchor:top" coordsize="127215,2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" path="m127215,r,54547l113284,63540c102997,72684,94742,86399,88646,104941v-5969,18796,-6731,32639,-2413,41530c90551,155487,98171,159932,109220,159932v5651,,11113,-1048,16415,-3222l127215,155689r,53322l90932,214416v-32512,,-56134,-8382,-70231,-25655c3175,167298,,139612,10922,105068,21336,72937,40894,46775,68326,25693,82042,15152,96806,7374,112570,2230l127215,xe" stroked="f" strokeweight="0">
                  <v:stroke miterlimit="83231f" joinstyle="miter"/>
                  <v:path arrowok="t" textboxrect="0,0,127215,214416"/>
                </v:shape>
                <v:shape id="Shape 245" o:spid="_x0000_s1066" style="position:absolute;left:19779;top:802;width:1257;height:2144;visibility:visible;mso-wrap-style:square;v-text-anchor:top" coordsize="125642,2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" path="m35599,v40513,,67183,12065,79756,36576c125261,56261,125642,80518,116498,109347v-10287,32258,-29718,58547,-56896,79375c45949,199263,31090,207042,15088,212185l,214433,,161110r13882,-8964c23788,143129,32170,129159,38647,109474,44362,91186,45378,77597,41060,68707,36742,59817,29122,55372,18454,55372v-5652,,-11208,1143,-16621,3413l,59968,,5421,35599,xe" stroked="f" strokeweight="0">
                  <v:stroke miterlimit="83231f" joinstyle="miter"/>
                  <v:path arrowok="t" textboxrect="0,0,125642,214433"/>
                </v:shape>
                <v:shape id="Shape 246" o:spid="_x0000_s1067" style="position:absolute;left:23858;width:3026;height:3003;visibility:visible;mso-wrap-style:square;v-text-anchor:top" coordsize="302641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" path="m204216,v35306,,60579,7112,75819,22225c295021,37211,302641,59563,302514,90297v-27305,5969,-54610,11684,-81915,17653c220726,99060,220218,92710,218440,88519,216027,81534,211836,76581,206121,72644v-5842,-3810,-13081,-5588,-21717,-5588c164719,67056,147066,75057,131445,91694v-11684,12192,-21971,31242,-30480,57277c90805,181356,88138,203200,93472,215138v5461,11938,16891,17780,33782,17780c143891,232918,157861,228346,169418,218567v11430,-9906,22352,-23622,32004,-42037c224028,184658,246761,192151,269367,200279v-12192,22098,-26416,40259,-42037,55245c211582,270510,194310,281432,175641,289052v-18669,7620,-40513,11303,-65532,11303c79883,300355,56388,295910,40259,286639,24130,277368,12573,261620,6350,238379,,215138,2794,185674,14351,149606,29718,101346,54610,64897,87249,38608,120015,12446,159258,,204216,xe" stroked="f" strokeweight="0">
                  <v:stroke miterlimit="83231f" joinstyle="miter"/>
                  <v:path arrowok="t" textboxrect="0,0,302641,300355"/>
                </v:shape>
                <v:shape id="Shape 247" o:spid="_x0000_s1068" style="position:absolute;left:26906;top:849;width:2093;height:2105;visibility:visible;mso-wrap-style:square;v-text-anchor:top" coordsize="20929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" path="m19177,c82550,,145923,,209296,v-6350,19685,-12954,39243,-19177,58801c171323,58801,152654,58801,133858,58801,117729,109474,100711,159766,84582,210439v-25908,,-51816,,-77724,c22987,159766,40005,109474,56134,58801v-18669,,-37465,,-56134,c6223,39243,12954,19685,19177,xe" stroked="f" strokeweight="0">
                  <v:stroke miterlimit="83231f" joinstyle="miter"/>
                  <v:path arrowok="t" textboxrect="0,0,209296,210439"/>
                </v:shape>
                <v:shape id="Shape 248" o:spid="_x0000_s1069" style="position:absolute;left:28620;top:1699;width:1256;height:1302;visibility:visible;mso-wrap-style:square;v-text-anchor:top" coordsize="125620,13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" path="m125620,r,37565l109157,42584v-5683,2144,-9906,4271,-12637,6430c90678,53332,86741,58285,85090,63873v-2032,6350,-1524,11430,1270,15367c89281,83431,94996,85463,103124,85463r22496,-5543l125620,112444r-15638,9087c94488,127373,77470,130167,59309,130167v-24130,,-40640,-5588,-49149,-17399c1524,100957,,86860,5461,69842,10541,53713,19685,40759,32004,30345,44196,19931,63373,12438,89281,7358l125620,xe" stroked="f" strokeweight="0">
                  <v:stroke miterlimit="83231f" joinstyle="miter"/>
                  <v:path arrowok="t" textboxrect="0,0,125620,130167"/>
                </v:shape>
                <v:shape id="Shape 249" o:spid="_x0000_s1070" style="position:absolute;left:29044;top:838;width:832;height:693;visibility:visible;mso-wrap-style:square;v-text-anchor:top" coordsize="83202,6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" path="m83202,r,55650l80581,57741v-3016,3080,-6032,6890,-8953,11525c47752,66472,23876,63932,,61138,7112,47549,14986,37008,22733,29134,30353,21387,40259,15037,51816,9195l83202,xe" stroked="f" strokeweight="0">
                  <v:stroke miterlimit="83231f" joinstyle="miter"/>
                  <v:path arrowok="t" textboxrect="0,0,83202,69266"/>
                </v:shape>
                <v:shape id="Shape 250" o:spid="_x0000_s1071" style="position:absolute;left:29876;top:802;width:1345;height:2152;visibility:visible;mso-wrap-style:square;v-text-anchor:top" coordsize="134476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" path="m42655,c65896,,84184,1270,97393,3937v13080,2794,22986,8509,29717,17018c131555,26924,134095,35179,134222,46101v254,10922,-1143,21463,-4318,31369c119998,108458,109457,139319,99424,170307v-3175,9906,-5206,17653,-5715,23241c93201,199263,93328,206375,94725,215138v-24257,,-48641,,-72771,c20557,209804,20049,205613,20176,202692v,-2794,636,-7112,1778,-13335l,202114,,169590r3793,-934c12683,164084,19922,158877,24875,152527v5207,-6223,9525,-14224,12700,-24384c38845,123825,40369,119507,41766,115316v-12065,3937,-24257,7493,-36829,10414l,127235,,89670r2158,-437c12302,87122,19732,85471,24368,84201v9397,-2413,19684,-5588,30479,-9525c58022,64770,58403,57785,55863,53848,53196,49911,46846,47879,36940,47879v-12700,,-22860,2159,-30607,6350l,59282,,3632,1126,3302c14207,1143,28177,,42655,xe" stroked="f" strokeweight="0">
                  <v:stroke miterlimit="83231f" joinstyle="miter"/>
                  <v:path arrowok="t" textboxrect="0,0,134476,215138"/>
                </v:shape>
                <v:shape id="Shape 251" o:spid="_x0000_s1072" style="position:absolute;left:31217;top:849;width:3462;height:2105;visibility:visible;mso-wrap-style:square;v-text-anchor:top" coordsize="346202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" path="m68580,v30861,,61722,,92583,c164084,40386,167132,80772,170053,121031,197612,80518,226314,40640,253873,v30734,,61595,,92329,c323850,70231,300101,140208,277622,210439v-21844,,-43561,,-65405,c226314,166370,241173,122555,255270,78486v-29972,44196,-61214,87630,-91059,131953c148590,210439,133096,210439,117475,210439v-2921,-44069,-5969,-88011,-8890,-131953c94488,122555,79629,166370,65532,210439v-21844,,-43688,,-65532,c22352,140208,46101,70231,68580,xe" stroked="f" strokeweight="0">
                  <v:stroke miterlimit="83231f" joinstyle="miter"/>
                  <v:path arrowok="t" textboxrect="0,0,346202,210439"/>
                </v:shape>
                <v:shape id="Shape 252" o:spid="_x0000_s1073" style="position:absolute;left:34646;top:840;width:1336;height:2161;visibility:visible;mso-wrap-style:square;v-text-anchor:top" coordsize="133602,21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" path="m133602,r,46732l129064,47687v-5747,2524,-11271,6334,-16542,11478c105664,65515,99441,74912,94234,87485r39368,l133602,126093r-52195,c78613,139048,78867,148699,81915,155049v4572,9144,13081,13590,25019,13590c114554,168639,122428,166734,130556,162797r3046,-2269l133602,212060r-1919,600c119094,214930,105092,216010,89662,216010v-26924,,-46609,-3811,-59309,-11812c17780,196324,8763,184005,4445,166734,,149589,1524,129649,8890,106535,19558,73516,38735,47227,65405,26653,78740,16302,93313,8682,109014,3650l133602,xe" stroked="f" strokeweight="0">
                  <v:stroke miterlimit="83231f" joinstyle="miter"/>
                  <v:path arrowok="t" textboxrect="0,0,133602,216010"/>
                </v:shape>
                <v:shape id="Shape 253" o:spid="_x0000_s1074" style="position:absolute;left:35982;top:2335;width:888;height:626;visibility:visible;mso-wrap-style:square;v-text-anchor:top" coordsize="88775,6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" path="m14861,c39499,2540,64137,4826,88775,7366,70487,28702,51183,43434,31625,52705l,62599,,11067,14861,xe" stroked="f" strokeweight="0">
                  <v:stroke miterlimit="83231f" joinstyle="miter"/>
                  <v:path arrowok="t" textboxrect="0,0,88775,62599"/>
                </v:shape>
                <v:shape id="Shape 254" o:spid="_x0000_s1075" style="position:absolute;left:35982;top:802;width:1183;height:1299;visibility:visible;mso-wrap-style:square;v-text-anchor:top" coordsize="118239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" path="m25783,c54739,,76075,4318,89918,13589v13589,9271,22098,22352,25273,39624c118239,70485,115064,93091,106047,120777v-889,3048,-1905,6096,-2794,9144l,129921,,91313r36959,c40515,75565,40134,64516,35816,57785,31498,51054,24005,47752,13337,47752l,50559,,3827,25783,xe" stroked="f" strokeweight="0">
                  <v:stroke miterlimit="83231f" joinstyle="miter"/>
                  <v:path arrowok="t" textboxrect="0,0,118239,129921"/>
                </v:shape>
                <v:shape id="Shape 255" o:spid="_x0000_s1076" style="position:absolute;left:37119;top:849;width:2944;height:2105;visibility:visible;mso-wrap-style:square;v-text-anchor:top" coordsize="29438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" path="m68580,v25908,,51816,,77724,c138684,24130,130556,48006,122936,72136v23368,,46863,,70485,c201041,48006,209169,24130,216789,v25908,,51816,,77597,c272034,70231,248285,140208,225933,210439v-25908,,-51816,,-77724,c156718,183896,165608,157480,174117,130937v-23495,,-46990,,-70485,c95250,157480,86233,183896,77724,210439v-25908,,-51816,,-77724,c22479,140208,46101,70231,68580,xe" stroked="f" strokeweight="0">
                  <v:stroke miterlimit="83231f" joinstyle="miter"/>
                  <v:path arrowok="t" textboxrect="0,0,294386,210439"/>
                </v:shape>
                <v:shape id="Shape 256" o:spid="_x0000_s1077" style="position:absolute;left:39874;top:828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" path="m281432,v-6096,19177,-12573,38100,-18669,57277c261620,57277,260477,57277,259334,57277v-10414,,-18415,381,-24130,1143c229489,59436,224536,61214,220345,64008v-4318,2794,-10160,8382,-17145,17018c196215,89535,190627,95504,186563,98933v-3937,3302,-8890,5715,-14859,6858c182245,106807,189738,109093,194437,112903v4572,3810,9398,16002,14478,36449c214122,170434,219710,191516,225044,212598v-29083,,-58420,,-87503,c133985,193167,130429,173863,127000,154559v-1651,-9398,-4572,-15113,-8128,-17399c115062,134620,109855,133604,103124,133604v-8255,26289,-17272,52578,-25654,78994c51689,212598,25781,212598,,212598,22352,142367,46101,72390,68453,2159v25908,,51816,,77597,c137922,27559,129413,52832,121285,78232v6604,-508,12065,-2794,16383,-6477c141859,67945,148971,59944,158750,47371v9652,-12573,18034,-21717,24511,-27559c189611,13970,196977,9779,205105,6731v8001,-3048,17526,-4826,28321,-5588c244348,381,260350,,281432,xe" stroked="f" strokeweight="0">
                  <v:stroke miterlimit="83231f" joinstyle="miter"/>
                  <v:path arrowok="t" textboxrect="0,0,281432,212598"/>
                </v:shape>
                <v:shape id="Shape 257" o:spid="_x0000_s1078" style="position:absolute;left:42513;top:856;width:1273;height:2145;visibility:visible;mso-wrap-style:square;v-text-anchor:top" coordsize="127338,21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" path="m127338,r,54563l113411,63553c103124,72697,94742,86413,88773,104955v-5969,18796,-6731,32639,-2413,41529c90678,155501,98298,159946,109347,159946v5588,,11049,-1048,16351,-3223l127338,155660r,53364l91059,214429v-32639,,-56134,-8382,-70231,-25654c3302,167312,,139626,11049,105082,21336,72951,41021,46789,68326,25707,82042,15166,96838,7387,112617,2244l127338,xe" stroked="f" strokeweight="0">
                  <v:stroke miterlimit="83231f" joinstyle="miter"/>
                  <v:path arrowok="t" textboxrect="0,0,127338,214429"/>
                </v:shape>
                <v:shape id="Shape 258" o:spid="_x0000_s1079" style="position:absolute;left:43786;top:802;width:1257;height:2144;visibility:visible;mso-wrap-style:square;v-text-anchor:top" coordsize="125646,21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" path="m35476,v40640,,67310,12065,79883,36576c125265,56261,125646,80518,116502,109347v-10287,32258,-29718,58547,-57023,79375c45890,199263,31063,207042,15077,212185l,214431,,161068r13759,-8922c23792,143129,32174,129159,38524,109474,44366,91186,45382,77597,41064,68707,36746,59817,29126,55372,18458,55372v-5651,,-11208,1143,-16621,3413l,59971,,5408,35476,xe" stroked="f" strokeweight="0">
                  <v:stroke miterlimit="83231f" joinstyle="miter"/>
                  <v:path arrowok="t" textboxrect="0,0,125646,214431"/>
                </v:shape>
                <v:shape id="Shape 259" o:spid="_x0000_s1080" style="position:absolute;left:44980;top:849;width:1206;height:2105;visibility:visible;mso-wrap-style:square;v-text-anchor:top" coordsize="120518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" path="m68453,r52065,l120518,78306r-630,1958l120518,80264r,43815l105664,124079v-4064,12319,-8255,24511,-12192,36830c101981,160909,110490,160909,118999,160909r1519,-411l120518,209991r-5202,448c76835,210439,38354,210439,,210439,22352,140208,46101,70231,68453,xe" stroked="f" strokeweight="0">
                  <v:stroke miterlimit="83231f" joinstyle="miter"/>
                  <v:path arrowok="t" textboxrect="0,0,120518,210439"/>
                </v:shape>
                <v:shape id="Shape 260" o:spid="_x0000_s1081" style="position:absolute;left:46186;top:849;width:1306;height:2100;visibility:visible;mso-wrap-style:square;v-text-anchor:top" coordsize="130688,20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" path="m,l72776,v22606,,38481,4445,47371,13462c128910,22733,130688,35306,125608,51308v-3683,11303,-10922,21082,-21336,29591c93985,89408,81793,94869,68712,97663v-127,254,-127,635,-254,762c83190,100076,93731,105410,99954,114300v5969,9017,6604,20955,1651,36068c95255,170434,83825,185293,68077,195326v-7938,5144,-18034,8922,-30258,11414l,209991,,160498r15372,-4161c20325,153289,23754,148844,25659,143002v4064,-12700,-762,-18923,-14986,-18923l,124079,,80264r19055,c31882,80264,40518,74168,44455,61849,47630,51689,42423,46736,28707,46736v-6096,,-12319,,-18542,l,78306,,xe" stroked="f" strokeweight="0">
                  <v:stroke miterlimit="83231f" joinstyle="miter"/>
                  <v:path arrowok="t" textboxrect="0,0,130688,209991"/>
                </v:shape>
                <v:shape id="Shape 261" o:spid="_x0000_s1082" style="position:absolute;left:47406;top:849;width:2917;height:2105;visibility:visible;mso-wrap-style:square;v-text-anchor:top" coordsize="291719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" path="m68453,v24511,,49022,,73406,c130683,35052,118872,69977,107569,105029,144272,69596,182118,35433,218821,v24257,,48641,,72898,c269240,70231,245618,140208,223139,210439v-24384,,-48895,,-73279,c160909,175895,172466,141605,183515,106934,147320,141859,109982,175641,73660,210439v-24511,,-49149,,-73660,c22352,140208,46101,70231,68453,xe" stroked="f" strokeweight="0">
                  <v:stroke miterlimit="83231f" joinstyle="miter"/>
                  <v:path arrowok="t" textboxrect="0,0,291719,210439"/>
                </v:shape>
                <v:shape id="Shape 262" o:spid="_x0000_s1083" style="position:absolute;left:50163;top:49;width:2671;height:2905;visibility:visible;mso-wrap-style:square;v-text-anchor:top" coordsize="267081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" path="m94869,v25908,,51816,,77724,c170561,6223,168529,12319,166497,18542v15494,,30988,,46482,c209042,30861,204851,43180,201041,55499v-15494,,-30988,,-46482,c148971,72517,143256,89662,137668,106807,162433,85598,188976,75311,216662,75311v22352,,37211,6985,43942,21209c267081,110617,266319,130429,257937,156464v-14351,44704,-29464,89281,-43688,133985c188468,290449,162433,290449,136525,290449v12446,-38608,25400,-77089,37846,-115697c182118,150241,177165,138049,159004,138049v-10033,,-19050,3937,-27051,11684c123952,157480,116586,170688,110744,189357,99949,223139,88519,256667,77724,290449v-25908,,-51816,,-77724,c25146,211963,51689,133985,76835,55499v-7620,,-15113,,-22733,c58039,43180,62230,30861,66167,18542v7493,,14986,,22606,c90805,12319,92964,6223,94869,xe" stroked="f" strokeweight="0">
                  <v:stroke miterlimit="83231f" joinstyle="miter"/>
                  <v:path arrowok="t" textboxrect="0,0,267081,290449"/>
                </v:shape>
                <v:shape id="Shape 263" o:spid="_x0000_s1084" style="position:absolute;left:7118;top:49;width:2856;height:2905;visibility:visible;mso-wrap-style:square;v-text-anchor:top" coordsize="285623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" path="m23368,v87376,,174879,,262255,c278003,23876,269875,47752,262255,71755v-29337,,-58674,,-88011,c150876,144780,126238,217424,102870,290449v-28829,,-57531,,-86360,c39878,217424,64643,144780,88011,71755v-29464,,-58674,,-88011,c7620,47752,15748,23876,23368,xe" filled="f" strokecolor="blue">
                  <v:stroke miterlimit="1" joinstyle="miter"/>
                  <v:path arrowok="t" textboxrect="0,0,285623,290449"/>
                </v:shape>
                <v:shape id="Shape 264" o:spid="_x0000_s1085" style="position:absolute;left:9107;top:802;width:2940;height:2952;visibility:visible;mso-wrap-style:square;v-text-anchor:top" coordsize="294005,29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" path="m,295148c30988,198120,63754,101727,94742,4699v24257,,48387,,72517,c164084,15113,160528,25400,157226,35814,171323,22606,183769,13970,193548,9271,206883,3048,220472,,234188,v27051,,44577,10541,52070,32258c294005,53848,292608,80391,282321,112141v-11176,35052,-28321,61341,-50292,80010c210058,210820,186309,219837,161798,219837v-12065,,-22098,-2032,-30480,-6350c122809,209296,116078,203073,111125,194691,100330,228219,88900,261620,78232,295148v-26162,,-52197,,-78232,xe" filled="f" strokecolor="blue">
                  <v:stroke miterlimit="1" joinstyle="miter"/>
                  <v:path arrowok="t" textboxrect="0,0,294005,295148"/>
                </v:shape>
                <v:shape id="Shape 265" o:spid="_x0000_s1086" style="position:absolute;left:10426;top:1394;width:804;height:1005;visibility:visible;mso-wrap-style:square;v-text-anchor:top" coordsize="80391,10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" path="m6096,51308c635,67945,,80264,4191,88392v3937,8128,11176,12065,21463,12065c34544,100457,43688,96520,52070,88773,60579,80899,68072,68072,74041,49530,79502,32512,80391,20066,76835,11938,73152,3937,66548,,57404,,47498,,37973,3810,28829,12065,19685,20320,11811,33274,6096,51308xe" filled="f" strokecolor="blue">
                  <v:stroke miterlimit="1" joinstyle="miter"/>
                  <v:path arrowok="t" textboxrect="0,0,80391,100457"/>
                </v:shape>
                <v:shape id="Shape 266" o:spid="_x0000_s1087" style="position:absolute;left:11997;top:802;width:2601;height:2199;visibility:visible;mso-wrap-style:square;v-text-anchor:top" coordsize="260096,2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" path="m114046,72898c90170,70104,66294,67564,42418,64770,49530,51181,57404,40640,65024,32766,72771,25019,82677,18669,94234,12827v8509,-4191,19431,-7239,32639,-9525c139954,1143,153924,,168275,v23241,,41529,1270,54737,3937c236093,6731,246126,12446,252730,20955v4445,5969,6985,14224,7239,25146c260096,57023,258699,67564,255524,77470v-9906,30988,-20447,61849,-30353,92837c221869,180213,219964,187960,219456,193548v-635,5715,-381,12827,889,21590c196088,215138,171831,215138,147574,215138v-1270,-5334,-1905,-9525,-1651,-12446c145923,199898,146431,195580,147574,189357v-13462,10160,-25908,17399,-37465,21844c94488,217043,77470,219837,59309,219837v-24130,,-40640,-5588,-49022,-17399c1651,190627,,176530,5461,159512v5080,-16129,14224,-29083,26543,-39497c44196,109601,63373,102108,89281,97028v30988,-6223,51435,-10287,60706,-12827c159385,81788,169672,78613,180594,74676v3048,-9906,3556,-16891,889,-20828c178816,49911,172466,47879,162560,47879v-12700,,-22860,2159,-30607,6350c126111,57658,119888,63627,114046,72898xe" filled="f" strokecolor="blue">
                  <v:stroke miterlimit="1" joinstyle="miter"/>
                  <v:path arrowok="t" textboxrect="0,0,260096,219837"/>
                </v:shape>
                <v:shape id="Shape 267" o:spid="_x0000_s1088" style="position:absolute;left:12828;top:1955;width:843;height:598;visibility:visible;mso-wrap-style:square;v-text-anchor:top" coordsize="84328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" path="m84328,c72390,3937,60071,7493,47498,10414,30480,14859,18923,19050,13462,23368,7620,27686,3683,32639,2032,38227,,44577,635,49657,3429,53594v2794,4191,8509,6223,16637,6223c28702,59817,37465,57658,46355,53340,55372,48768,62484,43561,67564,37211,72644,30988,76962,22987,80137,12827,81534,8509,82931,4191,84328,xe" filled="f" strokecolor="blue">
                  <v:stroke miterlimit="1" joinstyle="miter"/>
                  <v:path arrowok="t" textboxrect="0,0,84328,59817"/>
                </v:shape>
                <v:shape id="Shape 268" o:spid="_x0000_s1089" style="position:absolute;left:15367;top:49;width:957;height:555;visibility:visible;mso-wrap-style:square;v-text-anchor:top" coordsize="95758,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" path="m18034,c43942,,69850,,95758,,89789,18542,83566,36957,77724,55499v-25908,,-51943,,-77724,c5842,36957,12192,18542,18034,xe" filled="f" strokecolor="blue">
                  <v:stroke miterlimit="1" joinstyle="miter"/>
                  <v:path arrowok="t" textboxrect="0,0,95758,55499"/>
                </v:shape>
                <v:shape id="Shape 269" o:spid="_x0000_s1090" style="position:absolute;left:13886;top:849;width:2175;height:2958;visibility:visible;mso-wrap-style:square;v-text-anchor:top" coordsize="217551,29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" path="m139827,v25908,,51816,,77724,c195707,68199,172720,135890,150876,204089v-8382,26035,-16510,44323,-23368,55245c120523,270383,110871,278892,98933,285750v-11938,6858,-27305,10033,-45339,10033c38481,295783,20828,293497,,288925,10160,269240,20828,249809,30861,230251v5715,1397,10160,1905,12954,1905c50546,232156,56261,229870,61214,225298v4826,-4826,9779,-13970,14224,-28067c96520,131318,118745,65913,139827,xe" filled="f" strokecolor="blue">
                  <v:stroke miterlimit="1" joinstyle="miter"/>
                  <v:path arrowok="t" textboxrect="0,0,217551,295783"/>
                </v:shape>
                <v:shape id="Shape 270" o:spid="_x0000_s1091" style="position:absolute;left:15867;top:828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" path="m225171,212598v-29337,,-58420,,-87630,c134112,193167,130429,173863,127000,154559v-1651,-9398,-4572,-15113,-8128,-17399c115062,134620,109855,133604,103251,133604v-8509,26289,-17272,52578,-25781,78994c51689,212598,25781,212598,,212598,22479,142367,46101,72390,68580,2159v25781,,51689,,77470,c138049,27559,129413,52832,121285,78232v6731,-508,12065,-2794,16383,-6477c141859,67945,149098,59944,158877,47371v9525,-12573,17907,-21717,24257,-27559c189611,13970,196977,9779,205105,6731v8001,-3048,17526,-4826,28448,-5588c244348,381,260350,,281432,v-6096,19177,-12446,38100,-18669,57277c261620,57277,260604,57277,259334,57277v-10414,,-18415,381,-24130,1143c229489,59436,224536,61214,220345,64008v-4318,2794,-10160,8382,-17145,17018c196215,89535,190627,95504,186563,98933v-3810,3302,-8890,5715,-14859,6858c182245,106807,189738,109093,194437,112903v4572,3810,9525,16002,14478,36449c214249,170434,219837,191516,225171,212598xe" filled="f" strokecolor="blue">
                  <v:stroke miterlimit="1" joinstyle="miter"/>
                  <v:path arrowok="t" textboxrect="0,0,281432,212598"/>
                </v:shape>
                <v:shape id="Shape 271" o:spid="_x0000_s1092" style="position:absolute;left:18507;top:802;width:2529;height:2199;visibility:visible;mso-wrap-style:square;v-text-anchor:top" coordsize="252857,2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" path="m10922,110490c21336,78359,40894,52197,68326,31115,95758,10033,127381,,162814,v40513,,67183,12065,79756,36576c252476,56261,252857,80518,243713,109347v-10287,32258,-29718,58547,-56896,79375c159512,209804,127381,219837,90932,219837v-32512,,-56134,-8382,-70231,-25654c3175,172720,,145034,10922,110490xe" filled="f" strokecolor="blue">
                  <v:stroke miterlimit="1" joinstyle="miter"/>
                  <v:path arrowok="t" textboxrect="0,0,252857,219837"/>
                </v:shape>
                <v:shape id="Shape 272" o:spid="_x0000_s1093" style="position:absolute;left:19326;top:1356;width:907;height:1100;visibility:visible;mso-wrap-style:square;v-text-anchor:top" coordsize="90678,10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" path="m6731,54991c762,73787,,87630,4318,96520v4318,9017,11938,13462,22987,13462c38608,109982,49149,105791,59182,96774,69088,87757,77470,73787,83947,54102,89662,35814,90678,22225,86360,13335,82042,4445,74422,,63754,,52451,,41529,4572,31369,13589,21082,22733,12827,36449,6731,54991xe" filled="f" strokecolor="blue">
                  <v:stroke miterlimit="1" joinstyle="miter"/>
                  <v:path arrowok="t" textboxrect="0,0,90678,109982"/>
                </v:shape>
                <v:shape id="Shape 273" o:spid="_x0000_s1094" style="position:absolute;left:23858;width:3026;height:3003;visibility:visible;mso-wrap-style:square;v-text-anchor:top" coordsize="302641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" path="m201422,176530v22606,8128,45339,15621,67945,23749c257175,222377,242951,240538,227330,255524v-15748,14986,-33020,25908,-51689,33528c156972,296672,135128,300355,110109,300355v-30226,,-53721,-4445,-69850,-13716c24130,277368,12573,261620,6350,238379,,215138,2794,185674,14351,149606,29718,101346,54610,64897,87249,38608,120015,12446,159258,,204216,v35306,,60579,7112,75819,22225c295021,37211,302641,59563,302514,90297v-27305,5969,-54610,11684,-81915,17653c220726,99060,220218,92710,218440,88519,216027,81534,211836,76581,206121,72644v-5842,-3810,-13081,-5588,-21717,-5588c164719,67056,147066,75057,131445,91694v-11684,12192,-21971,31242,-30480,57277c90805,181356,88138,203200,93472,215138v5461,11938,16891,17780,33782,17780c143891,232918,157861,228346,169418,218567v11430,-9906,22352,-23622,32004,-42037xe" filled="f" strokecolor="blue">
                  <v:stroke miterlimit="1" joinstyle="miter"/>
                  <v:path arrowok="t" textboxrect="0,0,302641,300355"/>
                </v:shape>
                <v:shape id="Shape 274" o:spid="_x0000_s1095" style="position:absolute;left:26906;top:849;width:2093;height:2105;visibility:visible;mso-wrap-style:square;v-text-anchor:top" coordsize="20929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" path="m190119,58801v-18796,,-37465,,-56261,c117729,109474,100711,159766,84582,210439v-25908,,-51816,,-77724,c22987,159766,40005,109474,56134,58801v-18669,,-37465,,-56134,c6223,39243,12954,19685,19177,,82550,,145923,,209296,v-6350,19685,-12954,39243,-19177,58801xe" filled="f" strokecolor="blue">
                  <v:stroke miterlimit="1" joinstyle="miter"/>
                  <v:path arrowok="t" textboxrect="0,0,209296,210439"/>
                </v:shape>
                <v:shape id="Shape 275" o:spid="_x0000_s1096" style="position:absolute;left:28620;top:802;width:2601;height:2199;visibility:visible;mso-wrap-style:square;v-text-anchor:top" coordsize="260096,2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" path="m114046,72898c90170,70104,66294,67564,42418,64770,49530,51181,57404,40640,65151,32766,72771,25019,82677,18669,94234,12827v8509,-4191,19431,-7239,32512,-9525c139827,1143,153797,,168275,v23241,,41529,1270,54737,3937c236093,6731,245999,12446,252730,20955v4445,5969,6985,14224,7112,25146c260096,57023,258699,67564,255524,77470v-9906,30988,-20447,61849,-30480,92837c221869,180213,219837,187960,219329,193548v-508,5715,-381,12827,1016,21590c196088,215138,171704,215138,147574,215138v-1397,-5334,-1905,-9525,-1778,-12446c145796,199898,146431,195580,147574,189357v-13462,10160,-26035,17399,-37592,21844c94488,217043,77470,219837,59309,219837v-24130,,-40640,-5588,-49149,-17399c1524,190627,,176530,5461,159512v5080,-16129,14224,-29083,26543,-39497c44196,109601,63373,102108,89281,97028v30988,-6223,51435,-10287,60706,-12827c159385,81788,169672,78613,180467,74676v3175,-9906,3556,-16891,1016,-20828c178816,49911,172466,47879,162560,47879v-12700,,-22860,2159,-30607,6350c126111,57658,119888,63627,114046,72898xe" filled="f" strokecolor="blue">
                  <v:stroke miterlimit="1" joinstyle="miter"/>
                  <v:path arrowok="t" textboxrect="0,0,260096,219837"/>
                </v:shape>
                <v:shape id="Shape 276" o:spid="_x0000_s1097" style="position:absolute;left:29451;top:1955;width:843;height:598;visibility:visible;mso-wrap-style:square;v-text-anchor:top" coordsize="84328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" path="m84328,c72263,3937,60071,7493,47498,10414,30353,14859,18923,19050,13462,23368,7620,27686,3683,32639,2032,38227,,44577,508,49657,3302,53594v2921,4191,8636,6223,16764,6223c28702,59817,37465,57658,46355,53340,55245,48768,62484,43561,67437,37211,72644,30988,76962,22987,80137,12827,81407,8509,82931,4191,84328,xe" filled="f" strokecolor="blue">
                  <v:stroke miterlimit="1" joinstyle="miter"/>
                  <v:path arrowok="t" textboxrect="0,0,84328,59817"/>
                </v:shape>
                <v:shape id="Shape 277" o:spid="_x0000_s1098" style="position:absolute;left:31217;top:849;width:3462;height:2105;visibility:visible;mso-wrap-style:square;v-text-anchor:top" coordsize="346202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" path="m277622,210439v-21844,,-43561,,-65405,c226314,166370,241173,122555,255270,78486v-29972,44196,-61214,87630,-91059,131953c148590,210439,133096,210439,117475,210439v-2921,-44069,-5969,-88011,-8890,-131953c94488,122555,79629,166370,65532,210439v-21844,,-43688,,-65532,c22352,140208,46101,70231,68580,v30861,,61722,,92583,c164084,40386,167132,80772,170053,121031,197612,80518,226314,40640,253873,v30734,,61595,,92329,c323850,70231,300101,140208,277622,210439xe" filled="f" strokecolor="blue">
                  <v:stroke miterlimit="1" joinstyle="miter"/>
                  <v:path arrowok="t" textboxrect="0,0,346202,210439"/>
                </v:shape>
                <v:shape id="Shape 278" o:spid="_x0000_s1099" style="position:absolute;left:34646;top:802;width:2519;height:2199;visibility:visible;mso-wrap-style:square;v-text-anchor:top" coordsize="251841,2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" path="m236855,129921v-51816,,-103632,,-155448,c78613,142875,78867,152527,81915,158877v4572,9144,13081,13589,25019,13589c114554,172466,122428,170561,130556,166624v4953,-2667,10922,-6858,17907,-13335c173101,155829,197739,158115,222377,160655v-18288,21336,-37592,36068,-57150,45339c145669,215519,120523,219837,89662,219837v-26924,,-46609,-3810,-59309,-11811c17780,200152,8763,187833,4445,170561,,153416,1524,133477,8890,110363,19558,77343,38735,51054,65405,30480,92075,9779,123698,,159385,v28956,,50292,4318,64135,13589c237109,22860,245618,35941,248793,53213v3048,17272,-127,39878,-9144,67564c238760,123825,237744,126873,236855,129921xe" filled="f" strokecolor="blue">
                  <v:stroke miterlimit="1" joinstyle="miter"/>
                  <v:path arrowok="t" textboxrect="0,0,251841,219837"/>
                </v:shape>
                <v:shape id="Shape 279" o:spid="_x0000_s1100" style="position:absolute;left:35589;top:1280;width:799;height:435;visibility:visible;mso-wrap-style:square;v-text-anchor:top" coordsize="79883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" path="m76327,43561c79883,27813,79502,16764,75184,10033,70866,3302,63373,,52705,,40386,,28829,4953,18288,15240,11430,21590,5207,30988,,43561v25400,,50927,,76327,xe" filled="f" strokecolor="blue">
                  <v:stroke miterlimit="1" joinstyle="miter"/>
                  <v:path arrowok="t" textboxrect="0,0,79883,43561"/>
                </v:shape>
                <v:shape id="Shape 280" o:spid="_x0000_s1101" style="position:absolute;left:37119;top:849;width:2944;height:2105;visibility:visible;mso-wrap-style:square;v-text-anchor:top" coordsize="29438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" path="m225933,210439v-25908,,-51816,,-77724,c156718,183896,165608,157480,174117,130937v-23495,,-46990,,-70485,c95250,157480,86233,183896,77724,210439v-25908,,-51816,,-77724,c22479,140208,46101,70231,68580,v25908,,51816,,77724,c138684,24130,130556,48006,122936,72136v23368,,46863,,70485,c201041,48006,209169,24130,216789,v25908,,51816,,77597,c272034,70231,248285,140208,225933,210439xe" filled="f" strokecolor="blue">
                  <v:stroke miterlimit="1" joinstyle="miter"/>
                  <v:path arrowok="t" textboxrect="0,0,294386,210439"/>
                </v:shape>
                <v:shape id="Shape 281" o:spid="_x0000_s1102" style="position:absolute;left:39874;top:828;width:2814;height:2126;visibility:visible;mso-wrap-style:square;v-text-anchor:top" coordsize="281432,2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" path="m225044,212598v-29083,,-58420,,-87503,c133985,193167,130429,173863,127000,154559v-1651,-9398,-4572,-15113,-8128,-17399c115062,134620,109855,133604,103124,133604v-8255,26289,-17272,52578,-25654,78994c51689,212598,25781,212598,,212598,22352,142367,46101,72390,68453,2159v25908,,51816,,77597,c137922,27559,129413,52832,121285,78232v6604,-508,12065,-2794,16383,-6477c141859,67945,148971,59944,158750,47371v9652,-12573,18034,-21717,24511,-27559c189611,13970,196977,9779,205105,6731v8001,-3048,17526,-4826,28321,-5588c244348,381,260350,,281432,v-6096,19177,-12573,38100,-18669,57277c261620,57277,260477,57277,259334,57277v-10414,,-18415,381,-24130,1143c229489,59436,224536,61214,220345,64008v-4318,2794,-10160,8382,-17145,17018c196215,89535,190627,95504,186563,98933v-3937,3302,-8890,5715,-14859,6858c182245,106807,189738,109093,194437,112903v4572,3810,9398,16002,14478,36449c214122,170434,219710,191516,225044,212598xe" filled="f" strokecolor="blue">
                  <v:stroke miterlimit="1" joinstyle="miter"/>
                  <v:path arrowok="t" textboxrect="0,0,281432,212598"/>
                </v:shape>
                <v:shape id="Shape 282" o:spid="_x0000_s1103" style="position:absolute;left:42513;top:802;width:2530;height:2199;visibility:visible;mso-wrap-style:square;v-text-anchor:top" coordsize="252984,2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" path="m11049,110490c21336,78359,41021,52197,68326,31115,95758,10033,127508,,162814,v40640,,67310,12065,79883,36576c252603,56261,252984,80518,243840,109347v-10287,32258,-29718,58547,-57023,79375c159639,209804,127508,219837,91059,219837v-32639,,-56134,-8382,-70231,-25654c3302,172720,,145034,11049,110490xe" filled="f" strokecolor="blue">
                  <v:stroke miterlimit="1" joinstyle="miter"/>
                  <v:path arrowok="t" textboxrect="0,0,252984,219837"/>
                </v:shape>
                <v:shape id="Shape 283" o:spid="_x0000_s1104" style="position:absolute;left:43333;top:1356;width:907;height:1100;visibility:visible;mso-wrap-style:square;v-text-anchor:top" coordsize="90678,10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" path="m6731,54991c762,73787,,87630,4318,96520v4318,9017,11938,13462,22987,13462c38481,109982,49149,105791,59055,96774,69088,87757,77470,73787,83820,54102,89662,35814,90678,22225,86360,13335,82042,4445,74422,,63754,,52451,,41529,4572,31369,13589,21082,22733,12700,36449,6731,54991xe" filled="f" strokecolor="blue">
                  <v:stroke miterlimit="1" joinstyle="miter"/>
                  <v:path arrowok="t" textboxrect="0,0,90678,109982"/>
                </v:shape>
                <v:shape id="Shape 284" o:spid="_x0000_s1105" style="position:absolute;left:44980;top:849;width:2512;height:2105;visibility:visible;mso-wrap-style:square;v-text-anchor:top" coordsize="251206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" path="m188976,98425v14732,1651,25273,6985,31496,15875c226441,123317,227076,135255,222123,150368v-6350,20066,-17780,34925,-33528,44958c172720,205613,148209,210439,115316,210439v-38481,,-76962,,-115316,c22352,140208,46101,70231,68453,v41529,,83185,,124841,c215900,,231775,4445,240665,13462v8763,9271,10541,21844,5461,37846c242443,62611,235204,72390,224790,80899v-10287,8509,-22479,13970,-35560,16764c189103,97917,189103,98298,188976,98425xe" filled="f" strokecolor="blue">
                  <v:stroke miterlimit="1" joinstyle="miter"/>
                  <v:path arrowok="t" textboxrect="0,0,251206,210439"/>
                </v:shape>
                <v:shape id="Shape 285" o:spid="_x0000_s1106" style="position:absolute;left:46179;top:1316;width:483;height:336;visibility:visible;mso-wrap-style:square;v-text-anchor:top" coordsize="4826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" path="m,33528v6477,,13081,,19685,c32512,33528,41148,27432,45085,15113,48260,4953,43053,,29337,,23241,,17018,,10795,,7239,11176,3556,22352,,33528xe" filled="f" strokecolor="blue">
                  <v:stroke miterlimit="1" joinstyle="miter"/>
                  <v:path arrowok="t" textboxrect="0,0,48260,33528"/>
                </v:shape>
                <v:shape id="Shape 286" o:spid="_x0000_s1107" style="position:absolute;left:45915;top:2090;width:568;height:368;visibility:visible;mso-wrap-style:square;v-text-anchor:top" coordsize="56769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" path="m,36830v8509,,17018,,25527,c31750,36830,37465,35306,42418,32258v4953,-3048,8382,-7493,10287,-13335c56769,6223,51943,,37719,,29210,,20701,,12192,,8128,12319,3937,24511,,36830xe" filled="f" strokecolor="blue">
                  <v:stroke miterlimit="1" joinstyle="miter"/>
                  <v:path arrowok="t" textboxrect="0,0,56769,36830"/>
                </v:shape>
                <v:shape id="Shape 287" o:spid="_x0000_s1108" style="position:absolute;left:47406;top:849;width:2917;height:2105;visibility:visible;mso-wrap-style:square;v-text-anchor:top" coordsize="291719,2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" path="m223139,210439v-24384,,-48895,,-73279,c160909,175895,172466,141605,183515,106934,147320,141859,109982,175641,73660,210439v-24511,,-49149,,-73660,c22352,140208,46101,70231,68453,v24511,,49022,,73406,c130683,35052,118872,69977,107569,105029,144272,69596,182118,35433,218821,v24257,,48641,,72898,c269240,70231,245618,140208,223139,210439xe" filled="f" strokecolor="blue">
                  <v:stroke miterlimit="1" joinstyle="miter"/>
                  <v:path arrowok="t" textboxrect="0,0,291719,210439"/>
                </v:shape>
                <v:shape id="Shape 288" o:spid="_x0000_s1109" style="position:absolute;left:50163;top:49;width:2671;height:2905;visibility:visible;mso-wrap-style:square;v-text-anchor:top" coordsize="267081,2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" path="m214249,290449v-25781,,-51816,,-77724,c148971,251841,161925,213360,174371,174752v7747,-24511,2794,-36703,-15367,-36703c148971,138049,139954,141986,131953,149733v-8001,7747,-15367,20955,-21209,39624c99949,223139,88519,256667,77724,290449v-25908,,-51816,,-77724,c25146,211963,51689,133985,76835,55499v-7620,,-15113,,-22733,c58039,43180,62230,30861,66167,18542v7493,,14986,,22606,c90805,12319,92964,6223,94869,v25908,,51816,,77724,c170561,6223,168529,12319,166497,18542v15494,,30988,,46482,c209042,30861,204851,43180,201041,55499v-15494,,-30988,,-46482,c148971,72517,143256,89662,137668,106807,162433,85598,188976,75311,216662,75311v22352,,37211,6985,43942,21209c267081,110617,266319,130429,257937,156464v-14351,44704,-29464,89281,-43688,133985xe" filled="f" strokecolor="blue">
                  <v:stroke miterlimit="1" joinstyle="miter"/>
                  <v:path arrowok="t" textboxrect="0,0,267081,290449"/>
                </v:shape>
              </v:group>
            </w:pict>
          </mc:Fallback>
        </mc:AlternateContent>
      </w: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1933.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члан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београдске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партијске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организације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1934.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га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бирају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секретара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ПК КПЈ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Србију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1935.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ухапшен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осуђен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година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робије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FADC20" w14:textId="77777777" w:rsidR="000E394D" w:rsidRPr="000E394D" w:rsidRDefault="000E394D" w:rsidP="000E394D">
      <w:pPr>
        <w:spacing w:after="4" w:line="253" w:lineRule="auto"/>
        <w:ind w:left="3668" w:right="103" w:hanging="10"/>
        <w:jc w:val="both"/>
        <w:rPr>
          <w:sz w:val="24"/>
          <w:szCs w:val="24"/>
        </w:rPr>
      </w:pP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1936. у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затвору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штрајковао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глађу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11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дана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23DB7106" w14:textId="77777777" w:rsidR="000E394D" w:rsidRPr="000E394D" w:rsidRDefault="000E394D" w:rsidP="000E394D">
      <w:pPr>
        <w:spacing w:after="4" w:line="253" w:lineRule="auto"/>
        <w:ind w:left="3668" w:right="103" w:hanging="10"/>
        <w:jc w:val="both"/>
        <w:rPr>
          <w:sz w:val="24"/>
          <w:szCs w:val="24"/>
        </w:rPr>
      </w:pP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1941.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осуђени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комуниста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предат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усташама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8BABE7" w14:textId="77777777" w:rsidR="000E394D" w:rsidRPr="000E394D" w:rsidRDefault="000E394D" w:rsidP="000E394D">
      <w:pPr>
        <w:spacing w:after="4" w:line="253" w:lineRule="auto"/>
        <w:ind w:left="3668" w:right="103" w:hanging="10"/>
        <w:jc w:val="both"/>
        <w:rPr>
          <w:sz w:val="24"/>
          <w:szCs w:val="24"/>
        </w:rPr>
      </w:pP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1941.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бежи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затвора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ископаним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каналима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4E83A6" w14:textId="77777777" w:rsidR="000E394D" w:rsidRPr="000E394D" w:rsidRDefault="000E394D" w:rsidP="000E394D">
      <w:pPr>
        <w:spacing w:after="37" w:line="253" w:lineRule="auto"/>
        <w:ind w:left="3668" w:right="103" w:hanging="10"/>
        <w:jc w:val="both"/>
        <w:rPr>
          <w:sz w:val="24"/>
          <w:szCs w:val="24"/>
        </w:rPr>
      </w:pP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1941.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Мачве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Ваљевски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Ужички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одред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1D6320" w14:textId="77777777" w:rsidR="000E394D" w:rsidRPr="000E394D" w:rsidRDefault="000E394D" w:rsidP="000E394D">
      <w:pPr>
        <w:numPr>
          <w:ilvl w:val="0"/>
          <w:numId w:val="11"/>
        </w:numPr>
        <w:spacing w:after="45" w:line="253" w:lineRule="auto"/>
        <w:ind w:right="103" w:hanging="700"/>
        <w:jc w:val="both"/>
        <w:rPr>
          <w:sz w:val="24"/>
          <w:szCs w:val="24"/>
        </w:rPr>
      </w:pP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Народноослободилачки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одбор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Србију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1A70AB27" w14:textId="77777777" w:rsidR="000E394D" w:rsidRPr="000E394D" w:rsidRDefault="000E394D" w:rsidP="000E394D">
      <w:pPr>
        <w:numPr>
          <w:ilvl w:val="0"/>
          <w:numId w:val="11"/>
        </w:numPr>
        <w:spacing w:after="4" w:line="253" w:lineRule="auto"/>
        <w:ind w:right="103" w:hanging="700"/>
        <w:jc w:val="both"/>
        <w:rPr>
          <w:sz w:val="24"/>
          <w:szCs w:val="24"/>
        </w:rPr>
      </w:pPr>
      <w:proofErr w:type="spellStart"/>
      <w:proofErr w:type="gramStart"/>
      <w:r w:rsidRPr="000E394D">
        <w:rPr>
          <w:rFonts w:ascii="Times New Roman" w:eastAsia="Times New Roman" w:hAnsi="Times New Roman" w:cs="Times New Roman"/>
          <w:sz w:val="24"/>
          <w:szCs w:val="24"/>
        </w:rPr>
        <w:t>хапсе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га</w:t>
      </w:r>
      <w:proofErr w:type="spellEnd"/>
      <w:proofErr w:type="gram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Четници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предају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Гестапоу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1942.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мучен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Бањичком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логору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стрељан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62B9A0" w14:textId="77777777" w:rsidR="000E394D" w:rsidRPr="000E394D" w:rsidRDefault="000E394D" w:rsidP="000E394D">
      <w:pPr>
        <w:spacing w:after="4" w:line="253" w:lineRule="auto"/>
        <w:ind w:left="10" w:right="103" w:hanging="10"/>
        <w:jc w:val="both"/>
        <w:rPr>
          <w:sz w:val="24"/>
          <w:szCs w:val="24"/>
        </w:rPr>
      </w:pPr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14.12. 1949. г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Указом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Президијума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Народне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скупштине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ФНРЈ (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Федеративне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Народне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Републике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E394D">
        <w:rPr>
          <w:rFonts w:ascii="Times New Roman" w:eastAsia="Times New Roman" w:hAnsi="Times New Roman" w:cs="Times New Roman"/>
          <w:sz w:val="24"/>
          <w:szCs w:val="24"/>
        </w:rPr>
        <w:t>Југославииије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проглашен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народног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94D">
        <w:rPr>
          <w:rFonts w:ascii="Times New Roman" w:eastAsia="Times New Roman" w:hAnsi="Times New Roman" w:cs="Times New Roman"/>
          <w:sz w:val="24"/>
          <w:szCs w:val="24"/>
        </w:rPr>
        <w:t>хероја</w:t>
      </w:r>
      <w:proofErr w:type="spellEnd"/>
      <w:r w:rsidRPr="000E39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7833C0" w14:textId="77777777" w:rsidR="000E394D" w:rsidRDefault="000E394D" w:rsidP="000E394D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438B57C7" w14:textId="77777777" w:rsidR="000E394D" w:rsidRDefault="000E394D" w:rsidP="000E394D">
      <w:pPr>
        <w:rPr>
          <w:sz w:val="28"/>
          <w:szCs w:val="28"/>
          <w:lang w:val="sr-Latn-RS"/>
        </w:rPr>
      </w:pPr>
    </w:p>
    <w:p w14:paraId="6C8502B5" w14:textId="77777777" w:rsidR="000E394D" w:rsidRDefault="000E394D" w:rsidP="000E394D">
      <w:pPr>
        <w:spacing w:after="23"/>
        <w:ind w:right="-26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B61BD5" wp14:editId="78567A37">
                <wp:extent cx="6255805" cy="3051193"/>
                <wp:effectExtent l="0" t="0" r="0" b="0"/>
                <wp:docPr id="4358" name="Group 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805" cy="3051193"/>
                          <a:chOff x="0" y="0"/>
                          <a:chExt cx="6255805" cy="3051193"/>
                        </a:xfrm>
                      </wpg:grpSpPr>
                      <wps:wsp>
                        <wps:cNvPr id="351" name="Rectangle 351"/>
                        <wps:cNvSpPr/>
                        <wps:spPr>
                          <a:xfrm>
                            <a:off x="0" y="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D4435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0" y="22063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78233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Shape 353"/>
                        <wps:cNvSpPr/>
                        <wps:spPr>
                          <a:xfrm>
                            <a:off x="34290" y="429903"/>
                            <a:ext cx="165124" cy="28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4" h="284889">
                                <a:moveTo>
                                  <a:pt x="165124" y="0"/>
                                </a:moveTo>
                                <a:lnTo>
                                  <a:pt x="165124" y="65092"/>
                                </a:lnTo>
                                <a:lnTo>
                                  <a:pt x="142291" y="78388"/>
                                </a:lnTo>
                                <a:cubicBezTo>
                                  <a:pt x="127114" y="91088"/>
                                  <a:pt x="114122" y="111408"/>
                                  <a:pt x="104216" y="139983"/>
                                </a:cubicBezTo>
                                <a:cubicBezTo>
                                  <a:pt x="94234" y="168430"/>
                                  <a:pt x="92634" y="188751"/>
                                  <a:pt x="99035" y="201197"/>
                                </a:cubicBezTo>
                                <a:cubicBezTo>
                                  <a:pt x="105448" y="213770"/>
                                  <a:pt x="118072" y="219865"/>
                                  <a:pt x="136919" y="219865"/>
                                </a:cubicBezTo>
                                <a:cubicBezTo>
                                  <a:pt x="146533" y="219865"/>
                                  <a:pt x="155696" y="218341"/>
                                  <a:pt x="164294" y="215293"/>
                                </a:cubicBezTo>
                                <a:lnTo>
                                  <a:pt x="165124" y="214818"/>
                                </a:lnTo>
                                <a:lnTo>
                                  <a:pt x="165124" y="279897"/>
                                </a:lnTo>
                                <a:lnTo>
                                  <a:pt x="163139" y="280540"/>
                                </a:lnTo>
                                <a:cubicBezTo>
                                  <a:pt x="148628" y="283461"/>
                                  <a:pt x="133293" y="284889"/>
                                  <a:pt x="117132" y="284889"/>
                                </a:cubicBezTo>
                                <a:cubicBezTo>
                                  <a:pt x="84341" y="284889"/>
                                  <a:pt x="58903" y="280063"/>
                                  <a:pt x="41085" y="269650"/>
                                </a:cubicBezTo>
                                <a:cubicBezTo>
                                  <a:pt x="23190" y="259489"/>
                                  <a:pt x="11214" y="243741"/>
                                  <a:pt x="5664" y="221771"/>
                                </a:cubicBezTo>
                                <a:cubicBezTo>
                                  <a:pt x="0" y="199926"/>
                                  <a:pt x="3023" y="172495"/>
                                  <a:pt x="14326" y="139601"/>
                                </a:cubicBezTo>
                                <a:cubicBezTo>
                                  <a:pt x="30163" y="93627"/>
                                  <a:pt x="56451" y="58195"/>
                                  <a:pt x="91694" y="32413"/>
                                </a:cubicBezTo>
                                <a:cubicBezTo>
                                  <a:pt x="109315" y="19459"/>
                                  <a:pt x="128514" y="9871"/>
                                  <a:pt x="149207" y="3521"/>
                                </a:cubicBezTo>
                                <a:lnTo>
                                  <a:pt x="165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99414" y="423963"/>
                            <a:ext cx="167146" cy="28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6" h="285837">
                                <a:moveTo>
                                  <a:pt x="50560" y="0"/>
                                </a:moveTo>
                                <a:cubicBezTo>
                                  <a:pt x="98947" y="0"/>
                                  <a:pt x="132221" y="12192"/>
                                  <a:pt x="149366" y="37592"/>
                                </a:cubicBezTo>
                                <a:cubicBezTo>
                                  <a:pt x="166384" y="62865"/>
                                  <a:pt x="167146" y="97917"/>
                                  <a:pt x="151271" y="143256"/>
                                </a:cubicBezTo>
                                <a:cubicBezTo>
                                  <a:pt x="139968" y="176149"/>
                                  <a:pt x="124601" y="202946"/>
                                  <a:pt x="105932" y="224155"/>
                                </a:cubicBezTo>
                                <a:cubicBezTo>
                                  <a:pt x="87263" y="245364"/>
                                  <a:pt x="64530" y="261366"/>
                                  <a:pt x="39079" y="273177"/>
                                </a:cubicBezTo>
                                <a:lnTo>
                                  <a:pt x="0" y="285837"/>
                                </a:lnTo>
                                <a:lnTo>
                                  <a:pt x="0" y="220759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9" y="195326"/>
                                  <a:pt x="51195" y="173736"/>
                                  <a:pt x="61863" y="142113"/>
                                </a:cubicBezTo>
                                <a:cubicBezTo>
                                  <a:pt x="71007" y="115570"/>
                                  <a:pt x="72404" y="96266"/>
                                  <a:pt x="65800" y="83947"/>
                                </a:cubicBezTo>
                                <a:cubicBezTo>
                                  <a:pt x="59196" y="71755"/>
                                  <a:pt x="46242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2"/>
                                </a:lnTo>
                                <a:lnTo>
                                  <a:pt x="0" y="5940"/>
                                </a:lnTo>
                                <a:lnTo>
                                  <a:pt x="16233" y="2349"/>
                                </a:lnTo>
                                <a:cubicBezTo>
                                  <a:pt x="27316" y="778"/>
                                  <a:pt x="38762" y="0"/>
                                  <a:pt x="50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49542" y="428662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136815" y="632497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3"/>
                                  <a:pt x="114173" y="42799"/>
                                  <a:pt x="106807" y="64262"/>
                                </a:cubicBezTo>
                                <a:cubicBezTo>
                                  <a:pt x="98552" y="87884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5"/>
                                  <a:pt x="35052" y="145796"/>
                                  <a:pt x="6858" y="156591"/>
                                </a:cubicBezTo>
                                <a:cubicBezTo>
                                  <a:pt x="4572" y="145161"/>
                                  <a:pt x="2286" y="133858"/>
                                  <a:pt x="0" y="122428"/>
                                </a:cubicBezTo>
                                <a:cubicBezTo>
                                  <a:pt x="17653" y="115316"/>
                                  <a:pt x="30861" y="108712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2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36358" y="632497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3"/>
                                  <a:pt x="114046" y="42799"/>
                                  <a:pt x="106680" y="64262"/>
                                </a:cubicBezTo>
                                <a:cubicBezTo>
                                  <a:pt x="98552" y="87884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5"/>
                                  <a:pt x="35052" y="145796"/>
                                  <a:pt x="6604" y="156591"/>
                                </a:cubicBezTo>
                                <a:cubicBezTo>
                                  <a:pt x="4445" y="145161"/>
                                  <a:pt x="2159" y="133858"/>
                                  <a:pt x="0" y="122428"/>
                                </a:cubicBezTo>
                                <a:cubicBezTo>
                                  <a:pt x="17526" y="115316"/>
                                  <a:pt x="30734" y="108712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2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328204" y="428662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8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8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535214" y="506259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6"/>
                                  <a:pt x="163830" y="30099"/>
                                </a:cubicBezTo>
                                <a:lnTo>
                                  <a:pt x="179427" y="18002"/>
                                </a:lnTo>
                                <a:lnTo>
                                  <a:pt x="179427" y="57229"/>
                                </a:lnTo>
                                <a:lnTo>
                                  <a:pt x="167640" y="64389"/>
                                </a:lnTo>
                                <a:cubicBezTo>
                                  <a:pt x="157988" y="72390"/>
                                  <a:pt x="149860" y="84963"/>
                                  <a:pt x="143891" y="102362"/>
                                </a:cubicBezTo>
                                <a:cubicBezTo>
                                  <a:pt x="138176" y="118618"/>
                                  <a:pt x="137541" y="130429"/>
                                  <a:pt x="141859" y="138303"/>
                                </a:cubicBezTo>
                                <a:cubicBezTo>
                                  <a:pt x="145923" y="146177"/>
                                  <a:pt x="153543" y="149987"/>
                                  <a:pt x="164211" y="149987"/>
                                </a:cubicBezTo>
                                <a:cubicBezTo>
                                  <a:pt x="168846" y="149987"/>
                                  <a:pt x="173546" y="149035"/>
                                  <a:pt x="178181" y="147145"/>
                                </a:cubicBezTo>
                                <a:lnTo>
                                  <a:pt x="179427" y="146370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8120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714641" y="501560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7"/>
                                  <a:pt x="118896" y="31369"/>
                                </a:cubicBezTo>
                                <a:cubicBezTo>
                                  <a:pt x="126897" y="52197"/>
                                  <a:pt x="125500" y="77851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3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9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90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1"/>
                                </a:cubicBezTo>
                                <a:cubicBezTo>
                                  <a:pt x="34187" y="61214"/>
                                  <a:pt x="27456" y="57404"/>
                                  <a:pt x="17931" y="57404"/>
                                </a:cubicBezTo>
                                <a:cubicBezTo>
                                  <a:pt x="12724" y="57404"/>
                                  <a:pt x="7644" y="58357"/>
                                  <a:pt x="2691" y="60293"/>
                                </a:cubicBezTo>
                                <a:lnTo>
                                  <a:pt x="0" y="61928"/>
                                </a:lnTo>
                                <a:lnTo>
                                  <a:pt x="0" y="22701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7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836458" y="588476"/>
                            <a:ext cx="130740" cy="12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4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3"/>
                                </a:lnTo>
                                <a:cubicBezTo>
                                  <a:pt x="107728" y="43386"/>
                                  <a:pt x="103314" y="45418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2"/>
                                </a:cubicBezTo>
                                <a:cubicBezTo>
                                  <a:pt x="86360" y="68024"/>
                                  <a:pt x="86995" y="72978"/>
                                  <a:pt x="89916" y="76787"/>
                                </a:cubicBezTo>
                                <a:cubicBezTo>
                                  <a:pt x="92837" y="80852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4"/>
                                  <a:pt x="61722" y="126064"/>
                                </a:cubicBezTo>
                                <a:cubicBezTo>
                                  <a:pt x="36576" y="126064"/>
                                  <a:pt x="19431" y="120603"/>
                                  <a:pt x="10668" y="109299"/>
                                </a:cubicBezTo>
                                <a:cubicBezTo>
                                  <a:pt x="1524" y="97869"/>
                                  <a:pt x="0" y="84154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880527" y="505189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967198" y="501560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7"/>
                                </a:cubicBezTo>
                                <a:cubicBezTo>
                                  <a:pt x="115005" y="6604"/>
                                  <a:pt x="125546" y="12065"/>
                                  <a:pt x="132404" y="20447"/>
                                </a:cubicBezTo>
                                <a:cubicBezTo>
                                  <a:pt x="136976" y="26162"/>
                                  <a:pt x="139643" y="34290"/>
                                  <a:pt x="139897" y="44704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1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2"/>
                                </a:cubicBezTo>
                                <a:cubicBezTo>
                                  <a:pt x="97098" y="193040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3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5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4"/>
                                  <a:pt x="20771" y="154051"/>
                                  <a:pt x="25978" y="147828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5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3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7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7"/>
                                  <a:pt x="57220" y="72390"/>
                                </a:cubicBezTo>
                                <a:cubicBezTo>
                                  <a:pt x="60522" y="62865"/>
                                  <a:pt x="60903" y="56134"/>
                                  <a:pt x="58109" y="52197"/>
                                </a:cubicBezTo>
                                <a:cubicBezTo>
                                  <a:pt x="55442" y="48387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1"/>
                                  <a:pt x="6547" y="52578"/>
                                </a:cubicBezTo>
                                <a:lnTo>
                                  <a:pt x="0" y="58945"/>
                                </a:lnTo>
                                <a:lnTo>
                                  <a:pt x="0" y="3629"/>
                                </a:lnTo>
                                <a:lnTo>
                                  <a:pt x="1213" y="3302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033054" y="506259"/>
                            <a:ext cx="22656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2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40"/>
                                  <a:pt x="179959" y="131572"/>
                                  <a:pt x="157226" y="197612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9"/>
                                </a:cubicBezTo>
                                <a:cubicBezTo>
                                  <a:pt x="125476" y="261747"/>
                                  <a:pt x="115443" y="270002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2"/>
                                  <a:pt x="55753" y="286512"/>
                                </a:cubicBezTo>
                                <a:cubicBezTo>
                                  <a:pt x="40132" y="286512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90"/>
                                  <a:pt x="45593" y="224790"/>
                                </a:cubicBezTo>
                                <a:cubicBezTo>
                                  <a:pt x="52578" y="224790"/>
                                  <a:pt x="58674" y="222504"/>
                                  <a:pt x="63754" y="218186"/>
                                </a:cubicBezTo>
                                <a:cubicBezTo>
                                  <a:pt x="68834" y="213487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7"/>
                                  <a:pt x="123698" y="63754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87232" y="428662"/>
                            <a:ext cx="99822" cy="5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1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1"/>
                                </a:cubicBezTo>
                                <a:cubicBezTo>
                                  <a:pt x="53975" y="53721"/>
                                  <a:pt x="26924" y="53721"/>
                                  <a:pt x="0" y="53721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39429" y="504100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246" y="99060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59"/>
                                </a:cubicBezTo>
                                <a:cubicBezTo>
                                  <a:pt x="98298" y="2159"/>
                                  <a:pt x="125222" y="2159"/>
                                  <a:pt x="152146" y="2159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514384" y="506828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5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9"/>
                                  <a:pt x="92329" y="101665"/>
                                </a:cubicBezTo>
                                <a:cubicBezTo>
                                  <a:pt x="86106" y="119953"/>
                                  <a:pt x="85344" y="133288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0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9"/>
                                </a:cubicBezTo>
                                <a:cubicBezTo>
                                  <a:pt x="3302" y="162118"/>
                                  <a:pt x="0" y="135321"/>
                                  <a:pt x="11557" y="101793"/>
                                </a:cubicBezTo>
                                <a:cubicBezTo>
                                  <a:pt x="22098" y="70677"/>
                                  <a:pt x="42545" y="45277"/>
                                  <a:pt x="71120" y="24958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646916" y="501560"/>
                            <a:ext cx="130866" cy="20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5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1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4"/>
                                  <a:pt x="90481" y="162687"/>
                                  <a:pt x="62032" y="182880"/>
                                </a:cubicBezTo>
                                <a:cubicBezTo>
                                  <a:pt x="47872" y="193104"/>
                                  <a:pt x="32410" y="200628"/>
                                  <a:pt x="15757" y="205597"/>
                                </a:cubicBezTo>
                                <a:lnTo>
                                  <a:pt x="0" y="207775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1"/>
                                  <a:pt x="42728" y="66675"/>
                                </a:cubicBezTo>
                                <a:cubicBezTo>
                                  <a:pt x="38283" y="58039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9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2936151" y="423963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1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2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8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2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3253651" y="506259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432340" y="588488"/>
                            <a:ext cx="130677" cy="12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2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6"/>
                                  <a:pt x="90297" y="56455"/>
                                  <a:pt x="88519" y="61790"/>
                                </a:cubicBezTo>
                                <a:cubicBezTo>
                                  <a:pt x="86360" y="68012"/>
                                  <a:pt x="86995" y="72966"/>
                                  <a:pt x="89916" y="76775"/>
                                </a:cubicBezTo>
                                <a:cubicBezTo>
                                  <a:pt x="92837" y="80840"/>
                                  <a:pt x="98933" y="82744"/>
                                  <a:pt x="107315" y="82744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69"/>
                                </a:lnTo>
                                <a:cubicBezTo>
                                  <a:pt x="98298" y="123384"/>
                                  <a:pt x="80645" y="126052"/>
                                  <a:pt x="61722" y="126052"/>
                                </a:cubicBezTo>
                                <a:cubicBezTo>
                                  <a:pt x="36449" y="126052"/>
                                  <a:pt x="19304" y="120591"/>
                                  <a:pt x="10541" y="109287"/>
                                </a:cubicBezTo>
                                <a:cubicBezTo>
                                  <a:pt x="1524" y="97857"/>
                                  <a:pt x="0" y="84142"/>
                                  <a:pt x="5588" y="67631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1"/>
                                  <a:pt x="65913" y="12132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476409" y="505206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657" y="64298"/>
                                  <a:pt x="24892" y="61759"/>
                                  <a:pt x="0" y="59219"/>
                                </a:cubicBezTo>
                                <a:cubicBezTo>
                                  <a:pt x="7366" y="46010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563017" y="501560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7"/>
                                </a:cubicBezTo>
                                <a:cubicBezTo>
                                  <a:pt x="115068" y="6604"/>
                                  <a:pt x="125609" y="12065"/>
                                  <a:pt x="132467" y="20447"/>
                                </a:cubicBezTo>
                                <a:cubicBezTo>
                                  <a:pt x="137166" y="26162"/>
                                  <a:pt x="139833" y="34290"/>
                                  <a:pt x="139960" y="44704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1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2"/>
                                </a:cubicBezTo>
                                <a:cubicBezTo>
                                  <a:pt x="97161" y="193040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3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5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4"/>
                                  <a:pt x="20834" y="154051"/>
                                  <a:pt x="26041" y="147828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5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400"/>
                                </a:lnTo>
                                <a:lnTo>
                                  <a:pt x="0" y="86928"/>
                                </a:lnTo>
                                <a:lnTo>
                                  <a:pt x="2324" y="86487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7"/>
                                  <a:pt x="57283" y="72390"/>
                                </a:cubicBezTo>
                                <a:cubicBezTo>
                                  <a:pt x="60585" y="62865"/>
                                  <a:pt x="60966" y="56134"/>
                                  <a:pt x="58172" y="52197"/>
                                </a:cubicBezTo>
                                <a:cubicBezTo>
                                  <a:pt x="55505" y="48387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1"/>
                                  <a:pt x="6610" y="52578"/>
                                </a:cubicBezTo>
                                <a:lnTo>
                                  <a:pt x="0" y="58963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2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702723" y="506259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6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3"/>
                                  <a:pt x="116205" y="118491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059974" y="505283"/>
                            <a:ext cx="139047" cy="2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7">
                                <a:moveTo>
                                  <a:pt x="139047" y="0"/>
                                </a:moveTo>
                                <a:lnTo>
                                  <a:pt x="139047" y="45366"/>
                                </a:lnTo>
                                <a:lnTo>
                                  <a:pt x="134350" y="46284"/>
                                </a:lnTo>
                                <a:cubicBezTo>
                                  <a:pt x="128365" y="48729"/>
                                  <a:pt x="122618" y="52411"/>
                                  <a:pt x="117094" y="57364"/>
                                </a:cubicBezTo>
                                <a:cubicBezTo>
                                  <a:pt x="109982" y="63460"/>
                                  <a:pt x="103505" y="72604"/>
                                  <a:pt x="98044" y="84797"/>
                                </a:cubicBezTo>
                                <a:lnTo>
                                  <a:pt x="139047" y="84797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8"/>
                                  <a:pt x="82042" y="144105"/>
                                  <a:pt x="85344" y="150201"/>
                                </a:cubicBezTo>
                                <a:cubicBezTo>
                                  <a:pt x="90043" y="159091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2"/>
                                  <a:pt x="135890" y="157695"/>
                                </a:cubicBezTo>
                                <a:lnTo>
                                  <a:pt x="139047" y="155526"/>
                                </a:lnTo>
                                <a:lnTo>
                                  <a:pt x="139047" y="205438"/>
                                </a:lnTo>
                                <a:lnTo>
                                  <a:pt x="137033" y="206018"/>
                                </a:lnTo>
                                <a:cubicBezTo>
                                  <a:pt x="123889" y="208209"/>
                                  <a:pt x="109284" y="209257"/>
                                  <a:pt x="93218" y="209257"/>
                                </a:cubicBezTo>
                                <a:cubicBezTo>
                                  <a:pt x="65278" y="209257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7"/>
                                  <a:pt x="9144" y="178268"/>
                                  <a:pt x="4572" y="161504"/>
                                </a:cubicBezTo>
                                <a:cubicBezTo>
                                  <a:pt x="0" y="144995"/>
                                  <a:pt x="1524" y="125690"/>
                                  <a:pt x="9144" y="103211"/>
                                </a:cubicBezTo>
                                <a:cubicBezTo>
                                  <a:pt x="20320" y="71208"/>
                                  <a:pt x="40259" y="45934"/>
                                  <a:pt x="68072" y="25868"/>
                                </a:cubicBezTo>
                                <a:cubicBezTo>
                                  <a:pt x="81979" y="15835"/>
                                  <a:pt x="97155" y="8438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4199021" y="650150"/>
                            <a:ext cx="92474" cy="6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0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5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0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4199021" y="501560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2"/>
                                  <a:pt x="116731" y="35052"/>
                                  <a:pt x="120033" y="51689"/>
                                </a:cubicBezTo>
                                <a:cubicBezTo>
                                  <a:pt x="123208" y="68326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5"/>
                                  <a:pt x="108603" y="122936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1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9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4317404" y="506259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7"/>
                                  <a:pt x="172593" y="152527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7"/>
                                  <a:pt x="89916" y="177927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4604298" y="504100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373" y="99060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59"/>
                                </a:cubicBezTo>
                                <a:cubicBezTo>
                                  <a:pt x="98425" y="2159"/>
                                  <a:pt x="125349" y="2159"/>
                                  <a:pt x="152146" y="2159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4879252" y="506834"/>
                            <a:ext cx="132586" cy="2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6" h="207705">
                                <a:moveTo>
                                  <a:pt x="132586" y="0"/>
                                </a:moveTo>
                                <a:lnTo>
                                  <a:pt x="132586" y="52950"/>
                                </a:lnTo>
                                <a:lnTo>
                                  <a:pt x="118110" y="61655"/>
                                </a:lnTo>
                                <a:cubicBezTo>
                                  <a:pt x="107442" y="70418"/>
                                  <a:pt x="98679" y="83753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9"/>
                                </a:cubicBezTo>
                                <a:cubicBezTo>
                                  <a:pt x="94361" y="150682"/>
                                  <a:pt x="102489" y="155000"/>
                                  <a:pt x="113919" y="155000"/>
                                </a:cubicBezTo>
                                <a:cubicBezTo>
                                  <a:pt x="119761" y="155000"/>
                                  <a:pt x="125444" y="153984"/>
                                  <a:pt x="130953" y="151873"/>
                                </a:cubicBezTo>
                                <a:lnTo>
                                  <a:pt x="132586" y="150882"/>
                                </a:lnTo>
                                <a:lnTo>
                                  <a:pt x="132586" y="202493"/>
                                </a:lnTo>
                                <a:lnTo>
                                  <a:pt x="94869" y="207705"/>
                                </a:lnTo>
                                <a:cubicBezTo>
                                  <a:pt x="60960" y="207705"/>
                                  <a:pt x="36322" y="199704"/>
                                  <a:pt x="21717" y="182813"/>
                                </a:cubicBezTo>
                                <a:cubicBezTo>
                                  <a:pt x="3429" y="162112"/>
                                  <a:pt x="0" y="135315"/>
                                  <a:pt x="11557" y="101787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2"/>
                                </a:cubicBezTo>
                                <a:cubicBezTo>
                                  <a:pt x="85534" y="14729"/>
                                  <a:pt x="100901" y="7172"/>
                                  <a:pt x="117316" y="2172"/>
                                </a:cubicBezTo>
                                <a:lnTo>
                                  <a:pt x="132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11839" y="501560"/>
                            <a:ext cx="130939" cy="20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9" h="207767">
                                <a:moveTo>
                                  <a:pt x="37086" y="0"/>
                                </a:moveTo>
                                <a:cubicBezTo>
                                  <a:pt x="79377" y="0"/>
                                  <a:pt x="107063" y="11811"/>
                                  <a:pt x="120144" y="35560"/>
                                </a:cubicBezTo>
                                <a:cubicBezTo>
                                  <a:pt x="130558" y="54610"/>
                                  <a:pt x="130939" y="78105"/>
                                  <a:pt x="121414" y="105918"/>
                                </a:cubicBezTo>
                                <a:cubicBezTo>
                                  <a:pt x="110619" y="137414"/>
                                  <a:pt x="90426" y="162687"/>
                                  <a:pt x="61978" y="182880"/>
                                </a:cubicBezTo>
                                <a:cubicBezTo>
                                  <a:pt x="47817" y="193104"/>
                                  <a:pt x="32355" y="200628"/>
                                  <a:pt x="15702" y="205597"/>
                                </a:cubicBezTo>
                                <a:lnTo>
                                  <a:pt x="0" y="207767"/>
                                </a:lnTo>
                                <a:lnTo>
                                  <a:pt x="0" y="156155"/>
                                </a:lnTo>
                                <a:lnTo>
                                  <a:pt x="14353" y="147447"/>
                                </a:lnTo>
                                <a:cubicBezTo>
                                  <a:pt x="24894" y="138684"/>
                                  <a:pt x="33657" y="125222"/>
                                  <a:pt x="40261" y="106172"/>
                                </a:cubicBezTo>
                                <a:cubicBezTo>
                                  <a:pt x="46230" y="88392"/>
                                  <a:pt x="47246" y="75311"/>
                                  <a:pt x="42801" y="66675"/>
                                </a:cubicBezTo>
                                <a:cubicBezTo>
                                  <a:pt x="38356" y="58039"/>
                                  <a:pt x="30355" y="53721"/>
                                  <a:pt x="19179" y="53721"/>
                                </a:cubicBezTo>
                                <a:cubicBezTo>
                                  <a:pt x="13337" y="53721"/>
                                  <a:pt x="7590" y="54832"/>
                                  <a:pt x="1970" y="57039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4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5136172" y="506259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3"/>
                                  <a:pt x="101473" y="143891"/>
                                  <a:pt x="97409" y="155702"/>
                                </a:cubicBezTo>
                                <a:cubicBezTo>
                                  <a:pt x="106299" y="155702"/>
                                  <a:pt x="115062" y="155702"/>
                                  <a:pt x="123952" y="155702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5261755" y="506259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4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4"/>
                                  <a:pt x="108732" y="78232"/>
                                </a:cubicBezTo>
                                <a:cubicBezTo>
                                  <a:pt x="97937" y="86614"/>
                                  <a:pt x="85237" y="91821"/>
                                  <a:pt x="71648" y="94615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7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7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4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8"/>
                                  <a:pt x="44216" y="45212"/>
                                  <a:pt x="29992" y="45212"/>
                                </a:cubicBezTo>
                                <a:cubicBezTo>
                                  <a:pt x="23515" y="45212"/>
                                  <a:pt x="17165" y="45212"/>
                                  <a:pt x="10688" y="45212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5388903" y="506259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1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90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4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5676176" y="428662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6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2"/>
                                  <a:pt x="213361" y="41910"/>
                                  <a:pt x="209297" y="53721"/>
                                </a:cubicBezTo>
                                <a:cubicBezTo>
                                  <a:pt x="193040" y="53721"/>
                                  <a:pt x="176912" y="53721"/>
                                  <a:pt x="160782" y="53721"/>
                                </a:cubicBezTo>
                                <a:cubicBezTo>
                                  <a:pt x="155067" y="70358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8"/>
                                  <a:pt x="225425" y="72898"/>
                                </a:cubicBezTo>
                                <a:cubicBezTo>
                                  <a:pt x="248920" y="72898"/>
                                  <a:pt x="264287" y="79883"/>
                                  <a:pt x="271399" y="93472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8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8"/>
                                  <a:pt x="165609" y="133858"/>
                                </a:cubicBezTo>
                                <a:cubicBezTo>
                                  <a:pt x="155067" y="133858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1"/>
                                </a:cubicBezTo>
                                <a:cubicBezTo>
                                  <a:pt x="72010" y="53721"/>
                                  <a:pt x="64136" y="53721"/>
                                  <a:pt x="56262" y="53721"/>
                                </a:cubicBezTo>
                                <a:cubicBezTo>
                                  <a:pt x="60325" y="41910"/>
                                  <a:pt x="64643" y="29972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6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80037" y="4239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8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6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8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5979453" y="4239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8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6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8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890" y="404504"/>
                            <a:ext cx="165125" cy="28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5" h="284889">
                                <a:moveTo>
                                  <a:pt x="165125" y="0"/>
                                </a:moveTo>
                                <a:lnTo>
                                  <a:pt x="165125" y="65091"/>
                                </a:lnTo>
                                <a:lnTo>
                                  <a:pt x="142291" y="78387"/>
                                </a:lnTo>
                                <a:cubicBezTo>
                                  <a:pt x="127114" y="91087"/>
                                  <a:pt x="114122" y="111407"/>
                                  <a:pt x="104216" y="139982"/>
                                </a:cubicBezTo>
                                <a:cubicBezTo>
                                  <a:pt x="94234" y="168430"/>
                                  <a:pt x="92634" y="188750"/>
                                  <a:pt x="99035" y="201196"/>
                                </a:cubicBezTo>
                                <a:cubicBezTo>
                                  <a:pt x="105448" y="213769"/>
                                  <a:pt x="118072" y="219865"/>
                                  <a:pt x="136919" y="219865"/>
                                </a:cubicBezTo>
                                <a:cubicBezTo>
                                  <a:pt x="146533" y="219865"/>
                                  <a:pt x="155696" y="218341"/>
                                  <a:pt x="164294" y="215293"/>
                                </a:cubicBezTo>
                                <a:lnTo>
                                  <a:pt x="165125" y="214817"/>
                                </a:lnTo>
                                <a:lnTo>
                                  <a:pt x="165125" y="279896"/>
                                </a:lnTo>
                                <a:lnTo>
                                  <a:pt x="163139" y="280539"/>
                                </a:lnTo>
                                <a:cubicBezTo>
                                  <a:pt x="148628" y="283460"/>
                                  <a:pt x="133293" y="284889"/>
                                  <a:pt x="117132" y="284889"/>
                                </a:cubicBezTo>
                                <a:cubicBezTo>
                                  <a:pt x="84341" y="284889"/>
                                  <a:pt x="58903" y="280062"/>
                                  <a:pt x="41085" y="269649"/>
                                </a:cubicBezTo>
                                <a:cubicBezTo>
                                  <a:pt x="23190" y="259489"/>
                                  <a:pt x="11214" y="243741"/>
                                  <a:pt x="5664" y="221770"/>
                                </a:cubicBezTo>
                                <a:cubicBezTo>
                                  <a:pt x="0" y="199925"/>
                                  <a:pt x="3023" y="172494"/>
                                  <a:pt x="14326" y="139600"/>
                                </a:cubicBezTo>
                                <a:cubicBezTo>
                                  <a:pt x="30163" y="93627"/>
                                  <a:pt x="56451" y="58194"/>
                                  <a:pt x="91694" y="32412"/>
                                </a:cubicBezTo>
                                <a:cubicBezTo>
                                  <a:pt x="109315" y="19459"/>
                                  <a:pt x="128514" y="9870"/>
                                  <a:pt x="149209" y="3520"/>
                                </a:cubicBezTo>
                                <a:lnTo>
                                  <a:pt x="165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4015" y="398563"/>
                            <a:ext cx="167145" cy="28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5" h="285837">
                                <a:moveTo>
                                  <a:pt x="50572" y="0"/>
                                </a:moveTo>
                                <a:cubicBezTo>
                                  <a:pt x="98946" y="0"/>
                                  <a:pt x="132220" y="12192"/>
                                  <a:pt x="149365" y="37592"/>
                                </a:cubicBezTo>
                                <a:cubicBezTo>
                                  <a:pt x="166383" y="62865"/>
                                  <a:pt x="167145" y="97917"/>
                                  <a:pt x="151270" y="143256"/>
                                </a:cubicBezTo>
                                <a:cubicBezTo>
                                  <a:pt x="139967" y="176149"/>
                                  <a:pt x="124600" y="202946"/>
                                  <a:pt x="105931" y="224155"/>
                                </a:cubicBezTo>
                                <a:cubicBezTo>
                                  <a:pt x="87262" y="245364"/>
                                  <a:pt x="64517" y="261366"/>
                                  <a:pt x="39079" y="273177"/>
                                </a:cubicBezTo>
                                <a:lnTo>
                                  <a:pt x="0" y="285837"/>
                                </a:lnTo>
                                <a:lnTo>
                                  <a:pt x="0" y="220758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8" y="195326"/>
                                  <a:pt x="51131" y="173736"/>
                                  <a:pt x="61875" y="142113"/>
                                </a:cubicBezTo>
                                <a:cubicBezTo>
                                  <a:pt x="71006" y="115570"/>
                                  <a:pt x="72403" y="96266"/>
                                  <a:pt x="65799" y="83947"/>
                                </a:cubicBezTo>
                                <a:cubicBezTo>
                                  <a:pt x="59233" y="71755"/>
                                  <a:pt x="46241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2"/>
                                </a:lnTo>
                                <a:lnTo>
                                  <a:pt x="0" y="5941"/>
                                </a:lnTo>
                                <a:lnTo>
                                  <a:pt x="16238" y="2349"/>
                                </a:lnTo>
                                <a:cubicBezTo>
                                  <a:pt x="27322" y="778"/>
                                  <a:pt x="387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324142" y="403262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111415" y="607097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3"/>
                                  <a:pt x="114173" y="42799"/>
                                  <a:pt x="106807" y="64262"/>
                                </a:cubicBezTo>
                                <a:cubicBezTo>
                                  <a:pt x="98552" y="87884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5"/>
                                  <a:pt x="35052" y="145796"/>
                                  <a:pt x="6858" y="156591"/>
                                </a:cubicBezTo>
                                <a:cubicBezTo>
                                  <a:pt x="4572" y="145161"/>
                                  <a:pt x="2286" y="133858"/>
                                  <a:pt x="0" y="122428"/>
                                </a:cubicBezTo>
                                <a:cubicBezTo>
                                  <a:pt x="17653" y="115316"/>
                                  <a:pt x="30861" y="108712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2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010958" y="607097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3"/>
                                  <a:pt x="114046" y="42799"/>
                                  <a:pt x="106680" y="64262"/>
                                </a:cubicBezTo>
                                <a:cubicBezTo>
                                  <a:pt x="98552" y="87884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5"/>
                                  <a:pt x="35052" y="145796"/>
                                  <a:pt x="6604" y="156591"/>
                                </a:cubicBezTo>
                                <a:cubicBezTo>
                                  <a:pt x="4445" y="145161"/>
                                  <a:pt x="2159" y="133858"/>
                                  <a:pt x="0" y="122428"/>
                                </a:cubicBezTo>
                                <a:cubicBezTo>
                                  <a:pt x="17526" y="115316"/>
                                  <a:pt x="30734" y="108712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2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302804" y="403262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8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8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509814" y="480859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6"/>
                                  <a:pt x="163830" y="30099"/>
                                </a:cubicBezTo>
                                <a:lnTo>
                                  <a:pt x="179427" y="18002"/>
                                </a:lnTo>
                                <a:lnTo>
                                  <a:pt x="179427" y="57229"/>
                                </a:lnTo>
                                <a:lnTo>
                                  <a:pt x="167640" y="64389"/>
                                </a:lnTo>
                                <a:cubicBezTo>
                                  <a:pt x="157988" y="72390"/>
                                  <a:pt x="149860" y="84963"/>
                                  <a:pt x="143891" y="102362"/>
                                </a:cubicBezTo>
                                <a:cubicBezTo>
                                  <a:pt x="138176" y="118618"/>
                                  <a:pt x="137541" y="130429"/>
                                  <a:pt x="141859" y="138303"/>
                                </a:cubicBezTo>
                                <a:cubicBezTo>
                                  <a:pt x="145923" y="146177"/>
                                  <a:pt x="153543" y="149987"/>
                                  <a:pt x="164211" y="149987"/>
                                </a:cubicBezTo>
                                <a:cubicBezTo>
                                  <a:pt x="168846" y="149987"/>
                                  <a:pt x="173546" y="149035"/>
                                  <a:pt x="178181" y="147145"/>
                                </a:cubicBezTo>
                                <a:lnTo>
                                  <a:pt x="179427" y="146370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8120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689241" y="476160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7"/>
                                  <a:pt x="118896" y="31369"/>
                                </a:cubicBezTo>
                                <a:cubicBezTo>
                                  <a:pt x="126897" y="52197"/>
                                  <a:pt x="125500" y="77851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3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8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90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1"/>
                                </a:cubicBezTo>
                                <a:cubicBezTo>
                                  <a:pt x="34187" y="61214"/>
                                  <a:pt x="27456" y="57404"/>
                                  <a:pt x="17931" y="57404"/>
                                </a:cubicBezTo>
                                <a:cubicBezTo>
                                  <a:pt x="12724" y="57404"/>
                                  <a:pt x="7644" y="58357"/>
                                  <a:pt x="2691" y="60293"/>
                                </a:cubicBezTo>
                                <a:lnTo>
                                  <a:pt x="0" y="61928"/>
                                </a:lnTo>
                                <a:lnTo>
                                  <a:pt x="0" y="22700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7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1811058" y="563076"/>
                            <a:ext cx="130740" cy="12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4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3"/>
                                </a:lnTo>
                                <a:cubicBezTo>
                                  <a:pt x="107728" y="43386"/>
                                  <a:pt x="103314" y="45418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2"/>
                                </a:cubicBezTo>
                                <a:cubicBezTo>
                                  <a:pt x="86360" y="68024"/>
                                  <a:pt x="86995" y="72978"/>
                                  <a:pt x="89916" y="76787"/>
                                </a:cubicBezTo>
                                <a:cubicBezTo>
                                  <a:pt x="92837" y="80852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4"/>
                                  <a:pt x="61722" y="126064"/>
                                </a:cubicBezTo>
                                <a:cubicBezTo>
                                  <a:pt x="36576" y="126064"/>
                                  <a:pt x="19431" y="120603"/>
                                  <a:pt x="10668" y="109299"/>
                                </a:cubicBezTo>
                                <a:cubicBezTo>
                                  <a:pt x="1524" y="97869"/>
                                  <a:pt x="0" y="84154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1855127" y="479789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941798" y="476160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7"/>
                                </a:cubicBezTo>
                                <a:cubicBezTo>
                                  <a:pt x="115005" y="6604"/>
                                  <a:pt x="125546" y="12065"/>
                                  <a:pt x="132404" y="20447"/>
                                </a:cubicBezTo>
                                <a:cubicBezTo>
                                  <a:pt x="136976" y="26162"/>
                                  <a:pt x="139643" y="34290"/>
                                  <a:pt x="139897" y="44704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1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2"/>
                                </a:cubicBezTo>
                                <a:cubicBezTo>
                                  <a:pt x="97098" y="193040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3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5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4"/>
                                  <a:pt x="20771" y="154051"/>
                                  <a:pt x="25978" y="147828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5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3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7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7"/>
                                  <a:pt x="57220" y="72390"/>
                                </a:cubicBezTo>
                                <a:cubicBezTo>
                                  <a:pt x="60522" y="62865"/>
                                  <a:pt x="60903" y="56134"/>
                                  <a:pt x="58109" y="52197"/>
                                </a:cubicBezTo>
                                <a:cubicBezTo>
                                  <a:pt x="55442" y="48387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1"/>
                                  <a:pt x="6547" y="52578"/>
                                </a:cubicBezTo>
                                <a:lnTo>
                                  <a:pt x="0" y="58945"/>
                                </a:lnTo>
                                <a:lnTo>
                                  <a:pt x="0" y="3629"/>
                                </a:lnTo>
                                <a:lnTo>
                                  <a:pt x="1213" y="3302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2007654" y="480859"/>
                            <a:ext cx="22656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2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40"/>
                                  <a:pt x="179959" y="131572"/>
                                  <a:pt x="157226" y="197612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9"/>
                                </a:cubicBezTo>
                                <a:cubicBezTo>
                                  <a:pt x="125476" y="261747"/>
                                  <a:pt x="115443" y="270002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2"/>
                                  <a:pt x="55753" y="286512"/>
                                </a:cubicBezTo>
                                <a:cubicBezTo>
                                  <a:pt x="40132" y="286512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90"/>
                                  <a:pt x="45593" y="224790"/>
                                </a:cubicBezTo>
                                <a:cubicBezTo>
                                  <a:pt x="52578" y="224790"/>
                                  <a:pt x="58674" y="222504"/>
                                  <a:pt x="63754" y="218186"/>
                                </a:cubicBezTo>
                                <a:cubicBezTo>
                                  <a:pt x="68834" y="213487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7"/>
                                  <a:pt x="123698" y="63754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2161832" y="403262"/>
                            <a:ext cx="99822" cy="5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1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1"/>
                                </a:cubicBezTo>
                                <a:cubicBezTo>
                                  <a:pt x="53975" y="53721"/>
                                  <a:pt x="26924" y="53721"/>
                                  <a:pt x="0" y="53721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2214029" y="478700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246" y="99060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59"/>
                                </a:cubicBezTo>
                                <a:cubicBezTo>
                                  <a:pt x="98298" y="2159"/>
                                  <a:pt x="125222" y="2159"/>
                                  <a:pt x="152146" y="2159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2488984" y="481428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5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9"/>
                                  <a:pt x="92329" y="101665"/>
                                </a:cubicBezTo>
                                <a:cubicBezTo>
                                  <a:pt x="86106" y="119953"/>
                                  <a:pt x="85344" y="133288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0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9"/>
                                </a:cubicBezTo>
                                <a:cubicBezTo>
                                  <a:pt x="3302" y="162118"/>
                                  <a:pt x="0" y="135321"/>
                                  <a:pt x="11557" y="101793"/>
                                </a:cubicBezTo>
                                <a:cubicBezTo>
                                  <a:pt x="22098" y="70677"/>
                                  <a:pt x="42545" y="45277"/>
                                  <a:pt x="71120" y="24958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621516" y="476160"/>
                            <a:ext cx="130866" cy="20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5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1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4"/>
                                  <a:pt x="90481" y="162687"/>
                                  <a:pt x="62032" y="182880"/>
                                </a:cubicBezTo>
                                <a:cubicBezTo>
                                  <a:pt x="47872" y="193104"/>
                                  <a:pt x="32410" y="200628"/>
                                  <a:pt x="15757" y="205597"/>
                                </a:cubicBezTo>
                                <a:lnTo>
                                  <a:pt x="0" y="207775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1"/>
                                  <a:pt x="42728" y="66675"/>
                                </a:cubicBezTo>
                                <a:cubicBezTo>
                                  <a:pt x="38283" y="58039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9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910751" y="398563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1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2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8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2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28251" y="480859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406940" y="563088"/>
                            <a:ext cx="130677" cy="12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2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6"/>
                                  <a:pt x="90297" y="56455"/>
                                  <a:pt x="88519" y="61790"/>
                                </a:cubicBezTo>
                                <a:cubicBezTo>
                                  <a:pt x="86360" y="68012"/>
                                  <a:pt x="86995" y="72966"/>
                                  <a:pt x="89916" y="76775"/>
                                </a:cubicBezTo>
                                <a:cubicBezTo>
                                  <a:pt x="92837" y="80840"/>
                                  <a:pt x="98933" y="82744"/>
                                  <a:pt x="107315" y="82744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69"/>
                                </a:lnTo>
                                <a:cubicBezTo>
                                  <a:pt x="98298" y="123384"/>
                                  <a:pt x="80645" y="126052"/>
                                  <a:pt x="61722" y="126052"/>
                                </a:cubicBezTo>
                                <a:cubicBezTo>
                                  <a:pt x="36449" y="126052"/>
                                  <a:pt x="19304" y="120591"/>
                                  <a:pt x="10541" y="109287"/>
                                </a:cubicBezTo>
                                <a:cubicBezTo>
                                  <a:pt x="1524" y="97857"/>
                                  <a:pt x="0" y="84142"/>
                                  <a:pt x="5588" y="67631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1"/>
                                  <a:pt x="65913" y="12132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451009" y="479806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784" y="64298"/>
                                  <a:pt x="24892" y="61759"/>
                                  <a:pt x="0" y="59219"/>
                                </a:cubicBezTo>
                                <a:cubicBezTo>
                                  <a:pt x="7366" y="46010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537617" y="476160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7"/>
                                </a:cubicBezTo>
                                <a:cubicBezTo>
                                  <a:pt x="115068" y="6604"/>
                                  <a:pt x="125609" y="12065"/>
                                  <a:pt x="132467" y="20447"/>
                                </a:cubicBezTo>
                                <a:cubicBezTo>
                                  <a:pt x="137166" y="26162"/>
                                  <a:pt x="139833" y="34290"/>
                                  <a:pt x="139960" y="44704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1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2"/>
                                </a:cubicBezTo>
                                <a:cubicBezTo>
                                  <a:pt x="97161" y="193040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3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5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4"/>
                                  <a:pt x="20834" y="154051"/>
                                  <a:pt x="26041" y="147828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5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400"/>
                                </a:lnTo>
                                <a:lnTo>
                                  <a:pt x="0" y="86928"/>
                                </a:lnTo>
                                <a:lnTo>
                                  <a:pt x="2324" y="86487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7"/>
                                  <a:pt x="57283" y="72390"/>
                                </a:cubicBezTo>
                                <a:cubicBezTo>
                                  <a:pt x="60585" y="62865"/>
                                  <a:pt x="60966" y="56134"/>
                                  <a:pt x="58172" y="52197"/>
                                </a:cubicBezTo>
                                <a:cubicBezTo>
                                  <a:pt x="55505" y="48387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1"/>
                                  <a:pt x="6610" y="52578"/>
                                </a:cubicBezTo>
                                <a:lnTo>
                                  <a:pt x="0" y="58963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2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677323" y="480859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6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3"/>
                                  <a:pt x="116205" y="118491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4034574" y="479883"/>
                            <a:ext cx="139047" cy="20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7">
                                <a:moveTo>
                                  <a:pt x="139047" y="0"/>
                                </a:moveTo>
                                <a:lnTo>
                                  <a:pt x="139047" y="45366"/>
                                </a:lnTo>
                                <a:lnTo>
                                  <a:pt x="134350" y="46284"/>
                                </a:lnTo>
                                <a:cubicBezTo>
                                  <a:pt x="128365" y="48729"/>
                                  <a:pt x="122618" y="52411"/>
                                  <a:pt x="117094" y="57364"/>
                                </a:cubicBezTo>
                                <a:cubicBezTo>
                                  <a:pt x="109982" y="63460"/>
                                  <a:pt x="103505" y="72604"/>
                                  <a:pt x="98044" y="84797"/>
                                </a:cubicBezTo>
                                <a:lnTo>
                                  <a:pt x="139047" y="84797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8"/>
                                  <a:pt x="82042" y="144105"/>
                                  <a:pt x="85344" y="150201"/>
                                </a:cubicBezTo>
                                <a:cubicBezTo>
                                  <a:pt x="90043" y="159091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2"/>
                                  <a:pt x="135890" y="157695"/>
                                </a:cubicBezTo>
                                <a:lnTo>
                                  <a:pt x="139047" y="155526"/>
                                </a:lnTo>
                                <a:lnTo>
                                  <a:pt x="139047" y="205438"/>
                                </a:lnTo>
                                <a:lnTo>
                                  <a:pt x="137033" y="206018"/>
                                </a:lnTo>
                                <a:cubicBezTo>
                                  <a:pt x="123889" y="208209"/>
                                  <a:pt x="109284" y="209257"/>
                                  <a:pt x="93218" y="209257"/>
                                </a:cubicBezTo>
                                <a:cubicBezTo>
                                  <a:pt x="65278" y="209257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7"/>
                                  <a:pt x="9144" y="178268"/>
                                  <a:pt x="4572" y="161504"/>
                                </a:cubicBezTo>
                                <a:cubicBezTo>
                                  <a:pt x="0" y="144995"/>
                                  <a:pt x="1524" y="125690"/>
                                  <a:pt x="9144" y="103211"/>
                                </a:cubicBezTo>
                                <a:cubicBezTo>
                                  <a:pt x="20320" y="71208"/>
                                  <a:pt x="40259" y="45934"/>
                                  <a:pt x="68072" y="25868"/>
                                </a:cubicBezTo>
                                <a:cubicBezTo>
                                  <a:pt x="81979" y="15835"/>
                                  <a:pt x="97155" y="8438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4173621" y="624750"/>
                            <a:ext cx="92474" cy="6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0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5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0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4173621" y="476160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2"/>
                                  <a:pt x="116731" y="35052"/>
                                  <a:pt x="120033" y="51689"/>
                                </a:cubicBezTo>
                                <a:cubicBezTo>
                                  <a:pt x="123208" y="68326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5"/>
                                  <a:pt x="108603" y="122936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1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9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292004" y="480859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7"/>
                                  <a:pt x="172593" y="152527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7"/>
                                  <a:pt x="89916" y="177927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78898" y="478700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373" y="99060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59"/>
                                </a:cubicBezTo>
                                <a:cubicBezTo>
                                  <a:pt x="98425" y="2159"/>
                                  <a:pt x="125349" y="2159"/>
                                  <a:pt x="152146" y="2159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853852" y="481434"/>
                            <a:ext cx="132585" cy="2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5" h="207705">
                                <a:moveTo>
                                  <a:pt x="132585" y="0"/>
                                </a:moveTo>
                                <a:lnTo>
                                  <a:pt x="132585" y="52950"/>
                                </a:lnTo>
                                <a:lnTo>
                                  <a:pt x="118110" y="61655"/>
                                </a:lnTo>
                                <a:cubicBezTo>
                                  <a:pt x="107442" y="70418"/>
                                  <a:pt x="98679" y="83753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9"/>
                                </a:cubicBezTo>
                                <a:cubicBezTo>
                                  <a:pt x="94361" y="150682"/>
                                  <a:pt x="102489" y="155000"/>
                                  <a:pt x="113919" y="155000"/>
                                </a:cubicBezTo>
                                <a:cubicBezTo>
                                  <a:pt x="119761" y="155000"/>
                                  <a:pt x="125444" y="153984"/>
                                  <a:pt x="130953" y="151873"/>
                                </a:cubicBezTo>
                                <a:lnTo>
                                  <a:pt x="132585" y="150882"/>
                                </a:lnTo>
                                <a:lnTo>
                                  <a:pt x="132585" y="202493"/>
                                </a:lnTo>
                                <a:lnTo>
                                  <a:pt x="94869" y="207705"/>
                                </a:lnTo>
                                <a:cubicBezTo>
                                  <a:pt x="60960" y="207705"/>
                                  <a:pt x="36322" y="199704"/>
                                  <a:pt x="21717" y="182813"/>
                                </a:cubicBezTo>
                                <a:cubicBezTo>
                                  <a:pt x="3429" y="162112"/>
                                  <a:pt x="0" y="135315"/>
                                  <a:pt x="11557" y="101787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2"/>
                                </a:cubicBezTo>
                                <a:cubicBezTo>
                                  <a:pt x="85534" y="14729"/>
                                  <a:pt x="100901" y="7172"/>
                                  <a:pt x="117316" y="2171"/>
                                </a:cubicBezTo>
                                <a:lnTo>
                                  <a:pt x="132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4986437" y="476160"/>
                            <a:ext cx="130940" cy="20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40" h="207767">
                                <a:moveTo>
                                  <a:pt x="37086" y="0"/>
                                </a:moveTo>
                                <a:cubicBezTo>
                                  <a:pt x="79378" y="0"/>
                                  <a:pt x="107064" y="11811"/>
                                  <a:pt x="120145" y="35560"/>
                                </a:cubicBezTo>
                                <a:cubicBezTo>
                                  <a:pt x="130559" y="54610"/>
                                  <a:pt x="130940" y="78105"/>
                                  <a:pt x="121415" y="105918"/>
                                </a:cubicBezTo>
                                <a:cubicBezTo>
                                  <a:pt x="110620" y="137414"/>
                                  <a:pt x="90427" y="162687"/>
                                  <a:pt x="61979" y="182880"/>
                                </a:cubicBezTo>
                                <a:cubicBezTo>
                                  <a:pt x="47818" y="193104"/>
                                  <a:pt x="32356" y="200628"/>
                                  <a:pt x="15703" y="205597"/>
                                </a:cubicBezTo>
                                <a:lnTo>
                                  <a:pt x="0" y="207767"/>
                                </a:lnTo>
                                <a:lnTo>
                                  <a:pt x="0" y="156156"/>
                                </a:lnTo>
                                <a:lnTo>
                                  <a:pt x="14354" y="147447"/>
                                </a:lnTo>
                                <a:cubicBezTo>
                                  <a:pt x="24895" y="138684"/>
                                  <a:pt x="33658" y="125222"/>
                                  <a:pt x="40261" y="106172"/>
                                </a:cubicBezTo>
                                <a:cubicBezTo>
                                  <a:pt x="46231" y="88392"/>
                                  <a:pt x="47247" y="75311"/>
                                  <a:pt x="42802" y="66675"/>
                                </a:cubicBezTo>
                                <a:cubicBezTo>
                                  <a:pt x="38357" y="58039"/>
                                  <a:pt x="30356" y="53721"/>
                                  <a:pt x="19179" y="53721"/>
                                </a:cubicBezTo>
                                <a:cubicBezTo>
                                  <a:pt x="13338" y="53721"/>
                                  <a:pt x="7591" y="54832"/>
                                  <a:pt x="1971" y="57039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4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5110772" y="480859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3"/>
                                  <a:pt x="101473" y="143891"/>
                                  <a:pt x="97409" y="155702"/>
                                </a:cubicBezTo>
                                <a:cubicBezTo>
                                  <a:pt x="106299" y="155702"/>
                                  <a:pt x="115062" y="155702"/>
                                  <a:pt x="123952" y="155702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5236355" y="480859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4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4"/>
                                  <a:pt x="108732" y="78232"/>
                                </a:cubicBezTo>
                                <a:cubicBezTo>
                                  <a:pt x="97937" y="86614"/>
                                  <a:pt x="85237" y="91821"/>
                                  <a:pt x="71648" y="94615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7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7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4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8"/>
                                  <a:pt x="44216" y="45212"/>
                                  <a:pt x="29992" y="45212"/>
                                </a:cubicBezTo>
                                <a:cubicBezTo>
                                  <a:pt x="23515" y="45212"/>
                                  <a:pt x="17165" y="45212"/>
                                  <a:pt x="10688" y="45212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363503" y="480859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1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90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4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650776" y="403262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6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2"/>
                                  <a:pt x="213361" y="41910"/>
                                  <a:pt x="209297" y="53721"/>
                                </a:cubicBezTo>
                                <a:cubicBezTo>
                                  <a:pt x="193040" y="53721"/>
                                  <a:pt x="176912" y="53721"/>
                                  <a:pt x="160782" y="53721"/>
                                </a:cubicBezTo>
                                <a:cubicBezTo>
                                  <a:pt x="155067" y="70358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8"/>
                                  <a:pt x="225425" y="72898"/>
                                </a:cubicBezTo>
                                <a:cubicBezTo>
                                  <a:pt x="248920" y="72898"/>
                                  <a:pt x="264287" y="79883"/>
                                  <a:pt x="271399" y="93472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8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8"/>
                                  <a:pt x="165609" y="133858"/>
                                </a:cubicBezTo>
                                <a:cubicBezTo>
                                  <a:pt x="155067" y="133858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1"/>
                                </a:cubicBezTo>
                                <a:cubicBezTo>
                                  <a:pt x="72010" y="53721"/>
                                  <a:pt x="64136" y="53721"/>
                                  <a:pt x="56262" y="53721"/>
                                </a:cubicBezTo>
                                <a:cubicBezTo>
                                  <a:pt x="60325" y="41910"/>
                                  <a:pt x="64643" y="29972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6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54637" y="3985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8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6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8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954053" y="3985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8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6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8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8890" y="398563"/>
                            <a:ext cx="332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70" h="290830">
                                <a:moveTo>
                                  <a:pt x="14326" y="145542"/>
                                </a:moveTo>
                                <a:cubicBezTo>
                                  <a:pt x="30163" y="99568"/>
                                  <a:pt x="56451" y="64135"/>
                                  <a:pt x="91694" y="38353"/>
                                </a:cubicBezTo>
                                <a:cubicBezTo>
                                  <a:pt x="126936" y="12446"/>
                                  <a:pt x="168491" y="0"/>
                                  <a:pt x="215697" y="0"/>
                                </a:cubicBezTo>
                                <a:cubicBezTo>
                                  <a:pt x="264071" y="0"/>
                                  <a:pt x="297345" y="12192"/>
                                  <a:pt x="314490" y="37592"/>
                                </a:cubicBezTo>
                                <a:cubicBezTo>
                                  <a:pt x="331508" y="62865"/>
                                  <a:pt x="332270" y="97917"/>
                                  <a:pt x="316395" y="143256"/>
                                </a:cubicBezTo>
                                <a:cubicBezTo>
                                  <a:pt x="305092" y="176149"/>
                                  <a:pt x="289725" y="202946"/>
                                  <a:pt x="271056" y="224155"/>
                                </a:cubicBezTo>
                                <a:cubicBezTo>
                                  <a:pt x="252387" y="245364"/>
                                  <a:pt x="229641" y="261366"/>
                                  <a:pt x="204203" y="273177"/>
                                </a:cubicBezTo>
                                <a:cubicBezTo>
                                  <a:pt x="178473" y="285115"/>
                                  <a:pt x="149454" y="290830"/>
                                  <a:pt x="117132" y="290830"/>
                                </a:cubicBezTo>
                                <a:cubicBezTo>
                                  <a:pt x="84341" y="290830"/>
                                  <a:pt x="58903" y="286003"/>
                                  <a:pt x="41085" y="275590"/>
                                </a:cubicBezTo>
                                <a:cubicBezTo>
                                  <a:pt x="23190" y="265430"/>
                                  <a:pt x="11214" y="249682"/>
                                  <a:pt x="5664" y="227711"/>
                                </a:cubicBezTo>
                                <a:cubicBezTo>
                                  <a:pt x="0" y="205867"/>
                                  <a:pt x="3023" y="178435"/>
                                  <a:pt x="14326" y="14554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1524" y="464349"/>
                            <a:ext cx="1448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94" h="160020">
                                <a:moveTo>
                                  <a:pt x="11582" y="80137"/>
                                </a:moveTo>
                                <a:cubicBezTo>
                                  <a:pt x="1600" y="108585"/>
                                  <a:pt x="0" y="128905"/>
                                  <a:pt x="6401" y="141351"/>
                                </a:cubicBezTo>
                                <a:cubicBezTo>
                                  <a:pt x="12814" y="153924"/>
                                  <a:pt x="25438" y="160020"/>
                                  <a:pt x="44285" y="160020"/>
                                </a:cubicBezTo>
                                <a:cubicBezTo>
                                  <a:pt x="63513" y="160020"/>
                                  <a:pt x="80937" y="153924"/>
                                  <a:pt x="95644" y="141732"/>
                                </a:cubicBezTo>
                                <a:cubicBezTo>
                                  <a:pt x="110439" y="129540"/>
                                  <a:pt x="123622" y="107950"/>
                                  <a:pt x="134366" y="76327"/>
                                </a:cubicBezTo>
                                <a:cubicBezTo>
                                  <a:pt x="143497" y="49784"/>
                                  <a:pt x="144894" y="30480"/>
                                  <a:pt x="138290" y="18161"/>
                                </a:cubicBezTo>
                                <a:cubicBezTo>
                                  <a:pt x="131724" y="5969"/>
                                  <a:pt x="118732" y="0"/>
                                  <a:pt x="99885" y="0"/>
                                </a:cubicBezTo>
                                <a:cubicBezTo>
                                  <a:pt x="81788" y="0"/>
                                  <a:pt x="64833" y="5969"/>
                                  <a:pt x="49657" y="18542"/>
                                </a:cubicBezTo>
                                <a:cubicBezTo>
                                  <a:pt x="34480" y="31242"/>
                                  <a:pt x="21488" y="51562"/>
                                  <a:pt x="11582" y="8013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24142" y="403262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391160" y="281305"/>
                                </a:move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10958" y="607097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3"/>
                                  <a:pt x="114046" y="42799"/>
                                  <a:pt x="106680" y="64262"/>
                                </a:cubicBezTo>
                                <a:cubicBezTo>
                                  <a:pt x="98552" y="87884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5"/>
                                  <a:pt x="35052" y="145796"/>
                                  <a:pt x="6604" y="156591"/>
                                </a:cubicBezTo>
                                <a:cubicBezTo>
                                  <a:pt x="4445" y="145161"/>
                                  <a:pt x="2159" y="133858"/>
                                  <a:pt x="0" y="122428"/>
                                </a:cubicBezTo>
                                <a:cubicBezTo>
                                  <a:pt x="17526" y="115316"/>
                                  <a:pt x="30734" y="108712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2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111415" y="607097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3"/>
                                  <a:pt x="114173" y="42799"/>
                                  <a:pt x="106807" y="64262"/>
                                </a:cubicBezTo>
                                <a:cubicBezTo>
                                  <a:pt x="98552" y="87884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5"/>
                                  <a:pt x="35052" y="145796"/>
                                  <a:pt x="6858" y="156591"/>
                                </a:cubicBezTo>
                                <a:cubicBezTo>
                                  <a:pt x="4572" y="145161"/>
                                  <a:pt x="2286" y="133858"/>
                                  <a:pt x="0" y="122428"/>
                                </a:cubicBezTo>
                                <a:cubicBezTo>
                                  <a:pt x="17653" y="115316"/>
                                  <a:pt x="30861" y="108712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2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302804" y="403262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8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8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509814" y="476160"/>
                            <a:ext cx="306324" cy="28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286004">
                                <a:moveTo>
                                  <a:pt x="0" y="286004"/>
                                </a:moveTo>
                                <a:cubicBezTo>
                                  <a:pt x="32385" y="192024"/>
                                  <a:pt x="66421" y="98679"/>
                                  <a:pt x="98806" y="4699"/>
                                </a:cubicBezTo>
                                <a:cubicBezTo>
                                  <a:pt x="123952" y="4699"/>
                                  <a:pt x="149098" y="4699"/>
                                  <a:pt x="174371" y="4699"/>
                                </a:cubicBezTo>
                                <a:cubicBezTo>
                                  <a:pt x="170942" y="14732"/>
                                  <a:pt x="167259" y="24765"/>
                                  <a:pt x="163830" y="34798"/>
                                </a:cubicBezTo>
                                <a:cubicBezTo>
                                  <a:pt x="178562" y="21971"/>
                                  <a:pt x="191389" y="13589"/>
                                  <a:pt x="201676" y="9144"/>
                                </a:cubicBezTo>
                                <a:cubicBezTo>
                                  <a:pt x="215519" y="3048"/>
                                  <a:pt x="229743" y="0"/>
                                  <a:pt x="243967" y="0"/>
                                </a:cubicBezTo>
                                <a:cubicBezTo>
                                  <a:pt x="272161" y="0"/>
                                  <a:pt x="290322" y="10287"/>
                                  <a:pt x="298323" y="31369"/>
                                </a:cubicBezTo>
                                <a:cubicBezTo>
                                  <a:pt x="306324" y="52197"/>
                                  <a:pt x="304927" y="77851"/>
                                  <a:pt x="294132" y="108585"/>
                                </a:cubicBezTo>
                                <a:cubicBezTo>
                                  <a:pt x="282448" y="142748"/>
                                  <a:pt x="264668" y="168021"/>
                                  <a:pt x="241808" y="186182"/>
                                </a:cubicBezTo>
                                <a:cubicBezTo>
                                  <a:pt x="218694" y="204216"/>
                                  <a:pt x="194183" y="212979"/>
                                  <a:pt x="168656" y="212979"/>
                                </a:cubicBezTo>
                                <a:cubicBezTo>
                                  <a:pt x="156083" y="212979"/>
                                  <a:pt x="145542" y="210947"/>
                                  <a:pt x="136906" y="206883"/>
                                </a:cubicBezTo>
                                <a:cubicBezTo>
                                  <a:pt x="127889" y="202819"/>
                                  <a:pt x="120904" y="196850"/>
                                  <a:pt x="115824" y="188722"/>
                                </a:cubicBezTo>
                                <a:cubicBezTo>
                                  <a:pt x="104521" y="221107"/>
                                  <a:pt x="92710" y="253492"/>
                                  <a:pt x="81534" y="286004"/>
                                </a:cubicBezTo>
                                <a:cubicBezTo>
                                  <a:pt x="54356" y="286004"/>
                                  <a:pt x="27178" y="286004"/>
                                  <a:pt x="0" y="286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647355" y="533564"/>
                            <a:ext cx="83820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7282">
                                <a:moveTo>
                                  <a:pt x="6350" y="49657"/>
                                </a:moveTo>
                                <a:cubicBezTo>
                                  <a:pt x="635" y="65913"/>
                                  <a:pt x="0" y="77724"/>
                                  <a:pt x="4318" y="85598"/>
                                </a:cubicBezTo>
                                <a:cubicBezTo>
                                  <a:pt x="8382" y="93472"/>
                                  <a:pt x="16002" y="97282"/>
                                  <a:pt x="26670" y="97282"/>
                                </a:cubicBezTo>
                                <a:cubicBezTo>
                                  <a:pt x="35941" y="97282"/>
                                  <a:pt x="45466" y="93472"/>
                                  <a:pt x="54229" y="85978"/>
                                </a:cubicBezTo>
                                <a:cubicBezTo>
                                  <a:pt x="63119" y="78486"/>
                                  <a:pt x="70866" y="65913"/>
                                  <a:pt x="77089" y="48006"/>
                                </a:cubicBezTo>
                                <a:cubicBezTo>
                                  <a:pt x="82677" y="31369"/>
                                  <a:pt x="83820" y="19431"/>
                                  <a:pt x="80137" y="11557"/>
                                </a:cubicBezTo>
                                <a:cubicBezTo>
                                  <a:pt x="76073" y="3810"/>
                                  <a:pt x="69342" y="0"/>
                                  <a:pt x="59817" y="0"/>
                                </a:cubicBezTo>
                                <a:cubicBezTo>
                                  <a:pt x="49403" y="0"/>
                                  <a:pt x="39497" y="3810"/>
                                  <a:pt x="30099" y="11684"/>
                                </a:cubicBezTo>
                                <a:cubicBezTo>
                                  <a:pt x="20447" y="19685"/>
                                  <a:pt x="12319" y="32258"/>
                                  <a:pt x="6350" y="4965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811058" y="476160"/>
                            <a:ext cx="270891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9">
                                <a:moveTo>
                                  <a:pt x="118745" y="70612"/>
                                </a:moveTo>
                                <a:cubicBezTo>
                                  <a:pt x="93853" y="67945"/>
                                  <a:pt x="68961" y="65405"/>
                                  <a:pt x="44069" y="62865"/>
                                </a:cubicBezTo>
                                <a:cubicBezTo>
                                  <a:pt x="51562" y="49657"/>
                                  <a:pt x="59563" y="39497"/>
                                  <a:pt x="67691" y="31877"/>
                                </a:cubicBezTo>
                                <a:cubicBezTo>
                                  <a:pt x="75692" y="24384"/>
                                  <a:pt x="85979" y="18161"/>
                                  <a:pt x="98044" y="12446"/>
                                </a:cubicBezTo>
                                <a:cubicBezTo>
                                  <a:pt x="106934" y="8382"/>
                                  <a:pt x="118364" y="5461"/>
                                  <a:pt x="131953" y="3302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7"/>
                                </a:cubicBezTo>
                                <a:cubicBezTo>
                                  <a:pt x="245745" y="6604"/>
                                  <a:pt x="256286" y="12065"/>
                                  <a:pt x="263144" y="20447"/>
                                </a:cubicBezTo>
                                <a:cubicBezTo>
                                  <a:pt x="267716" y="26162"/>
                                  <a:pt x="270383" y="34290"/>
                                  <a:pt x="270637" y="44704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1"/>
                                  <a:pt x="234315" y="165100"/>
                                </a:cubicBezTo>
                                <a:cubicBezTo>
                                  <a:pt x="231013" y="174625"/>
                                  <a:pt x="228981" y="182118"/>
                                  <a:pt x="228346" y="187452"/>
                                </a:cubicBezTo>
                                <a:cubicBezTo>
                                  <a:pt x="227838" y="193040"/>
                                  <a:pt x="227965" y="200025"/>
                                  <a:pt x="229362" y="208407"/>
                                </a:cubicBezTo>
                                <a:cubicBezTo>
                                  <a:pt x="204216" y="208407"/>
                                  <a:pt x="178943" y="208407"/>
                                  <a:pt x="153543" y="208407"/>
                                </a:cubicBezTo>
                                <a:cubicBezTo>
                                  <a:pt x="152273" y="203200"/>
                                  <a:pt x="151638" y="199263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543" y="183515"/>
                                </a:cubicBezTo>
                                <a:cubicBezTo>
                                  <a:pt x="139573" y="193421"/>
                                  <a:pt x="126619" y="200279"/>
                                  <a:pt x="114554" y="204597"/>
                                </a:cubicBezTo>
                                <a:cubicBezTo>
                                  <a:pt x="98298" y="210312"/>
                                  <a:pt x="80645" y="212979"/>
                                  <a:pt x="61722" y="212979"/>
                                </a:cubicBezTo>
                                <a:cubicBezTo>
                                  <a:pt x="36576" y="212979"/>
                                  <a:pt x="19431" y="207518"/>
                                  <a:pt x="10668" y="196215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8"/>
                                  <a:pt x="20447" y="126365"/>
                                  <a:pt x="33274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1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7"/>
                                  <a:pt x="187960" y="72390"/>
                                </a:cubicBezTo>
                                <a:cubicBezTo>
                                  <a:pt x="191262" y="62865"/>
                                  <a:pt x="191643" y="56134"/>
                                  <a:pt x="188849" y="52197"/>
                                </a:cubicBezTo>
                                <a:cubicBezTo>
                                  <a:pt x="186182" y="48387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1"/>
                                  <a:pt x="137287" y="52578"/>
                                </a:cubicBezTo>
                                <a:cubicBezTo>
                                  <a:pt x="131191" y="55880"/>
                                  <a:pt x="124714" y="61722"/>
                                  <a:pt x="118745" y="7061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1897418" y="587920"/>
                            <a:ext cx="878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57912">
                                <a:moveTo>
                                  <a:pt x="87884" y="0"/>
                                </a:moveTo>
                                <a:cubicBezTo>
                                  <a:pt x="75438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8"/>
                                  <a:pt x="19812" y="18542"/>
                                  <a:pt x="14097" y="22606"/>
                                </a:cubicBezTo>
                                <a:cubicBezTo>
                                  <a:pt x="7874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446" y="57912"/>
                                  <a:pt x="21082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1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7"/>
                                </a:cubicBezTo>
                                <a:cubicBezTo>
                                  <a:pt x="84963" y="8255"/>
                                  <a:pt x="86360" y="4064"/>
                                  <a:pt x="8788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161832" y="403262"/>
                            <a:ext cx="99822" cy="5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1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1"/>
                                </a:cubicBezTo>
                                <a:cubicBezTo>
                                  <a:pt x="53975" y="53721"/>
                                  <a:pt x="26924" y="53721"/>
                                  <a:pt x="0" y="53721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007654" y="480859"/>
                            <a:ext cx="22656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2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40"/>
                                  <a:pt x="179959" y="131572"/>
                                  <a:pt x="157226" y="197612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9"/>
                                </a:cubicBezTo>
                                <a:cubicBezTo>
                                  <a:pt x="125476" y="261747"/>
                                  <a:pt x="115443" y="270002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2"/>
                                  <a:pt x="55753" y="286512"/>
                                </a:cubicBezTo>
                                <a:cubicBezTo>
                                  <a:pt x="40132" y="286512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90"/>
                                  <a:pt x="45593" y="224790"/>
                                </a:cubicBezTo>
                                <a:cubicBezTo>
                                  <a:pt x="52578" y="224790"/>
                                  <a:pt x="58674" y="222504"/>
                                  <a:pt x="63754" y="218186"/>
                                </a:cubicBezTo>
                                <a:cubicBezTo>
                                  <a:pt x="68834" y="213487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7"/>
                                  <a:pt x="123698" y="63754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14029" y="478700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34442" y="205867"/>
                                </a:move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59"/>
                                </a:cubicBezTo>
                                <a:cubicBezTo>
                                  <a:pt x="98298" y="2159"/>
                                  <a:pt x="125222" y="2159"/>
                                  <a:pt x="152146" y="2159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246" y="99060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488984" y="476160"/>
                            <a:ext cx="263398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" h="212979">
                                <a:moveTo>
                                  <a:pt x="11557" y="107061"/>
                                </a:moveTo>
                                <a:cubicBezTo>
                                  <a:pt x="22098" y="75946"/>
                                  <a:pt x="42545" y="50546"/>
                                  <a:pt x="71120" y="30226"/>
                                </a:cubicBezTo>
                                <a:cubicBezTo>
                                  <a:pt x="99695" y="9779"/>
                                  <a:pt x="132715" y="0"/>
                                  <a:pt x="169545" y="0"/>
                                </a:cubicBezTo>
                                <a:cubicBezTo>
                                  <a:pt x="211836" y="0"/>
                                  <a:pt x="239649" y="11811"/>
                                  <a:pt x="252603" y="35560"/>
                                </a:cubicBezTo>
                                <a:cubicBezTo>
                                  <a:pt x="263017" y="54610"/>
                                  <a:pt x="263398" y="78105"/>
                                  <a:pt x="253873" y="105918"/>
                                </a:cubicBezTo>
                                <a:cubicBezTo>
                                  <a:pt x="243078" y="137414"/>
                                  <a:pt x="223012" y="162687"/>
                                  <a:pt x="194564" y="182880"/>
                                </a:cubicBezTo>
                                <a:cubicBezTo>
                                  <a:pt x="166243" y="203327"/>
                                  <a:pt x="132715" y="212979"/>
                                  <a:pt x="94869" y="212979"/>
                                </a:cubicBezTo>
                                <a:cubicBezTo>
                                  <a:pt x="60833" y="212979"/>
                                  <a:pt x="36322" y="204978"/>
                                  <a:pt x="21590" y="188087"/>
                                </a:cubicBezTo>
                                <a:cubicBezTo>
                                  <a:pt x="3302" y="167386"/>
                                  <a:pt x="0" y="140589"/>
                                  <a:pt x="11557" y="10706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574328" y="529881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6985" y="53213"/>
                                </a:moveTo>
                                <a:cubicBezTo>
                                  <a:pt x="762" y="71501"/>
                                  <a:pt x="0" y="84836"/>
                                  <a:pt x="4445" y="93473"/>
                                </a:cubicBezTo>
                                <a:cubicBezTo>
                                  <a:pt x="9017" y="102236"/>
                                  <a:pt x="17018" y="106553"/>
                                  <a:pt x="28448" y="106553"/>
                                </a:cubicBezTo>
                                <a:cubicBezTo>
                                  <a:pt x="40132" y="106553"/>
                                  <a:pt x="51181" y="102489"/>
                                  <a:pt x="61595" y="93726"/>
                                </a:cubicBezTo>
                                <a:cubicBezTo>
                                  <a:pt x="72009" y="84963"/>
                                  <a:pt x="80772" y="71501"/>
                                  <a:pt x="87376" y="52451"/>
                                </a:cubicBezTo>
                                <a:cubicBezTo>
                                  <a:pt x="93472" y="34672"/>
                                  <a:pt x="94488" y="21590"/>
                                  <a:pt x="89916" y="12954"/>
                                </a:cubicBezTo>
                                <a:cubicBezTo>
                                  <a:pt x="85471" y="4318"/>
                                  <a:pt x="77470" y="0"/>
                                  <a:pt x="66421" y="0"/>
                                </a:cubicBezTo>
                                <a:cubicBezTo>
                                  <a:pt x="54737" y="0"/>
                                  <a:pt x="43307" y="4445"/>
                                  <a:pt x="32639" y="13208"/>
                                </a:cubicBezTo>
                                <a:cubicBezTo>
                                  <a:pt x="21971" y="21972"/>
                                  <a:pt x="13335" y="35306"/>
                                  <a:pt x="6985" y="5321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910751" y="398563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09804" y="170942"/>
                                </a:moveTo>
                                <a:cubicBezTo>
                                  <a:pt x="233299" y="178816"/>
                                  <a:pt x="257048" y="186055"/>
                                  <a:pt x="280670" y="193928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2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1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2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28251" y="480859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197993" y="57023"/>
                                </a:move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06940" y="476160"/>
                            <a:ext cx="270891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9">
                                <a:moveTo>
                                  <a:pt x="118618" y="70612"/>
                                </a:moveTo>
                                <a:cubicBezTo>
                                  <a:pt x="93853" y="67945"/>
                                  <a:pt x="68961" y="65405"/>
                                  <a:pt x="44069" y="62865"/>
                                </a:cubicBezTo>
                                <a:cubicBezTo>
                                  <a:pt x="51435" y="49657"/>
                                  <a:pt x="59563" y="39497"/>
                                  <a:pt x="67691" y="31877"/>
                                </a:cubicBezTo>
                                <a:cubicBezTo>
                                  <a:pt x="75819" y="24384"/>
                                  <a:pt x="85979" y="18161"/>
                                  <a:pt x="98044" y="12446"/>
                                </a:cubicBezTo>
                                <a:cubicBezTo>
                                  <a:pt x="106934" y="8382"/>
                                  <a:pt x="118237" y="5461"/>
                                  <a:pt x="131953" y="3302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7"/>
                                </a:cubicBezTo>
                                <a:cubicBezTo>
                                  <a:pt x="245745" y="6604"/>
                                  <a:pt x="256286" y="12065"/>
                                  <a:pt x="263144" y="20447"/>
                                </a:cubicBezTo>
                                <a:cubicBezTo>
                                  <a:pt x="267843" y="26162"/>
                                  <a:pt x="270510" y="34290"/>
                                  <a:pt x="270637" y="44704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1"/>
                                  <a:pt x="234315" y="165100"/>
                                </a:cubicBezTo>
                                <a:cubicBezTo>
                                  <a:pt x="231013" y="174625"/>
                                  <a:pt x="228854" y="182118"/>
                                  <a:pt x="228346" y="187452"/>
                                </a:cubicBezTo>
                                <a:cubicBezTo>
                                  <a:pt x="227838" y="193040"/>
                                  <a:pt x="227965" y="200025"/>
                                  <a:pt x="229362" y="208407"/>
                                </a:cubicBezTo>
                                <a:cubicBezTo>
                                  <a:pt x="204089" y="208407"/>
                                  <a:pt x="178816" y="208407"/>
                                  <a:pt x="153670" y="208407"/>
                                </a:cubicBezTo>
                                <a:cubicBezTo>
                                  <a:pt x="152273" y="203200"/>
                                  <a:pt x="151638" y="199263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670" y="183515"/>
                                </a:cubicBezTo>
                                <a:cubicBezTo>
                                  <a:pt x="139573" y="193421"/>
                                  <a:pt x="126619" y="200279"/>
                                  <a:pt x="114554" y="204597"/>
                                </a:cubicBezTo>
                                <a:cubicBezTo>
                                  <a:pt x="98298" y="210312"/>
                                  <a:pt x="80645" y="212979"/>
                                  <a:pt x="61722" y="212979"/>
                                </a:cubicBezTo>
                                <a:cubicBezTo>
                                  <a:pt x="36449" y="212979"/>
                                  <a:pt x="19304" y="207518"/>
                                  <a:pt x="10541" y="196215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8"/>
                                  <a:pt x="20447" y="126365"/>
                                  <a:pt x="33147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1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7"/>
                                  <a:pt x="187960" y="72390"/>
                                </a:cubicBezTo>
                                <a:cubicBezTo>
                                  <a:pt x="191262" y="62865"/>
                                  <a:pt x="191643" y="56134"/>
                                  <a:pt x="188849" y="52197"/>
                                </a:cubicBezTo>
                                <a:cubicBezTo>
                                  <a:pt x="186182" y="48387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1"/>
                                  <a:pt x="137287" y="52578"/>
                                </a:cubicBezTo>
                                <a:cubicBezTo>
                                  <a:pt x="131191" y="55880"/>
                                  <a:pt x="124714" y="61722"/>
                                  <a:pt x="118618" y="7061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93300" y="587920"/>
                            <a:ext cx="8775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57912">
                                <a:moveTo>
                                  <a:pt x="87757" y="0"/>
                                </a:moveTo>
                                <a:cubicBezTo>
                                  <a:pt x="75311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8"/>
                                  <a:pt x="19812" y="18542"/>
                                  <a:pt x="13970" y="22606"/>
                                </a:cubicBezTo>
                                <a:cubicBezTo>
                                  <a:pt x="8001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573" y="57912"/>
                                  <a:pt x="20955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1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7"/>
                                </a:cubicBezTo>
                                <a:cubicBezTo>
                                  <a:pt x="84836" y="8255"/>
                                  <a:pt x="86360" y="4064"/>
                                  <a:pt x="877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677323" y="480859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289306" y="203708"/>
                                </a:move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3"/>
                                  <a:pt x="116205" y="118491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6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4034574" y="476160"/>
                            <a:ext cx="262255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12979">
                                <a:moveTo>
                                  <a:pt x="246634" y="125984"/>
                                </a:moveTo>
                                <a:cubicBezTo>
                                  <a:pt x="192659" y="125984"/>
                                  <a:pt x="138684" y="125984"/>
                                  <a:pt x="84709" y="125984"/>
                                </a:cubicBezTo>
                                <a:cubicBezTo>
                                  <a:pt x="81788" y="138430"/>
                                  <a:pt x="82042" y="147828"/>
                                  <a:pt x="85344" y="153924"/>
                                </a:cubicBezTo>
                                <a:cubicBezTo>
                                  <a:pt x="90043" y="162814"/>
                                  <a:pt x="98806" y="167132"/>
                                  <a:pt x="111379" y="167132"/>
                                </a:cubicBezTo>
                                <a:cubicBezTo>
                                  <a:pt x="119253" y="167132"/>
                                  <a:pt x="127508" y="165354"/>
                                  <a:pt x="135890" y="161417"/>
                                </a:cubicBezTo>
                                <a:cubicBezTo>
                                  <a:pt x="140970" y="158877"/>
                                  <a:pt x="147320" y="154813"/>
                                  <a:pt x="154559" y="148590"/>
                                </a:cubicBezTo>
                                <a:cubicBezTo>
                                  <a:pt x="180213" y="151003"/>
                                  <a:pt x="205867" y="153289"/>
                                  <a:pt x="231521" y="155575"/>
                                </a:cubicBezTo>
                                <a:cubicBezTo>
                                  <a:pt x="212598" y="176403"/>
                                  <a:pt x="192405" y="190627"/>
                                  <a:pt x="172085" y="199644"/>
                                </a:cubicBezTo>
                                <a:cubicBezTo>
                                  <a:pt x="151638" y="208788"/>
                                  <a:pt x="125349" y="212979"/>
                                  <a:pt x="93218" y="212979"/>
                                </a:cubicBezTo>
                                <a:cubicBezTo>
                                  <a:pt x="65278" y="212979"/>
                                  <a:pt x="44831" y="209296"/>
                                  <a:pt x="31623" y="201549"/>
                                </a:cubicBezTo>
                                <a:cubicBezTo>
                                  <a:pt x="18288" y="193929"/>
                                  <a:pt x="9144" y="181991"/>
                                  <a:pt x="4572" y="165227"/>
                                </a:cubicBezTo>
                                <a:cubicBezTo>
                                  <a:pt x="0" y="148717"/>
                                  <a:pt x="1524" y="129413"/>
                                  <a:pt x="9144" y="106934"/>
                                </a:cubicBezTo>
                                <a:cubicBezTo>
                                  <a:pt x="20320" y="74930"/>
                                  <a:pt x="40259" y="49657"/>
                                  <a:pt x="68072" y="29591"/>
                                </a:cubicBezTo>
                                <a:cubicBezTo>
                                  <a:pt x="95885" y="9525"/>
                                  <a:pt x="128778" y="0"/>
                                  <a:pt x="165862" y="0"/>
                                </a:cubicBezTo>
                                <a:cubicBezTo>
                                  <a:pt x="196088" y="0"/>
                                  <a:pt x="218313" y="4445"/>
                                  <a:pt x="232664" y="13335"/>
                                </a:cubicBezTo>
                                <a:cubicBezTo>
                                  <a:pt x="246888" y="22352"/>
                                  <a:pt x="255778" y="35052"/>
                                  <a:pt x="259080" y="51689"/>
                                </a:cubicBezTo>
                                <a:cubicBezTo>
                                  <a:pt x="262255" y="68326"/>
                                  <a:pt x="258953" y="90170"/>
                                  <a:pt x="249555" y="117094"/>
                                </a:cubicBezTo>
                                <a:cubicBezTo>
                                  <a:pt x="248666" y="120015"/>
                                  <a:pt x="247650" y="122936"/>
                                  <a:pt x="246634" y="12598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4132618" y="522515"/>
                            <a:ext cx="8318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42164">
                                <a:moveTo>
                                  <a:pt x="79502" y="42164"/>
                                </a:moveTo>
                                <a:cubicBezTo>
                                  <a:pt x="83185" y="27051"/>
                                  <a:pt x="82804" y="16256"/>
                                  <a:pt x="78359" y="9778"/>
                                </a:cubicBezTo>
                                <a:cubicBezTo>
                                  <a:pt x="73914" y="3175"/>
                                  <a:pt x="66040" y="0"/>
                                  <a:pt x="54991" y="0"/>
                                </a:cubicBezTo>
                                <a:cubicBezTo>
                                  <a:pt x="42037" y="0"/>
                                  <a:pt x="30099" y="4826"/>
                                  <a:pt x="19050" y="14732"/>
                                </a:cubicBezTo>
                                <a:cubicBezTo>
                                  <a:pt x="11938" y="20827"/>
                                  <a:pt x="5461" y="29972"/>
                                  <a:pt x="0" y="42164"/>
                                </a:cubicBezTo>
                                <a:cubicBezTo>
                                  <a:pt x="26543" y="42164"/>
                                  <a:pt x="53086" y="42164"/>
                                  <a:pt x="79502" y="4216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4292004" y="480859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235331" y="203708"/>
                                </a:move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7"/>
                                  <a:pt x="172593" y="152527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7"/>
                                  <a:pt x="89916" y="177927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78898" y="478700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34569" y="205867"/>
                                </a:move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3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59"/>
                                </a:cubicBezTo>
                                <a:cubicBezTo>
                                  <a:pt x="98425" y="2159"/>
                                  <a:pt x="125349" y="2159"/>
                                  <a:pt x="152146" y="2159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8"/>
                                </a:cubicBezTo>
                                <a:cubicBezTo>
                                  <a:pt x="190373" y="99060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4853852" y="476160"/>
                            <a:ext cx="263525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12979">
                                <a:moveTo>
                                  <a:pt x="11557" y="107061"/>
                                </a:moveTo>
                                <a:cubicBezTo>
                                  <a:pt x="22225" y="75946"/>
                                  <a:pt x="42672" y="50546"/>
                                  <a:pt x="71247" y="30226"/>
                                </a:cubicBezTo>
                                <a:cubicBezTo>
                                  <a:pt x="99822" y="9779"/>
                                  <a:pt x="132715" y="0"/>
                                  <a:pt x="169672" y="0"/>
                                </a:cubicBezTo>
                                <a:cubicBezTo>
                                  <a:pt x="211963" y="0"/>
                                  <a:pt x="239649" y="11811"/>
                                  <a:pt x="252730" y="35560"/>
                                </a:cubicBezTo>
                                <a:cubicBezTo>
                                  <a:pt x="263144" y="54610"/>
                                  <a:pt x="263525" y="78105"/>
                                  <a:pt x="254000" y="105918"/>
                                </a:cubicBezTo>
                                <a:cubicBezTo>
                                  <a:pt x="243205" y="137414"/>
                                  <a:pt x="223012" y="162687"/>
                                  <a:pt x="194564" y="182880"/>
                                </a:cubicBezTo>
                                <a:cubicBezTo>
                                  <a:pt x="166243" y="203327"/>
                                  <a:pt x="132715" y="212979"/>
                                  <a:pt x="94869" y="212979"/>
                                </a:cubicBezTo>
                                <a:cubicBezTo>
                                  <a:pt x="60960" y="212979"/>
                                  <a:pt x="36322" y="204978"/>
                                  <a:pt x="21717" y="188087"/>
                                </a:cubicBezTo>
                                <a:cubicBezTo>
                                  <a:pt x="3429" y="167386"/>
                                  <a:pt x="0" y="140589"/>
                                  <a:pt x="11557" y="10706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4939196" y="529881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7112" y="53213"/>
                                </a:moveTo>
                                <a:cubicBezTo>
                                  <a:pt x="889" y="71501"/>
                                  <a:pt x="0" y="84836"/>
                                  <a:pt x="4572" y="93473"/>
                                </a:cubicBezTo>
                                <a:cubicBezTo>
                                  <a:pt x="9017" y="102236"/>
                                  <a:pt x="17145" y="106553"/>
                                  <a:pt x="28575" y="106553"/>
                                </a:cubicBezTo>
                                <a:cubicBezTo>
                                  <a:pt x="40259" y="106553"/>
                                  <a:pt x="51308" y="102489"/>
                                  <a:pt x="61595" y="93726"/>
                                </a:cubicBezTo>
                                <a:cubicBezTo>
                                  <a:pt x="72136" y="84963"/>
                                  <a:pt x="80899" y="71501"/>
                                  <a:pt x="87503" y="52451"/>
                                </a:cubicBezTo>
                                <a:cubicBezTo>
                                  <a:pt x="93472" y="34672"/>
                                  <a:pt x="94488" y="21590"/>
                                  <a:pt x="90043" y="12954"/>
                                </a:cubicBezTo>
                                <a:cubicBezTo>
                                  <a:pt x="85598" y="4318"/>
                                  <a:pt x="77597" y="0"/>
                                  <a:pt x="66421" y="0"/>
                                </a:cubicBezTo>
                                <a:cubicBezTo>
                                  <a:pt x="54737" y="0"/>
                                  <a:pt x="43434" y="4445"/>
                                  <a:pt x="32766" y="13208"/>
                                </a:cubicBezTo>
                                <a:cubicBezTo>
                                  <a:pt x="22098" y="21972"/>
                                  <a:pt x="13335" y="35306"/>
                                  <a:pt x="7112" y="5321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110772" y="480859"/>
                            <a:ext cx="261747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03708">
                                <a:moveTo>
                                  <a:pt x="196977" y="95377"/>
                                </a:moveTo>
                                <a:cubicBezTo>
                                  <a:pt x="212217" y="96901"/>
                                  <a:pt x="223266" y="101981"/>
                                  <a:pt x="229743" y="110744"/>
                                </a:cubicBezTo>
                                <a:cubicBezTo>
                                  <a:pt x="235966" y="119380"/>
                                  <a:pt x="236601" y="130937"/>
                                  <a:pt x="231521" y="145542"/>
                                </a:cubicBezTo>
                                <a:cubicBezTo>
                                  <a:pt x="224917" y="164973"/>
                                  <a:pt x="212852" y="179451"/>
                                  <a:pt x="196596" y="189230"/>
                                </a:cubicBezTo>
                                <a:cubicBezTo>
                                  <a:pt x="179959" y="199136"/>
                                  <a:pt x="154432" y="203708"/>
                                  <a:pt x="120142" y="203708"/>
                                </a:cubicBez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114681" y="0"/>
                                  <a:pt x="158115" y="0"/>
                                  <a:pt x="201295" y="0"/>
                                </a:cubicBezTo>
                                <a:cubicBezTo>
                                  <a:pt x="224917" y="0"/>
                                  <a:pt x="241427" y="4318"/>
                                  <a:pt x="250698" y="12954"/>
                                </a:cubicBezTo>
                                <a:cubicBezTo>
                                  <a:pt x="259969" y="21971"/>
                                  <a:pt x="261747" y="34036"/>
                                  <a:pt x="256413" y="49657"/>
                                </a:cubicBezTo>
                                <a:cubicBezTo>
                                  <a:pt x="252603" y="60706"/>
                                  <a:pt x="245110" y="70104"/>
                                  <a:pt x="234315" y="78232"/>
                                </a:cubicBezTo>
                                <a:cubicBezTo>
                                  <a:pt x="223520" y="86614"/>
                                  <a:pt x="210820" y="91821"/>
                                  <a:pt x="197231" y="94615"/>
                                </a:cubicBezTo>
                                <a:cubicBezTo>
                                  <a:pt x="197104" y="94742"/>
                                  <a:pt x="197104" y="94996"/>
                                  <a:pt x="196977" y="9537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35742" y="526071"/>
                            <a:ext cx="50292" cy="3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32512">
                                <a:moveTo>
                                  <a:pt x="0" y="32512"/>
                                </a:moveTo>
                                <a:cubicBezTo>
                                  <a:pt x="6858" y="32512"/>
                                  <a:pt x="13589" y="32512"/>
                                  <a:pt x="20447" y="32512"/>
                                </a:cubicBezTo>
                                <a:cubicBezTo>
                                  <a:pt x="33909" y="32512"/>
                                  <a:pt x="42926" y="26543"/>
                                  <a:pt x="46990" y="14605"/>
                                </a:cubicBezTo>
                                <a:cubicBezTo>
                                  <a:pt x="50292" y="4826"/>
                                  <a:pt x="44831" y="0"/>
                                  <a:pt x="30607" y="0"/>
                                </a:cubicBezTo>
                                <a:cubicBezTo>
                                  <a:pt x="24130" y="0"/>
                                  <a:pt x="17780" y="0"/>
                                  <a:pt x="11303" y="0"/>
                                </a:cubicBezTo>
                                <a:cubicBezTo>
                                  <a:pt x="7620" y="10795"/>
                                  <a:pt x="3683" y="21717"/>
                                  <a:pt x="0" y="3251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208182" y="601001"/>
                            <a:ext cx="59182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35560">
                                <a:moveTo>
                                  <a:pt x="0" y="35560"/>
                                </a:moveTo>
                                <a:cubicBezTo>
                                  <a:pt x="8890" y="35560"/>
                                  <a:pt x="17653" y="35560"/>
                                  <a:pt x="26543" y="35560"/>
                                </a:cubicBezTo>
                                <a:cubicBezTo>
                                  <a:pt x="33147" y="35560"/>
                                  <a:pt x="39116" y="34036"/>
                                  <a:pt x="44323" y="31115"/>
                                </a:cubicBezTo>
                                <a:cubicBezTo>
                                  <a:pt x="49403" y="28194"/>
                                  <a:pt x="53086" y="23876"/>
                                  <a:pt x="54864" y="18415"/>
                                </a:cubicBezTo>
                                <a:cubicBezTo>
                                  <a:pt x="59182" y="5969"/>
                                  <a:pt x="54102" y="0"/>
                                  <a:pt x="39243" y="0"/>
                                </a:cubicBezTo>
                                <a:cubicBezTo>
                                  <a:pt x="30353" y="0"/>
                                  <a:pt x="21590" y="0"/>
                                  <a:pt x="12700" y="0"/>
                                </a:cubicBezTo>
                                <a:cubicBezTo>
                                  <a:pt x="8509" y="11811"/>
                                  <a:pt x="4064" y="23749"/>
                                  <a:pt x="0" y="3556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363503" y="480859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232537" y="203708"/>
                                </a:move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4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1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90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650776" y="403262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223139" y="281305"/>
                                </a:move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8"/>
                                  <a:pt x="165609" y="133858"/>
                                </a:cubicBezTo>
                                <a:cubicBezTo>
                                  <a:pt x="155067" y="133858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1"/>
                                </a:cubicBezTo>
                                <a:cubicBezTo>
                                  <a:pt x="72010" y="53721"/>
                                  <a:pt x="64136" y="53721"/>
                                  <a:pt x="56262" y="53721"/>
                                </a:cubicBezTo>
                                <a:cubicBezTo>
                                  <a:pt x="60325" y="41910"/>
                                  <a:pt x="64643" y="29972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6"/>
                                  <a:pt x="98679" y="0"/>
                                </a:cubicBez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6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2"/>
                                  <a:pt x="213361" y="41910"/>
                                  <a:pt x="209297" y="53721"/>
                                </a:cubicBezTo>
                                <a:cubicBezTo>
                                  <a:pt x="193040" y="53721"/>
                                  <a:pt x="176912" y="53721"/>
                                  <a:pt x="160782" y="53721"/>
                                </a:cubicBezTo>
                                <a:cubicBezTo>
                                  <a:pt x="155067" y="70358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8"/>
                                  <a:pt x="225425" y="72898"/>
                                </a:cubicBezTo>
                                <a:cubicBezTo>
                                  <a:pt x="248920" y="72898"/>
                                  <a:pt x="264287" y="79883"/>
                                  <a:pt x="271399" y="93472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8"/>
                                  <a:pt x="223139" y="28130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954053" y="3985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4" y="156464"/>
                                </a:move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8"/>
                                  <a:pt x="94235" y="10668"/>
                                  <a:pt x="122555" y="0"/>
                                </a:cubicBez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8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6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54637" y="398563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3" y="156464"/>
                                </a:move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8"/>
                                  <a:pt x="94361" y="10668"/>
                                  <a:pt x="122555" y="0"/>
                                </a:cubicBez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8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6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6211355" y="718371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016D8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000286" y="86976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68157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3896" y="974508"/>
                            <a:ext cx="2886075" cy="200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021622" y="2912560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726C2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133001" y="974508"/>
                            <a:ext cx="2733676" cy="200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463"/>
                        <wps:cNvSpPr/>
                        <wps:spPr>
                          <a:xfrm>
                            <a:off x="5869725" y="2912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67CB1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909349" y="2912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BB543" w14:textId="77777777" w:rsidR="000E394D" w:rsidRDefault="000E394D" w:rsidP="000E394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61BD5" id="Group 4358" o:spid="_x0000_s1026" style="width:492.6pt;height:240.25pt;mso-position-horizontal-relative:char;mso-position-vertical-relative:line" coordsize="62558,305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">
                <v:rect id="Rectangle 351" o:spid="_x0000_s1027" style="position:absolute;width:59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79BD4435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28" style="position:absolute;top:2206;width:59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1B178233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3" o:spid="_x0000_s1029" style="position:absolute;left:342;top:4299;width:1652;height:2848;visibility:visible;mso-wrap-style:square;v-text-anchor:top" coordsize="165124,28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" path="m165124,r,65092l142291,78388v-15177,12700,-28169,33020,-38075,61595c94234,168430,92634,188751,99035,201197v6413,12573,19037,18668,37884,18668c146533,219865,155696,218341,164294,215293r830,-475l165124,279897r-1985,643c148628,283461,133293,284889,117132,284889v-32791,,-58229,-4826,-76047,-15239c23190,259489,11214,243741,5664,221771,,199926,3023,172495,14326,139601,30163,93627,56451,58195,91694,32413,109315,19459,128514,9871,149207,3521l165124,xe" fillcolor="#818181" stroked="f" strokeweight="0">
                  <v:stroke miterlimit="83231f" joinstyle="miter"/>
                  <v:path arrowok="t" textboxrect="0,0,165124,284889"/>
                </v:shape>
                <v:shape id="Shape 354" o:spid="_x0000_s1030" style="position:absolute;left:1994;top:4239;width:1671;height:2859;visibility:visible;mso-wrap-style:square;v-text-anchor:top" coordsize="167146,28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" path="m50560,v48387,,81661,12192,98806,37592c166384,62865,167146,97917,151271,143256v-11303,32893,-26670,59690,-45339,80899c87263,245364,64530,261366,39079,273177l,285837,,220759,23153,207518c37949,195326,51195,173736,61863,142113,71007,115570,72404,96266,65800,83947,59196,71755,46242,65786,27395,65786v-9049,,-17812,1492,-26210,4556l,71032,,5940,16233,2349c27316,778,38762,,50560,xe" fillcolor="#818181" stroked="f" strokeweight="0">
                  <v:stroke miterlimit="83231f" joinstyle="miter"/>
                  <v:path arrowok="t" textboxrect="0,0,167146,285837"/>
                </v:shape>
                <v:shape id="Shape 355" o:spid="_x0000_s1031" style="position:absolute;left:3495;top:4286;width:4900;height:2813;visibility:visible;mso-wrap-style:square;v-text-anchor:top" coordsize="489966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" path="m98806,v29845,,59690,,89662,c163957,70993,138303,141351,113919,212217v20066,,40259,,60452,c198755,141351,224536,70993,249047,v29972,,59817,,89789,c314452,70993,288671,141351,264287,212217v20447,,40767,,61214,c349885,141351,375793,70993,400177,v29972,,59944,,89789,c457581,94107,423545,187325,391160,281305v-130429,,-260731,,-391160,c32385,187325,66421,94107,98806,xe" fillcolor="#818181" stroked="f" strokeweight="0">
                  <v:stroke miterlimit="83231f" joinstyle="miter"/>
                  <v:path arrowok="t" textboxrect="0,0,489966,281305"/>
                </v:shape>
                <v:shape id="Shape 356" o:spid="_x0000_s1032" style="position:absolute;left:11368;top:6324;width:1294;height:1566;visibility:visible;mso-wrap-style:square;v-text-anchor:top" coordsize="129413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" path="m43053,v28829,,57531,,86360,c121920,21463,114173,42799,106807,64262,98552,87884,86614,106553,71882,120269,57023,133985,35052,145796,6858,156591,4572,145161,2286,133858,,122428v17653,-7112,30861,-13716,38989,-20574c46990,94869,53340,86868,57150,77470v-13716,,-27432,,-41148,c24892,51562,34290,25781,43053,xe" fillcolor="#818181" stroked="f" strokeweight="0">
                  <v:stroke miterlimit="83231f" joinstyle="miter"/>
                  <v:path arrowok="t" textboxrect="0,0,129413,156591"/>
                </v:shape>
                <v:shape id="Shape 357" o:spid="_x0000_s1033" style="position:absolute;left:10363;top:6324;width:1293;height:1566;visibility:visible;mso-wrap-style:square;v-text-anchor:top" coordsize="129286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" path="m43053,v28702,,57404,,86233,c121920,21463,114046,42799,106680,64262,98552,87884,86487,106553,71755,120269,56769,133985,35052,145796,6604,156591,4445,145161,2159,133858,,122428v17526,-7112,30734,-13716,38735,-20574c46863,94869,53213,86868,57023,77470v-13716,,-27432,,-41275,c24765,51562,34036,25781,43053,xe" fillcolor="#818181" stroked="f" strokeweight="0">
                  <v:stroke miterlimit="83231f" joinstyle="miter"/>
                  <v:path arrowok="t" textboxrect="0,0,129286,156591"/>
                </v:shape>
                <v:shape id="Shape 358" o:spid="_x0000_s1034" style="position:absolute;left:13282;top:4286;width:2974;height:2813;visibility:visible;mso-wrap-style:square;v-text-anchor:top" coordsize="297434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" path="m24257,v91059,,182118,,273177,c289433,23241,281051,46228,273050,69469v-30607,,-61087,,-91567,c156972,140208,131445,210566,106934,281305v-29972,,-59817,,-89789,c41529,210566,67183,140208,91567,69469v-30607,,-61087,,-91567,c7874,46228,16383,23241,24257,xe" fillcolor="#818181" stroked="f" strokeweight="0">
                  <v:stroke miterlimit="83231f" joinstyle="miter"/>
                  <v:path arrowok="t" textboxrect="0,0,297434,281305"/>
                </v:shape>
                <v:shape id="Shape 359" o:spid="_x0000_s1035" style="position:absolute;left:15352;top:5062;width:1794;height:2813;visibility:visible;mso-wrap-style:square;v-text-anchor:top" coordsize="179427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" path="m98806,v25146,,50292,,75565,c170942,10033,167259,20066,163830,30099l179427,18002r,39227l167640,64389v-9652,8001,-17780,20574,-23749,37973c138176,118618,137541,130429,141859,138303v4064,7874,11684,11684,22352,11684c168846,149987,173546,149035,178181,147145r1246,-775l179427,206373r-10771,1907c156083,208280,145542,206248,136906,202184v-9017,-4064,-16002,-10033,-21082,-18161c104521,216408,92710,248793,81534,281305v-27178,,-54356,,-81534,c32385,187325,66421,93980,98806,xe" fillcolor="#818181" stroked="f" strokeweight="0">
                  <v:stroke miterlimit="83231f" joinstyle="miter"/>
                  <v:path arrowok="t" textboxrect="0,0,179427,281305"/>
                </v:shape>
                <v:shape id="Shape 360" o:spid="_x0000_s1036" style="position:absolute;left:17146;top:5015;width:1269;height:2111;visibility:visible;mso-wrap-style:square;v-text-anchor:top" coordsize="126897,2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" path="m64540,v28194,,46355,10287,54356,31369c126897,52197,125500,77851,114705,108585v-11684,34163,-29464,59436,-52324,77597c50824,195199,38918,201898,26710,206343l,211072,,151069r12343,-7686c21233,135890,28980,123317,35203,105410,40791,88773,41934,76835,38251,68961,34187,61214,27456,57404,17931,57404v-5207,,-10287,953,-15240,2889l,61928,,22701,4993,18828c11327,14573,17106,11367,22249,9144,36092,3048,50316,,64540,xe" fillcolor="#818181" stroked="f" strokeweight="0">
                  <v:stroke miterlimit="83231f" joinstyle="miter"/>
                  <v:path arrowok="t" textboxrect="0,0,126897,211072"/>
                </v:shape>
                <v:shape id="Shape 361" o:spid="_x0000_s1037" style="position:absolute;left:18364;top:5884;width:1307;height:1261;visibility:visible;mso-wrap-style:square;v-text-anchor:top" coordsize="130740,1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" path="m130740,r,36467l113649,41323v-5921,2063,-10335,4095,-13192,6127c94234,51768,90297,56467,88519,61802v-2159,6222,-1524,11176,1397,14985c92837,80852,98806,82756,107442,82756r23298,-5418l130740,108929r-16186,8752c98298,123396,80645,126064,61722,126064v-25146,,-42291,-5461,-51054,-16765c1524,97869,,84154,5588,67643,10922,52022,20447,39449,33274,29416,45974,19383,65913,12144,92837,7191l130740,xe" fillcolor="#818181" stroked="f" strokeweight="0">
                  <v:stroke miterlimit="83231f" joinstyle="miter"/>
                  <v:path arrowok="t" textboxrect="0,0,130740,126064"/>
                </v:shape>
                <v:shape id="Shape 362" o:spid="_x0000_s1038" style="position:absolute;left:18805;top:5051;width:866;height:670;visibility:visible;mso-wrap-style:square;v-text-anchor:top" coordsize="86671,6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" path="m86671,r,55316l74676,66983c49784,64316,24892,61776,,59236,7493,46028,15494,35868,23622,28248,31623,20755,41910,14532,53975,8817l86671,xe" fillcolor="#818181" stroked="f" strokeweight="0">
                  <v:stroke miterlimit="83231f" joinstyle="miter"/>
                  <v:path arrowok="t" textboxrect="0,0,86671,66983"/>
                </v:shape>
                <v:shape id="Shape 363" o:spid="_x0000_s1039" style="position:absolute;left:19671;top:5015;width:1402;height:2084;visibility:visible;mso-wrap-style:square;v-text-anchor:top" coordsize="140151,20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" path="m44520,v24130,,43180,1397,56896,3937c115005,6604,125546,12065,132404,20447v4572,5715,7239,13843,7493,24257c140151,55245,138627,65405,135325,75057v-10414,30099,-21336,59944,-31750,90043c100273,174625,98241,182118,97606,187452v-508,5588,-381,12573,1016,20955c73476,208407,48203,208407,22803,208407v-1270,-5207,-1905,-9144,-1651,-12065c21152,193675,21660,189484,22803,183515l,195845,,164254r4007,-932c13278,159004,20771,154051,25978,147828v5334,-6096,9779,-13843,13081,-23622c40583,120015,41980,115824,43504,111760v-12446,3937,-25273,7239,-38354,10160l,123383,,86916r2260,-429c12833,84423,20580,82804,25470,81534v9652,-2286,20447,-5207,31750,-9144c60522,62865,60903,56134,58109,52197,55442,48387,48838,46482,38551,46482v-13335,,-23876,2159,-32004,6096l,58945,,3629,1213,3302c14929,1143,29407,,44520,xe" fillcolor="#818181" stroked="f" strokeweight="0">
                  <v:stroke miterlimit="83231f" joinstyle="miter"/>
                  <v:path arrowok="t" textboxrect="0,0,140151,208407"/>
                </v:shape>
                <v:shape id="Shape 364" o:spid="_x0000_s1040" style="position:absolute;left:20330;top:5062;width:2266;height:2865;visibility:visible;mso-wrap-style:square;v-text-anchor:top" coordsize="2265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" path="m145542,v27051,,54102,,81026,c203835,66040,179959,131572,157226,197612v-8763,25146,-17272,42799,-24384,53467c125476,261747,115443,270002,102997,276606v-12446,6604,-28321,9906,-47244,9906c40132,286512,21717,284226,,279781,10541,260731,21590,241935,32131,222885v5969,1397,10541,1905,13462,1905c52578,224790,58674,222504,63754,218186v5080,-4699,10160,-13589,14859,-27305c100584,127127,123698,63754,145542,xe" fillcolor="#818181" stroked="f" strokeweight="0">
                  <v:stroke miterlimit="83231f" joinstyle="miter"/>
                  <v:path arrowok="t" textboxrect="0,0,226568,286512"/>
                </v:shape>
                <v:shape id="Shape 365" o:spid="_x0000_s1041" style="position:absolute;left:21872;top:4286;width:998;height:537;visibility:visible;mso-wrap-style:square;v-text-anchor:top" coordsize="99822,5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" path="m18796,c45847,,72898,,99822,,93599,18034,87122,35814,80899,53721v-26924,,-53975,,-80899,c6096,35814,12700,18034,18796,xe" fillcolor="#818181" stroked="f" strokeweight="0">
                  <v:stroke miterlimit="83231f" joinstyle="miter"/>
                  <v:path arrowok="t" textboxrect="0,0,99822,53721"/>
                </v:shape>
                <v:shape id="Shape 366" o:spid="_x0000_s1042" style="position:absolute;left:22394;top:5041;width:2931;height:2058;visibility:visible;mso-wrap-style:square;v-text-anchor:top" coordsize="293116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" path="m293116,v-6223,18542,-13081,36957,-19431,55499c272542,55499,271399,55499,270129,55499v-10922,,-19177,381,-25146,1143c239014,57658,233807,59182,229489,61976v-4572,2667,-10541,8255,-17907,16510c204343,86868,198501,92456,194437,95758v-4191,3302,-9398,5461,-15494,6731c189738,103378,197612,105664,202565,109347v4699,3683,9779,15621,14986,35306c223139,165100,228854,185420,234442,205867v-30480,,-60833,,-91186,c139700,187071,135890,168402,132334,149733v-1778,-9017,-4826,-14605,-8636,-16891c119761,130429,114427,129413,107569,129413v-8763,25527,-18161,50927,-26924,76454c53848,205867,26924,205867,,205867,23368,137795,48006,70231,71374,2159v26924,,53848,,80772,c143764,26670,134747,51181,126365,75819v6858,-508,12573,-2667,17018,-6350c147701,65786,155194,58166,165354,45847,175387,33655,184150,24892,190881,19177v6604,-5588,14224,-9652,22733,-12573c221869,3683,231902,1905,243205,1143,254508,381,271145,,293116,xe" fillcolor="#818181" stroked="f" strokeweight="0">
                  <v:stroke miterlimit="83231f" joinstyle="miter"/>
                  <v:path arrowok="t" textboxrect="0,0,293116,205867"/>
                </v:shape>
                <v:shape id="Shape 367" o:spid="_x0000_s1043" style="position:absolute;left:25143;top:5068;width:1326;height:2077;visibility:visible;mso-wrap-style:square;v-text-anchor:top" coordsize="132531,20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" path="m132531,r,52945l117983,61661c107315,70424,98679,83759,92329,101665v-6223,18288,-6985,31623,-2540,40260c94361,150688,102362,155006,113792,155006v5842,,11525,-1016,17050,-3128l132531,150860r,51646l94869,207711v-34036,,-58547,-8001,-73279,-24892c3302,162118,,135321,11557,101793,22098,70677,42545,45277,71120,24958,85407,14734,100806,7178,117237,2177l132531,xe" fillcolor="#818181" stroked="f" strokeweight="0">
                  <v:stroke miterlimit="83231f" joinstyle="miter"/>
                  <v:path arrowok="t" textboxrect="0,0,132531,207711"/>
                </v:shape>
                <v:shape id="Shape 368" o:spid="_x0000_s1044" style="position:absolute;left:26469;top:5015;width:1308;height:2078;visibility:visible;mso-wrap-style:square;v-text-anchor:top" coordsize="130866,20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" path="m37013,v42291,,70104,11811,83058,35560c130485,54610,130866,78105,121341,105918v-10795,31496,-30860,56769,-59309,76962c47872,193104,32410,200628,15757,205597l,207775,,156128r14407,-8681c24821,138684,33584,125222,40188,106172,46284,88392,47300,75311,42728,66675,38283,58039,30282,53721,19233,53721v-5842,,-11620,1111,-17271,3318l,58214,,5268,37013,xe" fillcolor="#818181" stroked="f" strokeweight="0">
                  <v:stroke miterlimit="83231f" joinstyle="miter"/>
                  <v:path arrowok="t" textboxrect="0,0,130866,207775"/>
                </v:shape>
                <v:shape id="Shape 369" o:spid="_x0000_s1045" style="position:absolute;left:29361;top:4239;width:3153;height:2908;visibility:visible;mso-wrap-style:square;v-text-anchor:top" coordsize="315341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" path="m212725,v36703,,63119,6858,78994,21463c307467,35941,315341,57658,315087,87503v-28321,5842,-56896,11303,-85217,17018c229997,95885,229362,89789,227711,85725,225171,78994,220726,74041,214757,70358v-6096,-3683,-13716,-5334,-22606,-5334c171704,65024,153289,72644,137033,88773v-12319,11811,-22987,30226,-31750,55499c94488,175514,91948,196723,97536,208407v5715,11430,17399,17145,35052,17145c149987,225552,164465,221107,176530,211582v11938,-9525,23368,-22733,33274,-40640c233299,178816,257048,186055,280670,193928v-12827,21464,-27559,38990,-43815,53595c220472,262001,202438,272415,183007,279908v-19431,7366,-42164,10922,-68199,10922c83185,290830,58674,286512,41910,277622,25146,268605,13081,253238,6731,230759,,208280,2921,179832,14986,144780,30988,98044,56896,62865,90932,37465,125095,12065,165989,,212725,xe" fillcolor="#818181" stroked="f" strokeweight="0">
                  <v:stroke miterlimit="83231f" joinstyle="miter"/>
                  <v:path arrowok="t" textboxrect="0,0,315341,290830"/>
                </v:shape>
                <v:shape id="Shape 370" o:spid="_x0000_s1046" style="position:absolute;left:32536;top:5062;width:2181;height:2037;visibility:visible;mso-wrap-style:square;v-text-anchor:top" coordsize="218059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" path="m20066,c85979,,152019,,218059,v-6604,19050,-13462,37973,-20066,57023c178435,57023,158877,57023,139446,57023v-16764,49022,-34544,97663,-51435,146685c61087,203708,34036,203708,7112,203708,24003,154686,41656,106045,58547,57023v-19558,,-39116,,-58547,c6604,37973,13462,19050,20066,xe" fillcolor="#818181" stroked="f" strokeweight="0">
                  <v:stroke miterlimit="83231f" joinstyle="miter"/>
                  <v:path arrowok="t" textboxrect="0,0,218059,203708"/>
                </v:shape>
                <v:shape id="Shape 371" o:spid="_x0000_s1047" style="position:absolute;left:34323;top:5884;width:1307;height:1261;visibility:visible;mso-wrap-style:square;v-text-anchor:top" coordsize="130677,12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" path="m130677,r,36472l113633,41311v-5937,2063,-10382,4095,-13303,6127c94361,51756,90297,56455,88519,61790v-2159,6222,-1524,11176,1397,14985c92837,80840,98933,82744,107315,82744r23362,-5408l130677,108979r-16123,8690c98298,123384,80645,126052,61722,126052v-25273,,-42418,-5461,-51181,-16765c1524,97857,,84142,5588,67631,10922,52010,20447,39437,33147,29404,45974,19371,65913,12132,92837,7179l130677,xe" fillcolor="#818181" stroked="f" strokeweight="0">
                  <v:stroke miterlimit="83231f" joinstyle="miter"/>
                  <v:path arrowok="t" textboxrect="0,0,130677,126052"/>
                </v:shape>
                <v:shape id="Shape 372" o:spid="_x0000_s1048" style="position:absolute;left:34764;top:5052;width:866;height:669;visibility:visible;mso-wrap-style:square;v-text-anchor:top" coordsize="86608,6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" path="m86608,r,55317l74549,66966c49657,64298,24892,61759,,59219,7366,46010,15494,35851,23622,28231,31750,20738,41910,14515,53975,8800l86608,xe" fillcolor="#818181" stroked="f" strokeweight="0">
                  <v:stroke miterlimit="83231f" joinstyle="miter"/>
                  <v:path arrowok="t" textboxrect="0,0,86608,66966"/>
                </v:shape>
                <v:shape id="Shape 373" o:spid="_x0000_s1049" style="position:absolute;left:35630;top:5015;width:1402;height:2084;visibility:visible;mso-wrap-style:square;v-text-anchor:top" coordsize="140214,20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" path="m44583,v24130,,43180,1397,56896,3937c115068,6604,125609,12065,132467,20447v4699,5715,7366,13843,7493,24257c140214,55245,138690,65405,135388,75057v-10414,30099,-21336,59944,-31750,90043c100336,174625,98177,182118,97669,187452v-508,5588,-381,12573,1016,20955c73412,208407,48139,208407,22993,208407v-1397,-5207,-2032,-9144,-1778,-12065c21215,193675,21723,189484,22993,183515l,195907,,164264r4070,-942c13341,159004,20834,154051,26041,147828v5334,-6096,9779,-13843,13081,-23622c40519,120015,42043,115824,43440,111760v-12446,3937,-25146,7239,-38227,10160l,123400,,86928r2324,-441c12897,84423,20644,82804,25533,81534v9652,-2286,20447,-5207,31750,-9144c60585,62865,60966,56134,58172,52197,55505,48387,48901,46482,38614,46482v-13335,,-23876,2159,-32004,6096l,58963,,3646,1276,3302c14992,1143,29470,,44583,xe" fillcolor="#818181" stroked="f" strokeweight="0">
                  <v:stroke miterlimit="83231f" joinstyle="miter"/>
                  <v:path arrowok="t" textboxrect="0,0,140214,208407"/>
                </v:shape>
                <v:shape id="Shape 374" o:spid="_x0000_s1050" style="position:absolute;left:37027;top:5062;width:3607;height:2037;visibility:visible;mso-wrap-style:square;v-text-anchor:top" coordsize="360680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" path="m71374,v32131,,64262,,96393,c170942,39116,174117,78105,177165,117221,205867,77851,235712,39370,264541,v32004,,64008,,96139,c337312,68072,312674,135636,289306,203708v-22860,,-45593,,-68199,c235712,161036,251206,118618,265811,75946v-31242,42799,-63627,84836,-94742,127762c154813,203708,138557,203708,122428,203708v-3048,-42545,-6223,-85217,-9398,-127762c98425,118618,82931,161036,68326,203708v-22860,,-45593,,-68326,c23495,135636,48006,68072,71374,xe" fillcolor="#818181" stroked="f" strokeweight="0">
                  <v:stroke miterlimit="83231f" joinstyle="miter"/>
                  <v:path arrowok="t" textboxrect="0,0,360680,203708"/>
                </v:shape>
                <v:shape id="Shape 375" o:spid="_x0000_s1051" style="position:absolute;left:40599;top:5052;width:1391;height:2093;visibility:visible;mso-wrap-style:square;v-text-anchor:top" coordsize="139047,2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" path="m139047,r,45366l134350,46284v-5985,2445,-11732,6127,-17256,11080c109982,63460,103505,72604,98044,84797r41003,l139047,122261r-54338,c81788,134708,82042,144105,85344,150201v4699,8890,13462,13208,26035,13208c119253,163409,127508,161632,135890,157695r3157,-2169l139047,205438r-2014,580c123889,208209,109284,209257,93218,209257v-27940,,-48387,-3684,-61595,-11431c18288,190207,9144,178268,4572,161504,,144995,1524,125690,9144,103211,20320,71208,40259,45934,68072,25868,81979,15835,97155,8438,113490,3548l139047,xe" fillcolor="#818181" stroked="f" strokeweight="0">
                  <v:stroke miterlimit="83231f" joinstyle="miter"/>
                  <v:path arrowok="t" textboxrect="0,0,139047,209257"/>
                </v:shape>
                <v:shape id="Shape 376" o:spid="_x0000_s1052" style="position:absolute;left:41990;top:6501;width:924;height:606;visibility:visible;mso-wrap-style:square;v-text-anchor:top" coordsize="92474,6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" path="m15512,c41166,2413,66820,4699,92474,6985,73551,27813,53358,42037,33038,51054l,60570,,10658,15512,xe" fillcolor="#818181" stroked="f" strokeweight="0">
                  <v:stroke miterlimit="83231f" joinstyle="miter"/>
                  <v:path arrowok="t" textboxrect="0,0,92474,60570"/>
                </v:shape>
                <v:shape id="Shape 377" o:spid="_x0000_s1053" style="position:absolute;left:41990;top:5015;width:1232;height:1260;visibility:visible;mso-wrap-style:square;v-text-anchor:top" coordsize="123208,1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" path="m26815,c57041,,79266,4445,93617,13335v14224,9017,23114,21717,26416,38354c123208,68326,119906,90170,110508,117094v-889,2921,-1905,5842,-2921,8890l,125984,,88519r38499,c42182,73406,41801,62611,37356,56134,32911,49530,25037,46355,13988,46355l,49089,,3723,26815,xe" fillcolor="#818181" stroked="f" strokeweight="0">
                  <v:stroke miterlimit="83231f" joinstyle="miter"/>
                  <v:path arrowok="t" textboxrect="0,0,123208,125984"/>
                </v:shape>
                <v:shape id="Shape 378" o:spid="_x0000_s1054" style="position:absolute;left:43174;top:5062;width:3068;height:2037;visibility:visible;mso-wrap-style:square;v-text-anchor:top" coordsize="306832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" path="m71501,v27051,,53975,,80899,c144399,23368,136017,46482,128016,69850v24511,,49022,,73406,c209423,46482,217805,23368,225806,v26924,,53975,,81026,c283464,68072,258699,135636,235331,203708v-26924,,-53848,,-80899,c163322,177927,172593,152527,181483,126873v-24511,,-49022,,-73406,c99187,152527,89916,177927,81026,203708v-26924,,-53975,,-81026,c23495,135636,48133,68072,71501,xe" fillcolor="#818181" stroked="f" strokeweight="0">
                  <v:stroke miterlimit="83231f" joinstyle="miter"/>
                  <v:path arrowok="t" textboxrect="0,0,306832,203708"/>
                </v:shape>
                <v:shape id="Shape 379" o:spid="_x0000_s1055" style="position:absolute;left:46042;top:5041;width:2933;height:2058;visibility:visible;mso-wrap-style:square;v-text-anchor:top" coordsize="293243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" path="m293243,v-6350,18542,-13081,36957,-19431,55499c272542,55499,271399,55499,270256,55499v-10922,,-19304,381,-25273,1143c239014,57658,233934,59182,229489,61976v-4445,2667,-10541,8255,-17780,16510c204470,86868,198501,92456,194437,95758v-4064,3302,-9271,5461,-15494,6731c189865,103378,197739,105664,202565,109347v4699,3683,9779,15621,15113,35306c223139,165100,228981,185420,234569,205867v-30480,,-60960,,-91313,c139700,187071,135890,168402,132334,149733v-1778,-9017,-4699,-14605,-8509,-16891c119888,130429,114427,129413,107569,129413v-8763,25527,-18034,50927,-26797,76454c53848,205867,26924,205867,,205867,23495,137795,48006,70231,71374,2159v27051,,53975,,80772,c143764,26670,134874,51181,126365,75819v6985,-508,12573,-2667,17145,-6350c147701,65786,155321,58166,165481,45847,175514,33655,184277,24892,190881,19177v6731,-5588,14224,-9652,22860,-12573c221996,3683,231902,1905,243205,1143,254508,381,271145,,293243,xe" fillcolor="#818181" stroked="f" strokeweight="0">
                  <v:stroke miterlimit="83231f" joinstyle="miter"/>
                  <v:path arrowok="t" textboxrect="0,0,293243,205867"/>
                </v:shape>
                <v:shape id="Shape 380" o:spid="_x0000_s1056" style="position:absolute;left:48792;top:5068;width:1326;height:2077;visibility:visible;mso-wrap-style:square;v-text-anchor:top" coordsize="132586,20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" path="m132586,r,52950l118110,61655c107442,70418,98679,83753,92456,101660v-6223,18288,-7112,31623,-2540,40259c94361,150682,102489,155000,113919,155000v5842,,11525,-1016,17034,-3127l132586,150882r,51611l94869,207705v-33909,,-58547,-8001,-73152,-24892c3429,162112,,135315,11557,101787,22225,70672,42672,45272,71247,24952,85534,14729,100901,7172,117316,2172l132586,xe" fillcolor="#818181" stroked="f" strokeweight="0">
                  <v:stroke miterlimit="83231f" joinstyle="miter"/>
                  <v:path arrowok="t" textboxrect="0,0,132586,207705"/>
                </v:shape>
                <v:shape id="Shape 381" o:spid="_x0000_s1057" style="position:absolute;left:50118;top:5015;width:1309;height:2078;visibility:visible;mso-wrap-style:square;v-text-anchor:top" coordsize="130939,20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" path="m37086,v42291,,69977,11811,83058,35560c130558,54610,130939,78105,121414,105918v-10795,31496,-30988,56769,-59436,76962c47817,193104,32355,200628,15702,205597l,207767,,156155r14353,-8708c24894,138684,33657,125222,40261,106172,46230,88392,47246,75311,42801,66675,38356,58039,30355,53721,19179,53721v-5842,,-11589,1111,-17209,3318l,58224,,5274,37086,xe" fillcolor="#818181" stroked="f" strokeweight="0">
                  <v:stroke miterlimit="83231f" joinstyle="miter"/>
                  <v:path arrowok="t" textboxrect="0,0,130939,207767"/>
                </v:shape>
                <v:shape id="Shape 382" o:spid="_x0000_s1058" style="position:absolute;left:51361;top:5062;width:1256;height:2037;visibility:visible;mso-wrap-style:square;v-text-anchor:top" coordsize="125583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" path="m71374,r54209,l125583,75956r-615,1768l125583,77724r,42418l110109,120142v-4191,11811,-8636,23749,-12700,35560c106299,155702,115062,155702,123952,155702r1631,-408l125583,203280r-5441,428c80137,203708,40132,203708,,203708,23368,135636,48006,68072,71374,xe" fillcolor="#818181" stroked="f" strokeweight="0">
                  <v:stroke miterlimit="83231f" joinstyle="miter"/>
                  <v:path arrowok="t" textboxrect="0,0,125583,203708"/>
                </v:shape>
                <v:shape id="Shape 383" o:spid="_x0000_s1059" style="position:absolute;left:52617;top:5062;width:1362;height:2033;visibility:visible;mso-wrap-style:square;v-text-anchor:top" coordsize="136164,20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" path="m,l75712,v23622,,40132,4318,49403,12954c134386,21971,136164,34036,130830,49657v-3810,11049,-11303,20447,-22098,28575c97937,86614,85237,91821,71648,94615v-127,127,-127,381,-254,762c86634,96901,97683,101981,104160,110744v6223,8636,6858,20193,1778,34798c99334,164973,87269,179451,71013,189230v-8318,4953,-18859,8572,-31607,10954l,203280,,155294r16149,-4037c21229,148336,24912,144018,26690,138557v4318,-12446,-762,-18415,-15621,-18415l,120142,,77724r19832,c33294,77724,42311,71755,46375,59817,49677,50038,44216,45212,29992,45212v-6477,,-12827,,-19304,l,75956,,xe" fillcolor="#818181" stroked="f" strokeweight="0">
                  <v:stroke miterlimit="83231f" joinstyle="miter"/>
                  <v:path arrowok="t" textboxrect="0,0,136164,203280"/>
                </v:shape>
                <v:shape id="Shape 384" o:spid="_x0000_s1060" style="position:absolute;left:53889;top:5062;width:3039;height:2037;visibility:visible;mso-wrap-style:square;v-text-anchor:top" coordsize="303911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" path="m71374,v25400,,50927,,76454,c136144,33909,123697,67691,112014,101600,150368,67310,189611,34290,227838,v25400,,50800,,76073,c280416,68072,255905,135636,232537,203708v-25527,,-51054,,-76454,c167513,170307,179705,137033,191262,103505,153289,137414,114554,169926,76708,203708v-25527,,-51181,,-76708,c23368,135636,48006,68072,71374,xe" fillcolor="#818181" stroked="f" strokeweight="0">
                  <v:stroke miterlimit="83231f" joinstyle="miter"/>
                  <v:path arrowok="t" textboxrect="0,0,303911,203708"/>
                </v:shape>
                <v:shape id="Shape 385" o:spid="_x0000_s1061" style="position:absolute;left:56761;top:4286;width:2782;height:2813;visibility:visible;mso-wrap-style:square;v-text-anchor:top" coordsize="27813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" path="m98679,v27051,,53975,,81026,c177547,6096,175387,12065,173355,18161v16130,,32258,,48387,c217678,29972,213361,41910,209297,53721v-16257,,-32385,,-48515,c155067,70358,149099,86868,143384,103505,169164,82804,196724,72898,225425,72898v23495,,38862,6985,45974,20574c278130,107188,277241,126492,268478,151638v-14859,43307,-30479,86360,-45339,129667c196215,281305,169164,281305,142113,281305v12954,-37465,26416,-74676,39371,-112014c189612,145669,184531,133858,165609,133858v-10542,,-19940,3683,-28195,11303c129032,152654,121412,165354,115189,183515v-11176,32639,-23114,65151,-34290,97790c53849,281305,26924,281305,,281305,26036,205359,53722,129794,79884,53721v-7874,,-15748,,-23622,c60325,41910,64643,29972,68707,18161v8002,,15748,,23749,c94488,12065,96648,6096,98679,xe" fillcolor="#818181" stroked="f" strokeweight="0">
                  <v:stroke miterlimit="83231f" joinstyle="miter"/>
                  <v:path arrowok="t" textboxrect="0,0,278130,281305"/>
                </v:shape>
                <v:shape id="Shape 386" o:spid="_x0000_s1062" style="position:absolute;left:60800;top:4239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" path="m122555,v2158,11303,4571,22733,6731,34163c111760,41148,98425,47878,90424,54610,82296,61595,76073,69596,72136,78994v13715,,27559,,41275,c104521,104902,95123,130556,86233,156464v-28830,,-57532,,-86233,c7365,135001,15113,113792,22606,92202,30734,68580,42799,49911,57403,36195,72263,22478,94361,10668,122555,xe" fillcolor="#818181" stroked="f" strokeweight="0">
                  <v:stroke miterlimit="83231f" joinstyle="miter"/>
                  <v:path arrowok="t" textboxrect="0,0,129286,156464"/>
                </v:shape>
                <v:shape id="Shape 387" o:spid="_x0000_s1063" style="position:absolute;left:59794;top:4239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" path="m122555,v2159,11303,4572,22733,6731,34163c111634,41148,98425,47878,90424,54610,82423,61595,76073,69596,72136,78994v13843,,27559,,41275,c104522,104902,95250,130556,86234,156464v-28703,,-57532,,-86234,c7366,135001,15240,113792,22479,92202,30735,68580,42799,49911,57531,36195,72136,22478,94235,10668,122555,xe" fillcolor="#818181" stroked="f" strokeweight="0">
                  <v:stroke miterlimit="83231f" joinstyle="miter"/>
                  <v:path arrowok="t" textboxrect="0,0,129286,156464"/>
                </v:shape>
                <v:shape id="Shape 388" o:spid="_x0000_s1064" style="position:absolute;left:88;top:4045;width:1652;height:2848;visibility:visible;mso-wrap-style:square;v-text-anchor:top" coordsize="165125,28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" path="m165125,r,65091l142291,78387v-15177,12700,-28169,33020,-38075,61595c94234,168430,92634,188750,99035,201196v6413,12573,19037,18669,37884,18669c146533,219865,155696,218341,164294,215293r831,-476l165125,279896r-1986,643c148628,283460,133293,284889,117132,284889v-32791,,-58229,-4827,-76047,-15240c23190,259489,11214,243741,5664,221770,,199925,3023,172494,14326,139600,30163,93627,56451,58194,91694,32412,109315,19459,128514,9870,149209,3520l165125,xe" stroked="f" strokeweight="0">
                  <v:stroke miterlimit="83231f" joinstyle="miter"/>
                  <v:path arrowok="t" textboxrect="0,0,165125,284889"/>
                </v:shape>
                <v:shape id="Shape 389" o:spid="_x0000_s1065" style="position:absolute;left:1740;top:3985;width:1671;height:2859;visibility:visible;mso-wrap-style:square;v-text-anchor:top" coordsize="167145,28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" path="m50572,v48374,,81648,12192,98793,37592c166383,62865,167145,97917,151270,143256v-11303,32893,-26670,59690,-45339,80899c87262,245364,64517,261366,39079,273177l,285837,,220758,23153,207518c37948,195326,51131,173736,61875,142113,71006,115570,72403,96266,65799,83947,59233,71755,46241,65786,27395,65786v-9049,,-17812,1492,-26210,4556l,71032,,5941,16238,2349c27322,778,38771,,50572,xe" stroked="f" strokeweight="0">
                  <v:stroke miterlimit="83231f" joinstyle="miter"/>
                  <v:path arrowok="t" textboxrect="0,0,167145,285837"/>
                </v:shape>
                <v:shape id="Shape 390" o:spid="_x0000_s1066" style="position:absolute;left:3241;top:4032;width:4900;height:2813;visibility:visible;mso-wrap-style:square;v-text-anchor:top" coordsize="489966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" path="m98806,v29845,,59690,,89662,c163957,70993,138303,141351,113919,212217v20066,,40259,,60452,c198755,141351,224536,70993,249047,v29972,,59817,,89789,c314452,70993,288671,141351,264287,212217v20447,,40767,,61214,c349885,141351,375793,70993,400177,v29972,,59944,,89789,c457581,94107,423545,187325,391160,281305v-130429,,-260731,,-391160,c32385,187325,66421,94107,98806,xe" stroked="f" strokeweight="0">
                  <v:stroke miterlimit="83231f" joinstyle="miter"/>
                  <v:path arrowok="t" textboxrect="0,0,489966,281305"/>
                </v:shape>
                <v:shape id="Shape 391" o:spid="_x0000_s1067" style="position:absolute;left:11114;top:6070;width:1294;height:1566;visibility:visible;mso-wrap-style:square;v-text-anchor:top" coordsize="129413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" path="m43053,v28829,,57531,,86360,c121920,21463,114173,42799,106807,64262,98552,87884,86614,106553,71882,120269,57023,133985,35052,145796,6858,156591,4572,145161,2286,133858,,122428v17653,-7112,30861,-13716,38989,-20574c46990,94869,53340,86868,57150,77470v-13716,,-27432,,-41148,c24892,51562,34290,25781,43053,xe" stroked="f" strokeweight="0">
                  <v:stroke miterlimit="83231f" joinstyle="miter"/>
                  <v:path arrowok="t" textboxrect="0,0,129413,156591"/>
                </v:shape>
                <v:shape id="Shape 392" o:spid="_x0000_s1068" style="position:absolute;left:10109;top:6070;width:1293;height:1566;visibility:visible;mso-wrap-style:square;v-text-anchor:top" coordsize="129286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" path="m43053,v28702,,57404,,86233,c121920,21463,114046,42799,106680,64262,98552,87884,86487,106553,71755,120269,56769,133985,35052,145796,6604,156591,4445,145161,2159,133858,,122428v17526,-7112,30734,-13716,38735,-20574c46863,94869,53213,86868,57023,77470v-13716,,-27432,,-41275,c24765,51562,34036,25781,43053,xe" stroked="f" strokeweight="0">
                  <v:stroke miterlimit="83231f" joinstyle="miter"/>
                  <v:path arrowok="t" textboxrect="0,0,129286,156591"/>
                </v:shape>
                <v:shape id="Shape 393" o:spid="_x0000_s1069" style="position:absolute;left:13028;top:4032;width:2974;height:2813;visibility:visible;mso-wrap-style:square;v-text-anchor:top" coordsize="297434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" path="m24257,v91059,,182118,,273177,c289433,23241,281051,46228,273050,69469v-30607,,-61087,,-91567,c156972,140208,131445,210566,106934,281305v-29972,,-59817,,-89789,c41529,210566,67183,140208,91567,69469v-30607,,-61087,,-91567,c7874,46228,16383,23241,24257,xe" stroked="f" strokeweight="0">
                  <v:stroke miterlimit="83231f" joinstyle="miter"/>
                  <v:path arrowok="t" textboxrect="0,0,297434,281305"/>
                </v:shape>
                <v:shape id="Shape 394" o:spid="_x0000_s1070" style="position:absolute;left:15098;top:4808;width:1794;height:2813;visibility:visible;mso-wrap-style:square;v-text-anchor:top" coordsize="179427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" path="m98806,v25146,,50292,,75565,c170942,10033,167259,20066,163830,30099l179427,18002r,39227l167640,64389v-9652,8001,-17780,20574,-23749,37973c138176,118618,137541,130429,141859,138303v4064,7874,11684,11684,22352,11684c168846,149987,173546,149035,178181,147145r1246,-775l179427,206373r-10771,1907c156083,208280,145542,206248,136906,202184v-9017,-4064,-16002,-10033,-21082,-18161c104521,216408,92710,248793,81534,281305v-27178,,-54356,,-81534,c32385,187325,66421,93980,98806,xe" stroked="f" strokeweight="0">
                  <v:stroke miterlimit="83231f" joinstyle="miter"/>
                  <v:path arrowok="t" textboxrect="0,0,179427,281305"/>
                </v:shape>
                <v:shape id="Shape 395" o:spid="_x0000_s1071" style="position:absolute;left:16892;top:4761;width:1269;height:2111;visibility:visible;mso-wrap-style:square;v-text-anchor:top" coordsize="126897,21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" path="m64540,v28194,,46355,10287,54356,31369c126897,52197,125500,77851,114705,108585v-11684,34163,-29464,59436,-52324,77597c50824,195199,38918,201898,26710,206343l,211072,,151068r12343,-7685c21233,135890,28980,123317,35203,105410,40791,88773,41934,76835,38251,68961,34187,61214,27456,57404,17931,57404v-5207,,-10287,953,-15240,2889l,61928,,22700,4993,18828c11327,14573,17106,11367,22249,9144,36092,3048,50316,,64540,xe" stroked="f" strokeweight="0">
                  <v:stroke miterlimit="83231f" joinstyle="miter"/>
                  <v:path arrowok="t" textboxrect="0,0,126897,211072"/>
                </v:shape>
                <v:shape id="Shape 396" o:spid="_x0000_s1072" style="position:absolute;left:18110;top:5630;width:1307;height:1261;visibility:visible;mso-wrap-style:square;v-text-anchor:top" coordsize="130740,1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" path="m130740,r,36467l113649,41323v-5921,2063,-10335,4095,-13192,6127c94234,51768,90297,56467,88519,61802v-2159,6222,-1524,11176,1397,14985c92837,80852,98806,82756,107442,82756r23298,-5418l130740,108929r-16186,8752c98298,123396,80645,126064,61722,126064v-25146,,-42291,-5461,-51054,-16765c1524,97869,,84154,5588,67643,10922,52022,20447,39449,33274,29416,45974,19383,65913,12144,92837,7191l130740,xe" stroked="f" strokeweight="0">
                  <v:stroke miterlimit="83231f" joinstyle="miter"/>
                  <v:path arrowok="t" textboxrect="0,0,130740,126064"/>
                </v:shape>
                <v:shape id="Shape 397" o:spid="_x0000_s1073" style="position:absolute;left:18551;top:4797;width:866;height:670;visibility:visible;mso-wrap-style:square;v-text-anchor:top" coordsize="86671,6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" path="m86671,r,55316l74676,66983c49784,64316,24892,61776,,59236,7493,46028,15494,35868,23622,28248,31623,20755,41910,14532,53975,8817l86671,xe" stroked="f" strokeweight="0">
                  <v:stroke miterlimit="83231f" joinstyle="miter"/>
                  <v:path arrowok="t" textboxrect="0,0,86671,66983"/>
                </v:shape>
                <v:shape id="Shape 398" o:spid="_x0000_s1074" style="position:absolute;left:19417;top:4761;width:1402;height:2084;visibility:visible;mso-wrap-style:square;v-text-anchor:top" coordsize="140151,20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" path="m44520,v24130,,43180,1397,56896,3937c115005,6604,125546,12065,132404,20447v4572,5715,7239,13843,7493,24257c140151,55245,138627,65405,135325,75057v-10414,30099,-21336,59944,-31750,90043c100273,174625,98241,182118,97606,187452v-508,5588,-381,12573,1016,20955c73476,208407,48203,208407,22803,208407v-1270,-5207,-1905,-9144,-1651,-12065c21152,193675,21660,189484,22803,183515l,195845,,164254r4007,-932c13278,159004,20771,154051,25978,147828v5334,-6096,9779,-13843,13081,-23622c40583,120015,41980,115824,43504,111760v-12446,3937,-25273,7239,-38354,10160l,123383,,86916r2260,-429c12833,84423,20580,82804,25470,81534v9652,-2286,20447,-5207,31750,-9144c60522,62865,60903,56134,58109,52197,55442,48387,48838,46482,38551,46482v-13335,,-23876,2159,-32004,6096l,58945,,3629,1213,3302c14929,1143,29407,,44520,xe" stroked="f" strokeweight="0">
                  <v:stroke miterlimit="83231f" joinstyle="miter"/>
                  <v:path arrowok="t" textboxrect="0,0,140151,208407"/>
                </v:shape>
                <v:shape id="Shape 399" o:spid="_x0000_s1075" style="position:absolute;left:20076;top:4808;width:2266;height:2865;visibility:visible;mso-wrap-style:square;v-text-anchor:top" coordsize="2265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" path="m145542,v27051,,54102,,81026,c203835,66040,179959,131572,157226,197612v-8763,25146,-17272,42799,-24384,53467c125476,261747,115443,270002,102997,276606v-12446,6604,-28321,9906,-47244,9906c40132,286512,21717,284226,,279781,10541,260731,21590,241935,32131,222885v5969,1397,10541,1905,13462,1905c52578,224790,58674,222504,63754,218186v5080,-4699,10160,-13589,14859,-27305c100584,127127,123698,63754,145542,xe" stroked="f" strokeweight="0">
                  <v:stroke miterlimit="83231f" joinstyle="miter"/>
                  <v:path arrowok="t" textboxrect="0,0,226568,286512"/>
                </v:shape>
                <v:shape id="Shape 400" o:spid="_x0000_s1076" style="position:absolute;left:21618;top:4032;width:998;height:537;visibility:visible;mso-wrap-style:square;v-text-anchor:top" coordsize="99822,5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" path="m18796,c45847,,72898,,99822,,93599,18034,87122,35814,80899,53721v-26924,,-53975,,-80899,c6096,35814,12700,18034,18796,xe" stroked="f" strokeweight="0">
                  <v:stroke miterlimit="83231f" joinstyle="miter"/>
                  <v:path arrowok="t" textboxrect="0,0,99822,53721"/>
                </v:shape>
                <v:shape id="Shape 401" o:spid="_x0000_s1077" style="position:absolute;left:22140;top:4787;width:2931;height:2058;visibility:visible;mso-wrap-style:square;v-text-anchor:top" coordsize="293116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" path="m293116,v-6223,18542,-13081,36957,-19431,55499c272542,55499,271399,55499,270129,55499v-10922,,-19177,381,-25146,1143c239014,57658,233807,59182,229489,61976v-4572,2667,-10541,8255,-17907,16510c204343,86868,198501,92456,194437,95758v-4191,3302,-9398,5461,-15494,6731c189738,103378,197612,105664,202565,109347v4699,3683,9779,15621,14986,35306c223139,165100,228854,185420,234442,205867v-30480,,-60833,,-91186,c139700,187071,135890,168402,132334,149733v-1778,-9017,-4826,-14605,-8636,-16891c119761,130429,114427,129413,107569,129413v-8763,25527,-18161,50927,-26924,76454c53848,205867,26924,205867,,205867,23368,137795,48006,70231,71374,2159v26924,,53848,,80772,c143764,26670,134747,51181,126365,75819v6858,-508,12573,-2667,17018,-6350c147701,65786,155194,58166,165354,45847,175387,33655,184150,24892,190881,19177v6604,-5588,14224,-9652,22733,-12573c221869,3683,231902,1905,243205,1143,254508,381,271145,,293116,xe" stroked="f" strokeweight="0">
                  <v:stroke miterlimit="83231f" joinstyle="miter"/>
                  <v:path arrowok="t" textboxrect="0,0,293116,205867"/>
                </v:shape>
                <v:shape id="Shape 402" o:spid="_x0000_s1078" style="position:absolute;left:24889;top:4814;width:1326;height:2077;visibility:visible;mso-wrap-style:square;v-text-anchor:top" coordsize="132531,20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" path="m132531,r,52945l117983,61661c107315,70424,98679,83759,92329,101665v-6223,18288,-6985,31623,-2540,40260c94361,150688,102362,155006,113792,155006v5842,,11525,-1016,17050,-3128l132531,150860r,51646l94869,207711v-34036,,-58547,-8001,-73279,-24892c3302,162118,,135321,11557,101793,22098,70677,42545,45277,71120,24958,85407,14734,100806,7178,117237,2177l132531,xe" stroked="f" strokeweight="0">
                  <v:stroke miterlimit="83231f" joinstyle="miter"/>
                  <v:path arrowok="t" textboxrect="0,0,132531,207711"/>
                </v:shape>
                <v:shape id="Shape 403" o:spid="_x0000_s1079" style="position:absolute;left:26215;top:4761;width:1308;height:2078;visibility:visible;mso-wrap-style:square;v-text-anchor:top" coordsize="130866,20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" path="m37013,v42291,,70104,11811,83058,35560c130485,54610,130866,78105,121341,105918v-10795,31496,-30860,56769,-59309,76962c47872,193104,32410,200628,15757,205597l,207775,,156128r14407,-8681c24821,138684,33584,125222,40188,106172,46284,88392,47300,75311,42728,66675,38283,58039,30282,53721,19233,53721v-5842,,-11620,1111,-17271,3318l,58214,,5268,37013,xe" stroked="f" strokeweight="0">
                  <v:stroke miterlimit="83231f" joinstyle="miter"/>
                  <v:path arrowok="t" textboxrect="0,0,130866,207775"/>
                </v:shape>
                <v:shape id="Shape 404" o:spid="_x0000_s1080" style="position:absolute;left:29107;top:3985;width:3153;height:2908;visibility:visible;mso-wrap-style:square;v-text-anchor:top" coordsize="315341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" path="m212725,v36703,,63119,6858,78994,21463c307467,35941,315341,57658,315087,87503v-28321,5842,-56896,11303,-85217,17018c229997,95885,229362,89789,227711,85725,225171,78994,220726,74041,214757,70358v-6096,-3683,-13716,-5334,-22606,-5334c171704,65024,153289,72644,137033,88773v-12319,11811,-22987,30226,-31750,55499c94488,175514,91948,196723,97536,208407v5715,11430,17399,17145,35052,17145c149987,225552,164465,221107,176530,211582v11938,-9525,23368,-22733,33274,-40640c233299,178816,257048,186055,280670,193928v-12827,21464,-27559,38990,-43815,53595c220472,262001,202438,272415,183007,279908v-19431,7366,-42164,10922,-68199,10922c83185,290830,58674,286512,41910,277622,25146,268605,13081,253238,6731,230759,,208280,2921,179832,14986,144780,30988,98044,56896,62865,90932,37465,125095,12065,165989,,212725,xe" stroked="f" strokeweight="0">
                  <v:stroke miterlimit="83231f" joinstyle="miter"/>
                  <v:path arrowok="t" textboxrect="0,0,315341,290830"/>
                </v:shape>
                <v:shape id="Shape 405" o:spid="_x0000_s1081" style="position:absolute;left:32282;top:4808;width:2181;height:2037;visibility:visible;mso-wrap-style:square;v-text-anchor:top" coordsize="218059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" path="m20066,c85979,,152019,,218059,v-6604,19050,-13462,37973,-20066,57023c178435,57023,158877,57023,139446,57023v-16764,49022,-34544,97663,-51435,146685c61087,203708,34036,203708,7112,203708,24003,154686,41656,106045,58547,57023v-19558,,-39116,,-58547,c6604,37973,13462,19050,20066,xe" stroked="f" strokeweight="0">
                  <v:stroke miterlimit="83231f" joinstyle="miter"/>
                  <v:path arrowok="t" textboxrect="0,0,218059,203708"/>
                </v:shape>
                <v:shape id="Shape 406" o:spid="_x0000_s1082" style="position:absolute;left:34069;top:5630;width:1307;height:1261;visibility:visible;mso-wrap-style:square;v-text-anchor:top" coordsize="130677,12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" path="m130677,r,36472l113633,41311v-5937,2063,-10382,4095,-13303,6127c94361,51756,90297,56455,88519,61790v-2159,6222,-1524,11176,1397,14985c92837,80840,98933,82744,107315,82744r23362,-5408l130677,108979r-16123,8690c98298,123384,80645,126052,61722,126052v-25273,,-42418,-5461,-51181,-16765c1524,97857,,84142,5588,67631,10922,52010,20447,39437,33147,29404,45974,19371,65913,12132,92837,7179l130677,xe" stroked="f" strokeweight="0">
                  <v:stroke miterlimit="83231f" joinstyle="miter"/>
                  <v:path arrowok="t" textboxrect="0,0,130677,126052"/>
                </v:shape>
                <v:shape id="Shape 407" o:spid="_x0000_s1083" style="position:absolute;left:34510;top:4798;width:866;height:669;visibility:visible;mso-wrap-style:square;v-text-anchor:top" coordsize="86608,6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" path="m86608,r,55317l74549,66966c49784,64298,24892,61759,,59219,7366,46010,15494,35851,23622,28231,31750,20738,41910,14515,53975,8800l86608,xe" stroked="f" strokeweight="0">
                  <v:stroke miterlimit="83231f" joinstyle="miter"/>
                  <v:path arrowok="t" textboxrect="0,0,86608,66966"/>
                </v:shape>
                <v:shape id="Shape 408" o:spid="_x0000_s1084" style="position:absolute;left:35376;top:4761;width:1402;height:2084;visibility:visible;mso-wrap-style:square;v-text-anchor:top" coordsize="140214,20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" path="m44583,v24130,,43180,1397,56896,3937c115068,6604,125609,12065,132467,20447v4699,5715,7366,13843,7493,24257c140214,55245,138690,65405,135388,75057v-10414,30099,-21336,59944,-31750,90043c100336,174625,98177,182118,97669,187452v-508,5588,-381,12573,1016,20955c73412,208407,48139,208407,22993,208407v-1397,-5207,-2032,-9144,-1778,-12065c21215,193675,21723,189484,22993,183515l,195907,,164264r4070,-942c13341,159004,20834,154051,26041,147828v5334,-6096,9779,-13843,13081,-23622c40519,120015,42043,115824,43440,111760v-12446,3937,-25146,7239,-38227,10160l,123400,,86928r2324,-441c12897,84423,20644,82804,25533,81534v9652,-2286,20447,-5207,31750,-9144c60585,62865,60966,56134,58172,52197,55505,48387,48901,46482,38614,46482v-13335,,-23876,2159,-32004,6096l,58963,,3646,1276,3302c14992,1143,29470,,44583,xe" stroked="f" strokeweight="0">
                  <v:stroke miterlimit="83231f" joinstyle="miter"/>
                  <v:path arrowok="t" textboxrect="0,0,140214,208407"/>
                </v:shape>
                <v:shape id="Shape 409" o:spid="_x0000_s1085" style="position:absolute;left:36773;top:4808;width:3607;height:2037;visibility:visible;mso-wrap-style:square;v-text-anchor:top" coordsize="360680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" path="m71374,v32131,,64262,,96393,c170942,39116,174117,78105,177165,117221,205867,77851,235712,39370,264541,v32004,,64008,,96139,c337312,68072,312674,135636,289306,203708v-22860,,-45593,,-68199,c235712,161036,251206,118618,265811,75946v-31242,42799,-63627,84836,-94742,127762c154813,203708,138557,203708,122428,203708v-3048,-42545,-6223,-85217,-9398,-127762c98425,118618,82931,161036,68326,203708v-22860,,-45593,,-68326,c23495,135636,48006,68072,71374,xe" stroked="f" strokeweight="0">
                  <v:stroke miterlimit="83231f" joinstyle="miter"/>
                  <v:path arrowok="t" textboxrect="0,0,360680,203708"/>
                </v:shape>
                <v:shape id="Shape 410" o:spid="_x0000_s1086" style="position:absolute;left:40345;top:4798;width:1391;height:2093;visibility:visible;mso-wrap-style:square;v-text-anchor:top" coordsize="139047,20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" path="m139047,r,45366l134350,46284v-5985,2445,-11732,6127,-17256,11080c109982,63460,103505,72604,98044,84797r41003,l139047,122261r-54338,c81788,134708,82042,144105,85344,150201v4699,8890,13462,13208,26035,13208c119253,163409,127508,161632,135890,157695r3157,-2169l139047,205438r-2014,580c123889,208209,109284,209257,93218,209257v-27940,,-48387,-3684,-61595,-11431c18288,190207,9144,178268,4572,161504,,144995,1524,125690,9144,103211,20320,71208,40259,45934,68072,25868,81979,15835,97155,8438,113490,3548l139047,xe" stroked="f" strokeweight="0">
                  <v:stroke miterlimit="83231f" joinstyle="miter"/>
                  <v:path arrowok="t" textboxrect="0,0,139047,209257"/>
                </v:shape>
                <v:shape id="Shape 411" o:spid="_x0000_s1087" style="position:absolute;left:41736;top:6247;width:924;height:606;visibility:visible;mso-wrap-style:square;v-text-anchor:top" coordsize="92474,6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" path="m15512,c41166,2413,66820,4699,92474,6985,73551,27813,53358,42037,33038,51054l,60570,,10658,15512,xe" stroked="f" strokeweight="0">
                  <v:stroke miterlimit="83231f" joinstyle="miter"/>
                  <v:path arrowok="t" textboxrect="0,0,92474,60570"/>
                </v:shape>
                <v:shape id="Shape 412" o:spid="_x0000_s1088" style="position:absolute;left:41736;top:4761;width:1232;height:1260;visibility:visible;mso-wrap-style:square;v-text-anchor:top" coordsize="123208,1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" path="m26815,c57041,,79266,4445,93617,13335v14224,9017,23114,21717,26416,38354c123208,68326,119906,90170,110508,117094v-889,2921,-1905,5842,-2921,8890l,125984,,88519r38499,c42182,73406,41801,62611,37356,56134,32911,49530,25037,46355,13988,46355l,49089,,3723,26815,xe" stroked="f" strokeweight="0">
                  <v:stroke miterlimit="83231f" joinstyle="miter"/>
                  <v:path arrowok="t" textboxrect="0,0,123208,125984"/>
                </v:shape>
                <v:shape id="Shape 413" o:spid="_x0000_s1089" style="position:absolute;left:42920;top:4808;width:3068;height:2037;visibility:visible;mso-wrap-style:square;v-text-anchor:top" coordsize="306832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" path="m71501,v27051,,53975,,80899,c144399,23368,136017,46482,128016,69850v24511,,49022,,73406,c209423,46482,217805,23368,225806,v26924,,53975,,81026,c283464,68072,258699,135636,235331,203708v-26924,,-53848,,-80899,c163322,177927,172593,152527,181483,126873v-24511,,-49022,,-73406,c99187,152527,89916,177927,81026,203708v-26924,,-53975,,-81026,c23495,135636,48133,68072,71501,xe" stroked="f" strokeweight="0">
                  <v:stroke miterlimit="83231f" joinstyle="miter"/>
                  <v:path arrowok="t" textboxrect="0,0,306832,203708"/>
                </v:shape>
                <v:shape id="Shape 414" o:spid="_x0000_s1090" style="position:absolute;left:45788;top:4787;width:2933;height:2058;visibility:visible;mso-wrap-style:square;v-text-anchor:top" coordsize="293243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" path="m293243,v-6350,18542,-13081,36957,-19431,55499c272542,55499,271399,55499,270256,55499v-10922,,-19304,381,-25273,1143c239014,57658,233934,59182,229489,61976v-4445,2667,-10541,8255,-17780,16510c204470,86868,198501,92456,194437,95758v-4064,3302,-9271,5461,-15494,6731c189865,103378,197739,105664,202565,109347v4699,3683,9779,15621,15113,35306c223139,165100,228981,185420,234569,205867v-30480,,-60960,,-91313,c139700,187071,135890,168402,132334,149733v-1778,-9017,-4699,-14605,-8509,-16891c119888,130429,114427,129413,107569,129413v-8763,25527,-18034,50927,-26797,76454c53848,205867,26924,205867,,205867,23495,137795,48006,70231,71374,2159v27051,,53975,,80772,c143764,26670,134874,51181,126365,75819v6985,-508,12573,-2667,17145,-6350c147701,65786,155321,58166,165481,45847,175514,33655,184277,24892,190881,19177v6731,-5588,14224,-9652,22860,-12573c221996,3683,231902,1905,243205,1143,254508,381,271145,,293243,xe" stroked="f" strokeweight="0">
                  <v:stroke miterlimit="83231f" joinstyle="miter"/>
                  <v:path arrowok="t" textboxrect="0,0,293243,205867"/>
                </v:shape>
                <v:shape id="Shape 415" o:spid="_x0000_s1091" style="position:absolute;left:48538;top:4814;width:1326;height:2077;visibility:visible;mso-wrap-style:square;v-text-anchor:top" coordsize="132585,20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" path="m132585,r,52950l118110,61655c107442,70418,98679,83753,92456,101660v-6223,18288,-7112,31623,-2540,40259c94361,150682,102489,155000,113919,155000v5842,,11525,-1016,17034,-3127l132585,150882r,51611l94869,207705v-33909,,-58547,-8001,-73152,-24892c3429,162112,,135315,11557,101787,22225,70672,42672,45272,71247,24952,85534,14729,100901,7172,117316,2171l132585,xe" stroked="f" strokeweight="0">
                  <v:stroke miterlimit="83231f" joinstyle="miter"/>
                  <v:path arrowok="t" textboxrect="0,0,132585,207705"/>
                </v:shape>
                <v:shape id="Shape 416" o:spid="_x0000_s1092" style="position:absolute;left:49864;top:4761;width:1309;height:2078;visibility:visible;mso-wrap-style:square;v-text-anchor:top" coordsize="130940,20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" path="m37086,v42292,,69978,11811,83059,35560c130559,54610,130940,78105,121415,105918v-10795,31496,-30988,56769,-59436,76962c47818,193104,32356,200628,15703,205597l,207767,,156156r14354,-8709c24895,138684,33658,125222,40261,106172,46231,88392,47247,75311,42802,66675,38357,58039,30356,53721,19179,53721v-5841,,-11588,1111,-17208,3318l,58224,,5274,37086,xe" stroked="f" strokeweight="0">
                  <v:stroke miterlimit="83231f" joinstyle="miter"/>
                  <v:path arrowok="t" textboxrect="0,0,130940,207767"/>
                </v:shape>
                <v:shape id="Shape 417" o:spid="_x0000_s1093" style="position:absolute;left:51107;top:4808;width:1256;height:2037;visibility:visible;mso-wrap-style:square;v-text-anchor:top" coordsize="125583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" path="m71374,r54209,l125583,75956r-615,1768l125583,77724r,42418l110109,120142v-4191,11811,-8636,23749,-12700,35560c106299,155702,115062,155702,123952,155702r1631,-408l125583,203280r-5441,428c80137,203708,40132,203708,,203708,23368,135636,48006,68072,71374,xe" stroked="f" strokeweight="0">
                  <v:stroke miterlimit="83231f" joinstyle="miter"/>
                  <v:path arrowok="t" textboxrect="0,0,125583,203708"/>
                </v:shape>
                <v:shape id="Shape 418" o:spid="_x0000_s1094" style="position:absolute;left:52363;top:4808;width:1362;height:2033;visibility:visible;mso-wrap-style:square;v-text-anchor:top" coordsize="136164,20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" path="m,l75712,v23622,,40132,4318,49403,12954c134386,21971,136164,34036,130830,49657v-3810,11049,-11303,20447,-22098,28575c97937,86614,85237,91821,71648,94615v-127,127,-127,381,-254,762c86634,96901,97683,101981,104160,110744v6223,8636,6858,20193,1778,34798c99334,164973,87269,179451,71013,189230v-8318,4953,-18859,8572,-31607,10954l,203280,,155294r16149,-4037c21229,148336,24912,144018,26690,138557v4318,-12446,-762,-18415,-15621,-18415l,120142,,77724r19832,c33294,77724,42311,71755,46375,59817,49677,50038,44216,45212,29992,45212v-6477,,-12827,,-19304,l,75956,,xe" stroked="f" strokeweight="0">
                  <v:stroke miterlimit="83231f" joinstyle="miter"/>
                  <v:path arrowok="t" textboxrect="0,0,136164,203280"/>
                </v:shape>
                <v:shape id="Shape 419" o:spid="_x0000_s1095" style="position:absolute;left:53635;top:4808;width:3039;height:2037;visibility:visible;mso-wrap-style:square;v-text-anchor:top" coordsize="303911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" path="m71374,v25400,,50927,,76454,c136144,33909,123697,67691,112014,101600,150368,67310,189611,34290,227838,v25400,,50800,,76073,c280416,68072,255905,135636,232537,203708v-25527,,-51054,,-76454,c167513,170307,179705,137033,191262,103505,153289,137414,114554,169926,76708,203708v-25527,,-51181,,-76708,c23368,135636,48006,68072,71374,xe" stroked="f" strokeweight="0">
                  <v:stroke miterlimit="83231f" joinstyle="miter"/>
                  <v:path arrowok="t" textboxrect="0,0,303911,203708"/>
                </v:shape>
                <v:shape id="Shape 420" o:spid="_x0000_s1096" style="position:absolute;left:56507;top:4032;width:2782;height:2813;visibility:visible;mso-wrap-style:square;v-text-anchor:top" coordsize="27813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" path="m98679,v27051,,53975,,81026,c177547,6096,175387,12065,173355,18161v16130,,32258,,48387,c217678,29972,213361,41910,209297,53721v-16257,,-32385,,-48515,c155067,70358,149099,86868,143384,103505,169164,82804,196724,72898,225425,72898v23495,,38862,6985,45974,20574c278130,107188,277241,126492,268478,151638v-14859,43307,-30479,86360,-45339,129667c196215,281305,169164,281305,142113,281305v12954,-37465,26416,-74676,39371,-112014c189612,145669,184531,133858,165609,133858v-10542,,-19940,3683,-28195,11303c129032,152654,121412,165354,115189,183515v-11176,32639,-23114,65151,-34290,97790c53849,281305,26924,281305,,281305,26036,205359,53722,129794,79884,53721v-7874,,-15748,,-23622,c60325,41910,64643,29972,68707,18161v8002,,15748,,23749,c94488,12065,96648,6096,98679,xe" stroked="f" strokeweight="0">
                  <v:stroke miterlimit="83231f" joinstyle="miter"/>
                  <v:path arrowok="t" textboxrect="0,0,278130,281305"/>
                </v:shape>
                <v:shape id="Shape 421" o:spid="_x0000_s1097" style="position:absolute;left:60546;top:3985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" path="m122555,v2158,11303,4571,22733,6731,34163c111760,41148,98425,47878,90424,54610,82296,61595,76073,69596,72136,78994v13715,,27559,,41275,c104521,104902,95123,130556,86233,156464v-28830,,-57532,,-86233,c7365,135001,15113,113792,22606,92202,30734,68580,42799,49911,57403,36195,72263,22478,94361,10668,122555,xe" stroked="f" strokeweight="0">
                  <v:stroke miterlimit="83231f" joinstyle="miter"/>
                  <v:path arrowok="t" textboxrect="0,0,129286,156464"/>
                </v:shape>
                <v:shape id="Shape 422" o:spid="_x0000_s1098" style="position:absolute;left:59540;top:3985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" path="m122555,v2159,11303,4572,22733,6731,34163c111634,41148,98425,47878,90424,54610,82423,61595,76073,69596,72136,78994v13843,,27559,,41275,c104522,104902,95250,130556,86234,156464v-28703,,-57532,,-86234,c7366,135001,15240,113792,22479,92202,30735,68580,42799,49911,57531,36195,72136,22478,94235,10668,122555,xe" stroked="f" strokeweight="0">
                  <v:stroke miterlimit="83231f" joinstyle="miter"/>
                  <v:path arrowok="t" textboxrect="0,0,129286,156464"/>
                </v:shape>
                <v:shape id="Shape 423" o:spid="_x0000_s1099" style="position:absolute;left:88;top:3985;width:3323;height:2908;visibility:visible;mso-wrap-style:square;v-text-anchor:top" coordsize="33227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" path="m14326,145542c30163,99568,56451,64135,91694,38353,126936,12446,168491,,215697,v48374,,81648,12192,98793,37592c331508,62865,332270,97917,316395,143256v-11303,32893,-26670,59690,-45339,80899c252387,245364,229641,261366,204203,273177v-25730,11938,-54749,17653,-87071,17653c84341,290830,58903,286003,41085,275590,23190,265430,11214,249682,5664,227711,,205867,3023,178435,14326,145542xe" filled="f" strokecolor="red">
                  <v:stroke miterlimit="1" joinstyle="miter"/>
                  <v:path arrowok="t" textboxrect="0,0,332270,290830"/>
                </v:shape>
                <v:shape id="Shape 424" o:spid="_x0000_s1100" style="position:absolute;left:1015;top:4643;width:1449;height:1600;visibility:visible;mso-wrap-style:square;v-text-anchor:top" coordsize="14489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" path="m11582,80137c1600,108585,,128905,6401,141351v6413,12573,19037,18669,37884,18669c63513,160020,80937,153924,95644,141732v14795,-12192,27978,-33782,38722,-65405c143497,49784,144894,30480,138290,18161,131724,5969,118732,,99885,,81788,,64833,5969,49657,18542,34480,31242,21488,51562,11582,80137xe" filled="f" strokecolor="red">
                  <v:stroke miterlimit="1" joinstyle="miter"/>
                  <v:path arrowok="t" textboxrect="0,0,144894,160020"/>
                </v:shape>
                <v:shape id="Shape 425" o:spid="_x0000_s1101" style="position:absolute;left:3241;top:4032;width:4900;height:2813;visibility:visible;mso-wrap-style:square;v-text-anchor:top" coordsize="489966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" path="m391160,281305v-130429,,-260731,,-391160,c32385,187325,66421,94107,98806,v29845,,59690,,89662,c163957,70993,138303,141351,113919,212217v20066,,40259,,60452,c198755,141351,224536,70993,249047,v29972,,59817,,89789,c314452,70993,288671,141351,264287,212217v20447,,40767,,61214,c349885,141351,375793,70993,400177,v29972,,59944,,89789,c457581,94107,423545,187325,391160,281305xe" filled="f" strokecolor="red">
                  <v:stroke miterlimit="1" joinstyle="miter"/>
                  <v:path arrowok="t" textboxrect="0,0,489966,281305"/>
                </v:shape>
                <v:shape id="Shape 426" o:spid="_x0000_s1102" style="position:absolute;left:10109;top:6070;width:1293;height:1566;visibility:visible;mso-wrap-style:square;v-text-anchor:top" coordsize="129286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" path="m43053,v28702,,57404,,86233,c121920,21463,114046,42799,106680,64262,98552,87884,86487,106553,71755,120269,56769,133985,35052,145796,6604,156591,4445,145161,2159,133858,,122428v17526,-7112,30734,-13716,38735,-20574c46863,94869,53213,86868,57023,77470v-13716,,-27432,,-41275,c24765,51562,34036,25781,43053,xe" filled="f" strokecolor="red">
                  <v:stroke miterlimit="1" joinstyle="miter"/>
                  <v:path arrowok="t" textboxrect="0,0,129286,156591"/>
                </v:shape>
                <v:shape id="Shape 427" o:spid="_x0000_s1103" style="position:absolute;left:11114;top:6070;width:1294;height:1566;visibility:visible;mso-wrap-style:square;v-text-anchor:top" coordsize="129413,15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" path="m43053,v28829,,57531,,86360,c121920,21463,114173,42799,106807,64262,98552,87884,86614,106553,71882,120269,57023,133985,35052,145796,6858,156591,4572,145161,2286,133858,,122428v17653,-7112,30861,-13716,38989,-20574c46990,94869,53340,86868,57150,77470v-13716,,-27432,,-41148,c24892,51562,34290,25781,43053,xe" filled="f" strokecolor="red">
                  <v:stroke miterlimit="1" joinstyle="miter"/>
                  <v:path arrowok="t" textboxrect="0,0,129413,156591"/>
                </v:shape>
                <v:shape id="Shape 428" o:spid="_x0000_s1104" style="position:absolute;left:13028;top:4032;width:2974;height:2813;visibility:visible;mso-wrap-style:square;v-text-anchor:top" coordsize="297434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" path="m24257,v91059,,182118,,273177,c289433,23241,281051,46228,273050,69469v-30607,,-61087,,-91567,c156972,140208,131445,210566,106934,281305v-29972,,-59817,,-89789,c41529,210566,67183,140208,91567,69469v-30607,,-61087,,-91567,c7874,46228,16383,23241,24257,xe" filled="f" strokecolor="red">
                  <v:stroke miterlimit="1" joinstyle="miter"/>
                  <v:path arrowok="t" textboxrect="0,0,297434,281305"/>
                </v:shape>
                <v:shape id="Shape 429" o:spid="_x0000_s1105" style="position:absolute;left:15098;top:4761;width:3063;height:2860;visibility:visible;mso-wrap-style:square;v-text-anchor:top" coordsize="306324,28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" path="m,286004c32385,192024,66421,98679,98806,4699v25146,,50292,,75565,c170942,14732,167259,24765,163830,34798,178562,21971,191389,13589,201676,9144,215519,3048,229743,,243967,v28194,,46355,10287,54356,31369c306324,52197,304927,77851,294132,108585v-11684,34163,-29464,59436,-52324,77597c218694,204216,194183,212979,168656,212979v-12573,,-23114,-2032,-31750,-6096c127889,202819,120904,196850,115824,188722v-11303,32385,-23114,64770,-34290,97282c54356,286004,27178,286004,,286004xe" filled="f" strokecolor="red">
                  <v:stroke miterlimit="1" joinstyle="miter"/>
                  <v:path arrowok="t" textboxrect="0,0,306324,286004"/>
                </v:shape>
                <v:shape id="Shape 430" o:spid="_x0000_s1106" style="position:absolute;left:16473;top:5335;width:838;height:973;visibility:visible;mso-wrap-style:square;v-text-anchor:top" coordsize="83820,9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" path="m6350,49657c635,65913,,77724,4318,85598v4064,7874,11684,11684,22352,11684c35941,97282,45466,93472,54229,85978,63119,78486,70866,65913,77089,48006,82677,31369,83820,19431,80137,11557,76073,3810,69342,,59817,,49403,,39497,3810,30099,11684,20447,19685,12319,32258,6350,49657xe" filled="f" strokecolor="red">
                  <v:stroke miterlimit="1" joinstyle="miter"/>
                  <v:path arrowok="t" textboxrect="0,0,83820,97282"/>
                </v:shape>
                <v:shape id="Shape 431" o:spid="_x0000_s1107" style="position:absolute;left:18110;top:4761;width:2709;height:2130;visibility:visible;mso-wrap-style:square;v-text-anchor:top" coordsize="270891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" path="m118745,70612c93853,67945,68961,65405,44069,62865,51562,49657,59563,39497,67691,31877,75692,24384,85979,18161,98044,12446v8890,-4064,20320,-6985,33909,-9144c145669,1143,160147,,175260,v24130,,43180,1397,56896,3937c245745,6604,256286,12065,263144,20447v4572,5715,7239,13843,7493,24257c270891,55245,269367,65405,266065,75057v-10414,30099,-21336,59944,-31750,90043c231013,174625,228981,182118,228346,187452v-508,5588,-381,12573,1016,20955c204216,208407,178943,208407,153543,208407v-1270,-5207,-1905,-9144,-1651,-12065c151892,193675,152400,189484,153543,183515v-13970,9906,-26924,16764,-38989,21082c98298,210312,80645,212979,61722,212979v-25146,,-42291,-5461,-51054,-16764c1524,184785,,171069,5588,154559v5334,-15621,14859,-28194,27686,-38227c45974,106299,65913,99060,92837,94107v32385,-6096,53594,-10033,63373,-12573c165862,79248,176657,76327,187960,72390v3302,-9525,3683,-16256,889,-20193c186182,48387,179578,46482,169291,46482v-13335,,-23876,2159,-32004,6096c131191,55880,124714,61722,118745,70612xe" filled="f" strokecolor="red">
                  <v:stroke miterlimit="1" joinstyle="miter"/>
                  <v:path arrowok="t" textboxrect="0,0,270891,212979"/>
                </v:shape>
                <v:shape id="Shape 432" o:spid="_x0000_s1108" style="position:absolute;left:18974;top:5879;width:879;height:579;visibility:visible;mso-wrap-style:square;v-text-anchor:top" coordsize="8788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" path="m87884,c75438,3937,62611,7239,49530,10160,31750,14478,19812,18542,14097,22606,7874,26924,3937,31623,2159,36957,,43180,635,48133,3556,51943v2921,4064,8890,5969,17526,5969c29972,57912,39116,55880,48387,51562,57658,47244,65151,42291,70358,36068,75692,29972,80137,22225,83439,12447,84963,8255,86360,4064,87884,xe" filled="f" strokecolor="red">
                  <v:stroke miterlimit="1" joinstyle="miter"/>
                  <v:path arrowok="t" textboxrect="0,0,87884,57912"/>
                </v:shape>
                <v:shape id="Shape 433" o:spid="_x0000_s1109" style="position:absolute;left:21618;top:4032;width:998;height:537;visibility:visible;mso-wrap-style:square;v-text-anchor:top" coordsize="99822,5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" path="m18796,c45847,,72898,,99822,,93599,18034,87122,35814,80899,53721v-26924,,-53975,,-80899,c6096,35814,12700,18034,18796,xe" filled="f" strokecolor="red">
                  <v:stroke miterlimit="1" joinstyle="miter"/>
                  <v:path arrowok="t" textboxrect="0,0,99822,53721"/>
                </v:shape>
                <v:shape id="Shape 434" o:spid="_x0000_s1110" style="position:absolute;left:20076;top:4808;width:2266;height:2865;visibility:visible;mso-wrap-style:square;v-text-anchor:top" coordsize="226568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" path="m145542,v27051,,54102,,81026,c203835,66040,179959,131572,157226,197612v-8763,25146,-17272,42799,-24384,53467c125476,261747,115443,270002,102997,276606v-12446,6604,-28321,9906,-47244,9906c40132,286512,21717,284226,,279781,10541,260731,21590,241935,32131,222885v5969,1397,10541,1905,13462,1905c52578,224790,58674,222504,63754,218186v5080,-4699,10160,-13589,14859,-27305c100584,127127,123698,63754,145542,xe" filled="f" strokecolor="red">
                  <v:stroke miterlimit="1" joinstyle="miter"/>
                  <v:path arrowok="t" textboxrect="0,0,226568,286512"/>
                </v:shape>
                <v:shape id="Shape 435" o:spid="_x0000_s1111" style="position:absolute;left:22140;top:4787;width:2931;height:2058;visibility:visible;mso-wrap-style:square;v-text-anchor:top" coordsize="293116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" path="m234442,205867v-30480,,-60833,,-91186,c139700,187071,135890,168402,132334,149733v-1778,-9017,-4826,-14605,-8636,-16891c119761,130429,114427,129413,107569,129413v-8763,25527,-18161,50927,-26924,76454c53848,205867,26924,205867,,205867,23368,137795,48006,70231,71374,2159v26924,,53848,,80772,c143764,26670,134747,51181,126365,75819v6858,-508,12573,-2667,17018,-6350c147701,65786,155194,58166,165354,45847,175387,33655,184150,24892,190881,19177v6604,-5588,14224,-9652,22733,-12573c221869,3683,231902,1905,243205,1143,254508,381,271145,,293116,v-6223,18542,-13081,36957,-19431,55499c272542,55499,271399,55499,270129,55499v-10922,,-19177,381,-25146,1143c239014,57658,233807,59182,229489,61976v-4572,2667,-10541,8255,-17907,16510c204343,86868,198501,92456,194437,95758v-4191,3302,-9398,5461,-15494,6731c189738,103378,197612,105664,202565,109347v4699,3683,9779,15621,14986,35306c223139,165100,228854,185420,234442,205867xe" filled="f" strokecolor="red">
                  <v:stroke miterlimit="1" joinstyle="miter"/>
                  <v:path arrowok="t" textboxrect="0,0,293116,205867"/>
                </v:shape>
                <v:shape id="Shape 436" o:spid="_x0000_s1112" style="position:absolute;left:24889;top:4761;width:2634;height:2130;visibility:visible;mso-wrap-style:square;v-text-anchor:top" coordsize="263398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" path="m11557,107061c22098,75946,42545,50546,71120,30226,99695,9779,132715,,169545,v42291,,70104,11811,83058,35560c263017,54610,263398,78105,253873,105918v-10795,31496,-30861,56769,-59309,76962c166243,203327,132715,212979,94869,212979v-34036,,-58547,-8001,-73279,-24892c3302,167386,,140589,11557,107061xe" filled="f" strokecolor="red">
                  <v:stroke miterlimit="1" joinstyle="miter"/>
                  <v:path arrowok="t" textboxrect="0,0,263398,212979"/>
                </v:shape>
                <v:shape id="Shape 437" o:spid="_x0000_s1113" style="position:absolute;left:25743;top:5298;width:945;height:1066;visibility:visible;mso-wrap-style:square;v-text-anchor:top" coordsize="94488,10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" path="m6985,53213c762,71501,,84836,4445,93473v4572,8763,12573,13080,24003,13080c40132,106553,51181,102489,61595,93726,72009,84963,80772,71501,87376,52451,93472,34672,94488,21590,89916,12954,85471,4318,77470,,66421,,54737,,43307,4445,32639,13208,21971,21972,13335,35306,6985,53213xe" filled="f" strokecolor="red">
                  <v:stroke miterlimit="1" joinstyle="miter"/>
                  <v:path arrowok="t" textboxrect="0,0,94488,106553"/>
                </v:shape>
                <v:shape id="Shape 438" o:spid="_x0000_s1114" style="position:absolute;left:29107;top:3985;width:3153;height:2908;visibility:visible;mso-wrap-style:square;v-text-anchor:top" coordsize="315341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" path="m209804,170942v23495,7874,47244,15113,70866,22986c267843,215392,253111,232918,236855,247523v-16383,14478,-34417,24892,-53848,32385c163576,287274,140843,290830,114808,290830v-31623,,-56134,-4318,-72898,-13208c25146,268605,13081,253238,6731,230759,,208280,2921,179832,14986,144780,30988,98044,56896,62865,90932,37465,125095,12065,165989,,212725,v36703,,63119,6858,78994,21463c307467,35941,315341,57658,315087,87503v-28321,5842,-56896,11303,-85217,17018c229997,95885,229362,89789,227711,85725,225171,78994,220726,74041,214757,70358v-6096,-3683,-13716,-5334,-22606,-5334c171704,65024,153289,72644,137033,88773v-12319,11811,-22987,30226,-31750,55499c94488,175514,91948,196723,97536,208407v5715,11430,17399,17145,35052,17145c149987,225552,164465,221107,176530,211582v11938,-9525,23368,-22733,33274,-40640xe" filled="f" strokecolor="red">
                  <v:stroke miterlimit="1" joinstyle="miter"/>
                  <v:path arrowok="t" textboxrect="0,0,315341,290830"/>
                </v:shape>
                <v:shape id="Shape 439" o:spid="_x0000_s1115" style="position:absolute;left:32282;top:4808;width:2181;height:2037;visibility:visible;mso-wrap-style:square;v-text-anchor:top" coordsize="218059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" path="m197993,57023v-19558,,-39116,,-58547,c122682,106045,104902,154686,88011,203708v-26924,,-53975,,-80899,c24003,154686,41656,106045,58547,57023v-19558,,-39116,,-58547,c6604,37973,13462,19050,20066,,85979,,152019,,218059,v-6604,19050,-13462,37973,-20066,57023xe" filled="f" strokecolor="red">
                  <v:stroke miterlimit="1" joinstyle="miter"/>
                  <v:path arrowok="t" textboxrect="0,0,218059,203708"/>
                </v:shape>
                <v:shape id="Shape 440" o:spid="_x0000_s1116" style="position:absolute;left:34069;top:4761;width:2709;height:2130;visibility:visible;mso-wrap-style:square;v-text-anchor:top" coordsize="270891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" path="m118618,70612c93853,67945,68961,65405,44069,62865,51435,49657,59563,39497,67691,31877,75819,24384,85979,18161,98044,12446v8890,-4064,20193,-6985,33909,-9144c145669,1143,160147,,175260,v24130,,43180,1397,56896,3937c245745,6604,256286,12065,263144,20447v4699,5715,7366,13843,7493,24257c270891,55245,269367,65405,266065,75057v-10414,30099,-21336,59944,-31750,90043c231013,174625,228854,182118,228346,187452v-508,5588,-381,12573,1016,20955c204089,208407,178816,208407,153670,208407v-1397,-5207,-2032,-9144,-1778,-12065c151892,193675,152400,189484,153670,183515v-14097,9906,-27051,16764,-39116,21082c98298,210312,80645,212979,61722,212979v-25273,,-42418,-5461,-51181,-16764c1524,184785,,171069,5588,154559v5334,-15621,14859,-28194,27559,-38227c45974,106299,65913,99060,92837,94107v32385,-6096,53594,-10033,63373,-12573c165862,79248,176657,76327,187960,72390v3302,-9525,3683,-16256,889,-20193c186182,48387,179578,46482,169291,46482v-13335,,-23876,2159,-32004,6096c131191,55880,124714,61722,118618,70612xe" filled="f" strokecolor="red">
                  <v:stroke miterlimit="1" joinstyle="miter"/>
                  <v:path arrowok="t" textboxrect="0,0,270891,212979"/>
                </v:shape>
                <v:shape id="Shape 441" o:spid="_x0000_s1117" style="position:absolute;left:34933;top:5879;width:877;height:579;visibility:visible;mso-wrap-style:square;v-text-anchor:top" coordsize="87757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" path="m87757,c75311,3937,62611,7239,49530,10160,31750,14478,19812,18542,13970,22606,8001,26924,3937,31623,2159,36957,,43180,635,48133,3556,51943v2921,4064,9017,5969,17399,5969c29972,57912,39116,55880,48387,51562,57658,47244,65151,42291,70358,36068,75692,29972,80137,22225,83439,12447,84836,8255,86360,4064,87757,xe" filled="f" strokecolor="red">
                  <v:stroke miterlimit="1" joinstyle="miter"/>
                  <v:path arrowok="t" textboxrect="0,0,87757,57912"/>
                </v:shape>
                <v:shape id="Shape 442" o:spid="_x0000_s1118" style="position:absolute;left:36773;top:4808;width:3607;height:2037;visibility:visible;mso-wrap-style:square;v-text-anchor:top" coordsize="360680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" path="m289306,203708v-22860,,-45593,,-68199,c235712,161036,251206,118618,265811,75946v-31242,42799,-63627,84836,-94742,127762c154813,203708,138557,203708,122428,203708v-3048,-42545,-6223,-85217,-9398,-127762c98425,118618,82931,161036,68326,203708v-22860,,-45593,,-68326,c23495,135636,48006,68072,71374,v32131,,64262,,96393,c170942,39116,174117,78105,177165,117221,205867,77851,235712,39370,264541,v32004,,64008,,96139,c337312,68072,312674,135636,289306,203708xe" filled="f" strokecolor="red">
                  <v:stroke miterlimit="1" joinstyle="miter"/>
                  <v:path arrowok="t" textboxrect="0,0,360680,203708"/>
                </v:shape>
                <v:shape id="Shape 443" o:spid="_x0000_s1119" style="position:absolute;left:40345;top:4761;width:2623;height:2130;visibility:visible;mso-wrap-style:square;v-text-anchor:top" coordsize="262255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" path="m246634,125984v-53975,,-107950,,-161925,c81788,138430,82042,147828,85344,153924v4699,8890,13462,13208,26035,13208c119253,167132,127508,165354,135890,161417v5080,-2540,11430,-6604,18669,-12827c180213,151003,205867,153289,231521,155575v-18923,20828,-39116,35052,-59436,44069c151638,208788,125349,212979,93218,212979v-27940,,-48387,-3683,-61595,-11430c18288,193929,9144,181991,4572,165227,,148717,1524,129413,9144,106934,20320,74930,40259,49657,68072,29591,95885,9525,128778,,165862,v30226,,52451,4445,66802,13335c246888,22352,255778,35052,259080,51689v3175,16637,-127,38481,-9525,65405c248666,120015,247650,122936,246634,125984xe" filled="f" strokecolor="red">
                  <v:stroke miterlimit="1" joinstyle="miter"/>
                  <v:path arrowok="t" textboxrect="0,0,262255,212979"/>
                </v:shape>
                <v:shape id="Shape 444" o:spid="_x0000_s1120" style="position:absolute;left:41326;top:5225;width:832;height:421;visibility:visible;mso-wrap-style:square;v-text-anchor:top" coordsize="8318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" path="m79502,42164c83185,27051,82804,16256,78359,9778,73914,3175,66040,,54991,,42037,,30099,4826,19050,14732,11938,20827,5461,29972,,42164v26543,,53086,,79502,xe" filled="f" strokecolor="red">
                  <v:stroke miterlimit="1" joinstyle="miter"/>
                  <v:path arrowok="t" textboxrect="0,0,83185,42164"/>
                </v:shape>
                <v:shape id="Shape 445" o:spid="_x0000_s1121" style="position:absolute;left:42920;top:4808;width:3068;height:2037;visibility:visible;mso-wrap-style:square;v-text-anchor:top" coordsize="306832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" path="m235331,203708v-26924,,-53848,,-80899,c163322,177927,172593,152527,181483,126873v-24511,,-49022,,-73406,c99187,152527,89916,177927,81026,203708v-26924,,-53975,,-81026,c23495,135636,48133,68072,71501,v27051,,53975,,80899,c144399,23368,136017,46482,128016,69850v24511,,49022,,73406,c209423,46482,217805,23368,225806,v26924,,53975,,81026,c283464,68072,258699,135636,235331,203708xe" filled="f" strokecolor="red">
                  <v:stroke miterlimit="1" joinstyle="miter"/>
                  <v:path arrowok="t" textboxrect="0,0,306832,203708"/>
                </v:shape>
                <v:shape id="Shape 446" o:spid="_x0000_s1122" style="position:absolute;left:45788;top:4787;width:2933;height:2058;visibility:visible;mso-wrap-style:square;v-text-anchor:top" coordsize="293243,20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" path="m234569,205867v-30480,,-60960,,-91313,c139700,187071,135890,168402,132334,149733v-1778,-9017,-4699,-14605,-8509,-16891c119888,130429,114427,129413,107569,129413v-8763,25527,-18034,50927,-26797,76454c53848,205867,26924,205867,,205867,23495,137795,48006,70231,71374,2159v27051,,53975,,80772,c143764,26670,134874,51181,126365,75819v6985,-508,12573,-2667,17145,-6350c147701,65786,155321,58166,165481,45847,175514,33655,184277,24892,190881,19177v6731,-5588,14224,-9652,22860,-12573c221996,3683,231902,1905,243205,1143,254508,381,271145,,293243,v-6350,18542,-13081,36957,-19431,55499c272542,55499,271399,55499,270256,55499v-10922,,-19304,381,-25273,1143c239014,57658,233934,59182,229489,61976v-4445,2667,-10541,8255,-17780,16510c204470,86868,198501,92456,194437,95758v-4064,3302,-9271,5461,-15494,6731c189865,103378,197739,105664,202565,109347v4699,3683,9779,15621,15113,35306c223139,165100,228981,185420,234569,205867xe" filled="f" strokecolor="red">
                  <v:stroke miterlimit="1" joinstyle="miter"/>
                  <v:path arrowok="t" textboxrect="0,0,293243,205867"/>
                </v:shape>
                <v:shape id="Shape 447" o:spid="_x0000_s1123" style="position:absolute;left:48538;top:4761;width:2635;height:2130;visibility:visible;mso-wrap-style:square;v-text-anchor:top" coordsize="263525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" path="m11557,107061c22225,75946,42672,50546,71247,30226,99822,9779,132715,,169672,v42291,,69977,11811,83058,35560c263144,54610,263525,78105,254000,105918v-10795,31496,-30988,56769,-59436,76962c166243,203327,132715,212979,94869,212979v-33909,,-58547,-8001,-73152,-24892c3429,167386,,140589,11557,107061xe" filled="f" strokecolor="red">
                  <v:stroke miterlimit="1" joinstyle="miter"/>
                  <v:path arrowok="t" textboxrect="0,0,263525,212979"/>
                </v:shape>
                <v:shape id="Shape 448" o:spid="_x0000_s1124" style="position:absolute;left:49391;top:5298;width:945;height:1066;visibility:visible;mso-wrap-style:square;v-text-anchor:top" coordsize="94488,10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" path="m7112,53213c889,71501,,84836,4572,93473v4445,8763,12573,13080,24003,13080c40259,106553,51308,102489,61595,93726,72136,84963,80899,71501,87503,52451,93472,34672,94488,21590,90043,12954,85598,4318,77597,,66421,,54737,,43434,4445,32766,13208,22098,21972,13335,35306,7112,53213xe" filled="f" strokecolor="red">
                  <v:stroke miterlimit="1" joinstyle="miter"/>
                  <v:path arrowok="t" textboxrect="0,0,94488,106553"/>
                </v:shape>
                <v:shape id="Shape 449" o:spid="_x0000_s1125" style="position:absolute;left:51107;top:4808;width:2618;height:2037;visibility:visible;mso-wrap-style:square;v-text-anchor:top" coordsize="261747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" path="m196977,95377v15240,1524,26289,6604,32766,15367c235966,119380,236601,130937,231521,145542v-6604,19431,-18669,33909,-34925,43688c179959,199136,154432,203708,120142,203708v-40005,,-80010,,-120142,c23368,135636,48006,68072,71374,v43307,,86741,,129921,c224917,,241427,4318,250698,12954v9271,9017,11049,21082,5715,36703c252603,60706,245110,70104,234315,78232v-10795,8382,-23495,13589,-37084,16383c197104,94742,197104,94996,196977,95377xe" filled="f" strokecolor="red">
                  <v:stroke miterlimit="1" joinstyle="miter"/>
                  <v:path arrowok="t" textboxrect="0,0,261747,203708"/>
                </v:shape>
                <v:shape id="Shape 450" o:spid="_x0000_s1126" style="position:absolute;left:52357;top:5260;width:503;height:325;visibility:visible;mso-wrap-style:square;v-text-anchor:top" coordsize="50292,3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" path="m,32512v6858,,13589,,20447,c33909,32512,42926,26543,46990,14605,50292,4826,44831,,30607,,24130,,17780,,11303,,7620,10795,3683,21717,,32512xe" filled="f" strokecolor="red">
                  <v:stroke miterlimit="1" joinstyle="miter"/>
                  <v:path arrowok="t" textboxrect="0,0,50292,32512"/>
                </v:shape>
                <v:shape id="Shape 451" o:spid="_x0000_s1127" style="position:absolute;left:52081;top:6010;width:592;height:355;visibility:visible;mso-wrap-style:square;v-text-anchor:top" coordsize="59182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" path="m,35560v8890,,17653,,26543,c33147,35560,39116,34036,44323,31115v5080,-2921,8763,-7239,10541,-12700c59182,5969,54102,,39243,,30353,,21590,,12700,,8509,11811,4064,23749,,35560xe" filled="f" strokecolor="red">
                  <v:stroke miterlimit="1" joinstyle="miter"/>
                  <v:path arrowok="t" textboxrect="0,0,59182,35560"/>
                </v:shape>
                <v:shape id="Shape 452" o:spid="_x0000_s1128" style="position:absolute;left:53635;top:4808;width:3039;height:2037;visibility:visible;mso-wrap-style:square;v-text-anchor:top" coordsize="303911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" path="m232537,203708v-25527,,-51054,,-76454,c167513,170307,179705,137033,191262,103505,153289,137414,114554,169926,76708,203708v-25527,,-51181,,-76708,c23368,135636,48006,68072,71374,v25400,,50927,,76454,c136144,33909,123697,67691,112014,101600,150368,67310,189611,34290,227838,v25400,,50800,,76073,c280416,68072,255905,135636,232537,203708xe" filled="f" strokecolor="red">
                  <v:stroke miterlimit="1" joinstyle="miter"/>
                  <v:path arrowok="t" textboxrect="0,0,303911,203708"/>
                </v:shape>
                <v:shape id="Shape 453" o:spid="_x0000_s1129" style="position:absolute;left:56507;top:4032;width:2782;height:2813;visibility:visible;mso-wrap-style:square;v-text-anchor:top" coordsize="27813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" path="m223139,281305v-26924,,-53975,,-81026,c155067,243840,168529,206629,181484,169291v8128,-23622,3047,-35433,-15875,-35433c155067,133858,145669,137541,137414,145161v-8382,7493,-16002,20193,-22225,38354c104013,216154,92075,248666,80899,281305v-27050,,-53975,,-80899,c26036,205359,53722,129794,79884,53721v-7874,,-15748,,-23622,c60325,41910,64643,29972,68707,18161v8002,,15748,,23749,c94488,12065,96648,6096,98679,v27051,,53975,,81026,c177547,6096,175387,12065,173355,18161v16130,,32258,,48387,c217678,29972,213361,41910,209297,53721v-16257,,-32385,,-48515,c155067,70358,149099,86868,143384,103505,169164,82804,196724,72898,225425,72898v23495,,38862,6985,45974,20574c278130,107188,277241,126492,268478,151638v-14859,43307,-30479,86360,-45339,129667xe" filled="f" strokecolor="red">
                  <v:stroke miterlimit="1" joinstyle="miter"/>
                  <v:path arrowok="t" textboxrect="0,0,278130,281305"/>
                </v:shape>
                <v:shape id="Shape 454" o:spid="_x0000_s1130" style="position:absolute;left:59540;top:3985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" path="m86234,156464v-28703,,-57532,,-86234,c7366,135001,15240,113792,22479,92202,30735,68580,42799,49911,57531,36195,72136,22478,94235,10668,122555,v2159,11303,4572,22733,6731,34163c111634,41148,98425,47878,90424,54610,82423,61595,76073,69596,72136,78994v13843,,27559,,41275,c104522,104902,95250,130556,86234,156464xe" filled="f" strokecolor="red">
                  <v:stroke miterlimit="1" joinstyle="miter"/>
                  <v:path arrowok="t" textboxrect="0,0,129286,156464"/>
                </v:shape>
                <v:shape id="Shape 455" o:spid="_x0000_s1131" style="position:absolute;left:60546;top:3985;width:1293;height:1565;visibility:visible;mso-wrap-style:square;v-text-anchor:top" coordsize="129286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" path="m86233,156464v-28830,,-57532,,-86233,c7365,135001,15113,113792,22606,92202,30734,68580,42799,49911,57403,36195,72263,22478,94361,10668,122555,v2158,11303,4571,22733,6731,34163c111760,41148,98425,47878,90424,54610,82296,61595,76073,69596,72136,78994v13715,,27559,,41275,c104521,104902,95123,130556,86233,156464xe" filled="f" strokecolor="red">
                  <v:stroke miterlimit="1" joinstyle="miter"/>
                  <v:path arrowok="t" textboxrect="0,0,129286,156464"/>
                </v:shape>
                <v:rect id="Rectangle 456" o:spid="_x0000_s1132" style="position:absolute;left:62113;top:7183;width:59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8B016D8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33" style="position:absolute;left:30002;top:869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78368157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9" o:spid="_x0000_s1134" type="#_x0000_t75" style="position:absolute;left:1338;top:9745;width:28861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">
                  <v:imagedata r:id="rId38" o:title=""/>
                </v:shape>
                <v:rect id="Rectangle 460" o:spid="_x0000_s1135" style="position:absolute;left:30216;top:29125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FD726C2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462" o:spid="_x0000_s1136" type="#_x0000_t75" style="position:absolute;left:31330;top:9745;width:27336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">
                  <v:imagedata r:id="rId39" o:title=""/>
                </v:shape>
                <v:rect id="Rectangle 463" o:spid="_x0000_s1137" style="position:absolute;left:58697;top:2912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71767CB1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138" style="position:absolute;left:59093;top:2912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698BB543" w14:textId="77777777" w:rsidR="000E394D" w:rsidRDefault="000E394D" w:rsidP="000E394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C5D7EF" w14:textId="77777777" w:rsidR="000E394D" w:rsidRDefault="000E394D" w:rsidP="000E394D">
      <w:pPr>
        <w:spacing w:after="0" w:line="248" w:lineRule="auto"/>
        <w:ind w:left="10" w:right="99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ОШ „</w:t>
      </w:r>
      <w:proofErr w:type="spellStart"/>
      <w:r>
        <w:rPr>
          <w:rFonts w:ascii="Times New Roman" w:eastAsia="Times New Roman" w:hAnsi="Times New Roman" w:cs="Times New Roman"/>
          <w:sz w:val="24"/>
        </w:rPr>
        <w:t>Трајко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Стаменковић</w:t>
      </w:r>
      <w:proofErr w:type="spellEnd"/>
      <w:r>
        <w:rPr>
          <w:rFonts w:ascii="Times New Roman" w:eastAsia="Times New Roman" w:hAnsi="Times New Roman" w:cs="Times New Roman"/>
          <w:sz w:val="24"/>
        </w:rPr>
        <w:t>“ 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Лесковцу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      ОШ „</w:t>
      </w:r>
      <w:proofErr w:type="spellStart"/>
      <w:r>
        <w:rPr>
          <w:rFonts w:ascii="Times New Roman" w:eastAsia="Times New Roman" w:hAnsi="Times New Roman" w:cs="Times New Roman"/>
          <w:sz w:val="24"/>
        </w:rPr>
        <w:t>Трајко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Стаменковић“у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Стопању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F9C12B" w14:textId="77777777" w:rsidR="000E394D" w:rsidRDefault="000E394D" w:rsidP="000E394D">
      <w:pPr>
        <w:spacing w:after="141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75746430" w14:textId="77777777" w:rsidR="000E394D" w:rsidRDefault="000E394D" w:rsidP="000E394D">
      <w:pPr>
        <w:spacing w:after="0" w:line="248" w:lineRule="auto"/>
        <w:ind w:right="99" w:firstLine="711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Tрајко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Стаменковић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у </w:t>
      </w:r>
      <w:proofErr w:type="spellStart"/>
      <w:r>
        <w:rPr>
          <w:rFonts w:ascii="Times New Roman" w:eastAsia="Times New Roman" w:hAnsi="Times New Roman" w:cs="Times New Roman"/>
          <w:sz w:val="24"/>
        </w:rPr>
        <w:t>Лесковцу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саграђена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1984. г. </w:t>
      </w:r>
      <w:proofErr w:type="spellStart"/>
      <w:r>
        <w:rPr>
          <w:rFonts w:ascii="Times New Roman" w:eastAsia="Times New Roman" w:hAnsi="Times New Roman" w:cs="Times New Roman"/>
          <w:sz w:val="24"/>
        </w:rPr>
        <w:t>када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почела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Састоји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ламеле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укупне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површине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721, 76 м2. </w:t>
      </w:r>
      <w:proofErr w:type="spellStart"/>
      <w:r>
        <w:rPr>
          <w:rFonts w:ascii="Times New Roman" w:eastAsia="Times New Roman" w:hAnsi="Times New Roman" w:cs="Times New Roman"/>
          <w:sz w:val="24"/>
        </w:rPr>
        <w:t>Ламела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саграђена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1984.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</w:rPr>
        <w:t>ламела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 1987.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Површина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школског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дворишта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зградом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134 </w:t>
      </w:r>
      <w:proofErr w:type="spellStart"/>
      <w:r>
        <w:rPr>
          <w:rFonts w:ascii="Times New Roman" w:eastAsia="Times New Roman" w:hAnsi="Times New Roman" w:cs="Times New Roman"/>
          <w:sz w:val="24"/>
        </w:rPr>
        <w:t>ара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4"/>
        </w:rPr>
        <w:t>саставу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четвороразредно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издвојено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одељење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</w:rPr>
        <w:t>Горњем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Стопању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420м2,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саграђено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2012. г.  </w:t>
      </w:r>
    </w:p>
    <w:p w14:paraId="0D346FEA" w14:textId="77777777" w:rsidR="000E394D" w:rsidRDefault="000E394D" w:rsidP="000E394D">
      <w:pPr>
        <w:spacing w:after="0" w:line="248" w:lineRule="auto"/>
        <w:ind w:right="99" w:firstLine="711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Недостаје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фискултурна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Директор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ће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изборити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она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буде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саграђена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реновирана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Планира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даље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унутрашње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сређивање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као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сређивање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дворишта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стазе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6A3D4490" w14:textId="77777777" w:rsidR="000E394D" w:rsidRDefault="000E394D" w:rsidP="000E394D">
      <w:pPr>
        <w:rPr>
          <w:sz w:val="28"/>
          <w:szCs w:val="28"/>
          <w:lang w:val="sr-Latn-RS"/>
        </w:rPr>
      </w:pPr>
    </w:p>
    <w:p w14:paraId="09637B49" w14:textId="0FA67A5F" w:rsidR="000E394D" w:rsidRDefault="000E394D" w:rsidP="000E394D">
      <w:pPr>
        <w:spacing w:after="0"/>
        <w:ind w:right="107"/>
        <w:jc w:val="right"/>
      </w:pPr>
      <w:r>
        <w:rPr>
          <w:noProof/>
        </w:rPr>
        <w:lastRenderedPageBreak/>
        <w:drawing>
          <wp:inline distT="0" distB="0" distL="0" distR="0" wp14:anchorId="6B53A30E" wp14:editId="02A34068">
            <wp:extent cx="5955665" cy="3352800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7D5AB6" w14:textId="77777777" w:rsidR="000E394D" w:rsidRDefault="000E394D" w:rsidP="000E394D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C0DE4FE" w14:textId="77777777" w:rsidR="000E394D" w:rsidRDefault="000E394D" w:rsidP="000E394D">
      <w:pPr>
        <w:spacing w:after="84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C1694D5" w14:textId="77777777" w:rsidR="000E394D" w:rsidRDefault="000E394D" w:rsidP="000E394D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BEA940C" wp14:editId="013E6808">
                <wp:extent cx="5994908" cy="286766"/>
                <wp:effectExtent l="0" t="0" r="0" b="0"/>
                <wp:docPr id="4253" name="Group 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908" cy="286766"/>
                          <a:chOff x="0" y="0"/>
                          <a:chExt cx="5994908" cy="286766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14837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74" h="222504">
                                <a:moveTo>
                                  <a:pt x="23419" y="0"/>
                                </a:moveTo>
                                <a:cubicBezTo>
                                  <a:pt x="65037" y="0"/>
                                  <a:pt x="106756" y="0"/>
                                  <a:pt x="148374" y="0"/>
                                </a:cubicBezTo>
                                <a:cubicBezTo>
                                  <a:pt x="148374" y="73787"/>
                                  <a:pt x="148374" y="147701"/>
                                  <a:pt x="148374" y="221615"/>
                                </a:cubicBezTo>
                                <a:cubicBezTo>
                                  <a:pt x="133375" y="221615"/>
                                  <a:pt x="118377" y="221615"/>
                                  <a:pt x="103365" y="221615"/>
                                </a:cubicBezTo>
                                <a:cubicBezTo>
                                  <a:pt x="103365" y="165862"/>
                                  <a:pt x="103365" y="110109"/>
                                  <a:pt x="103365" y="54483"/>
                                </a:cubicBezTo>
                                <a:cubicBezTo>
                                  <a:pt x="91656" y="54483"/>
                                  <a:pt x="79946" y="54483"/>
                                  <a:pt x="68237" y="54483"/>
                                </a:cubicBezTo>
                                <a:cubicBezTo>
                                  <a:pt x="68237" y="77089"/>
                                  <a:pt x="68237" y="99822"/>
                                  <a:pt x="68237" y="122555"/>
                                </a:cubicBezTo>
                                <a:cubicBezTo>
                                  <a:pt x="68237" y="150495"/>
                                  <a:pt x="67234" y="171197"/>
                                  <a:pt x="65405" y="184277"/>
                                </a:cubicBezTo>
                                <a:cubicBezTo>
                                  <a:pt x="63487" y="197485"/>
                                  <a:pt x="58725" y="207010"/>
                                  <a:pt x="51689" y="213360"/>
                                </a:cubicBezTo>
                                <a:cubicBezTo>
                                  <a:pt x="44463" y="219584"/>
                                  <a:pt x="32842" y="222504"/>
                                  <a:pt x="16828" y="222504"/>
                                </a:cubicBezTo>
                                <a:cubicBezTo>
                                  <a:pt x="11989" y="222504"/>
                                  <a:pt x="6312" y="221742"/>
                                  <a:pt x="0" y="220091"/>
                                </a:cubicBezTo>
                                <a:cubicBezTo>
                                  <a:pt x="0" y="205105"/>
                                  <a:pt x="0" y="190119"/>
                                  <a:pt x="0" y="175134"/>
                                </a:cubicBezTo>
                                <a:cubicBezTo>
                                  <a:pt x="2197" y="175134"/>
                                  <a:pt x="4483" y="175134"/>
                                  <a:pt x="6680" y="175134"/>
                                </a:cubicBezTo>
                                <a:cubicBezTo>
                                  <a:pt x="12802" y="175134"/>
                                  <a:pt x="17196" y="173101"/>
                                  <a:pt x="19571" y="169037"/>
                                </a:cubicBezTo>
                                <a:cubicBezTo>
                                  <a:pt x="22047" y="164973"/>
                                  <a:pt x="23419" y="157480"/>
                                  <a:pt x="23419" y="146559"/>
                                </a:cubicBezTo>
                                <a:cubicBezTo>
                                  <a:pt x="23419" y="97790"/>
                                  <a:pt x="23419" y="48895"/>
                                  <a:pt x="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0421" y="57404"/>
                            <a:ext cx="61151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1" h="167894">
                                <a:moveTo>
                                  <a:pt x="59550" y="0"/>
                                </a:moveTo>
                                <a:lnTo>
                                  <a:pt x="61151" y="204"/>
                                </a:lnTo>
                                <a:lnTo>
                                  <a:pt x="61151" y="36475"/>
                                </a:lnTo>
                                <a:lnTo>
                                  <a:pt x="52570" y="39370"/>
                                </a:lnTo>
                                <a:cubicBezTo>
                                  <a:pt x="50016" y="41307"/>
                                  <a:pt x="47797" y="44196"/>
                                  <a:pt x="45923" y="48006"/>
                                </a:cubicBezTo>
                                <a:cubicBezTo>
                                  <a:pt x="43447" y="52959"/>
                                  <a:pt x="41897" y="60198"/>
                                  <a:pt x="41262" y="69723"/>
                                </a:cubicBezTo>
                                <a:lnTo>
                                  <a:pt x="61151" y="69723"/>
                                </a:lnTo>
                                <a:lnTo>
                                  <a:pt x="61151" y="99187"/>
                                </a:lnTo>
                                <a:lnTo>
                                  <a:pt x="41161" y="99187"/>
                                </a:lnTo>
                                <a:cubicBezTo>
                                  <a:pt x="41808" y="109093"/>
                                  <a:pt x="43637" y="116332"/>
                                  <a:pt x="46380" y="121285"/>
                                </a:cubicBezTo>
                                <a:cubicBezTo>
                                  <a:pt x="48298" y="124777"/>
                                  <a:pt x="50562" y="127381"/>
                                  <a:pt x="53118" y="129111"/>
                                </a:cubicBezTo>
                                <a:lnTo>
                                  <a:pt x="61151" y="131560"/>
                                </a:lnTo>
                                <a:lnTo>
                                  <a:pt x="61151" y="167841"/>
                                </a:lnTo>
                                <a:lnTo>
                                  <a:pt x="60719" y="167894"/>
                                </a:lnTo>
                                <a:cubicBezTo>
                                  <a:pt x="46749" y="167894"/>
                                  <a:pt x="35763" y="164846"/>
                                  <a:pt x="27813" y="158750"/>
                                </a:cubicBezTo>
                                <a:cubicBezTo>
                                  <a:pt x="19850" y="152781"/>
                                  <a:pt x="13170" y="143383"/>
                                  <a:pt x="7963" y="130175"/>
                                </a:cubicBezTo>
                                <a:cubicBezTo>
                                  <a:pt x="2743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98" y="38989"/>
                                  <a:pt x="15913" y="23241"/>
                                </a:cubicBezTo>
                                <a:cubicBezTo>
                                  <a:pt x="26251" y="7620"/>
                                  <a:pt x="40983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31572" y="174372"/>
                            <a:ext cx="58623" cy="5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3" h="50873">
                                <a:moveTo>
                                  <a:pt x="18872" y="0"/>
                                </a:moveTo>
                                <a:cubicBezTo>
                                  <a:pt x="32207" y="2032"/>
                                  <a:pt x="45415" y="3810"/>
                                  <a:pt x="58623" y="5587"/>
                                </a:cubicBezTo>
                                <a:cubicBezTo>
                                  <a:pt x="52781" y="21971"/>
                                  <a:pt x="45288" y="33274"/>
                                  <a:pt x="36652" y="40259"/>
                                </a:cubicBezTo>
                                <a:cubicBezTo>
                                  <a:pt x="32398" y="43878"/>
                                  <a:pt x="27159" y="46545"/>
                                  <a:pt x="20968" y="48307"/>
                                </a:cubicBezTo>
                                <a:lnTo>
                                  <a:pt x="0" y="50873"/>
                                </a:lnTo>
                                <a:lnTo>
                                  <a:pt x="0" y="14592"/>
                                </a:lnTo>
                                <a:lnTo>
                                  <a:pt x="457" y="14732"/>
                                </a:lnTo>
                                <a:cubicBezTo>
                                  <a:pt x="4521" y="14732"/>
                                  <a:pt x="8331" y="13208"/>
                                  <a:pt x="11887" y="10160"/>
                                </a:cubicBezTo>
                                <a:cubicBezTo>
                                  <a:pt x="14046" y="8255"/>
                                  <a:pt x="16459" y="4952"/>
                                  <a:pt x="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31572" y="57608"/>
                            <a:ext cx="60909" cy="9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" h="98983">
                                <a:moveTo>
                                  <a:pt x="0" y="0"/>
                                </a:moveTo>
                                <a:lnTo>
                                  <a:pt x="18694" y="2384"/>
                                </a:lnTo>
                                <a:cubicBezTo>
                                  <a:pt x="24651" y="4114"/>
                                  <a:pt x="29794" y="6718"/>
                                  <a:pt x="34112" y="10210"/>
                                </a:cubicBezTo>
                                <a:cubicBezTo>
                                  <a:pt x="42875" y="17322"/>
                                  <a:pt x="49606" y="27228"/>
                                  <a:pt x="54051" y="40436"/>
                                </a:cubicBezTo>
                                <a:cubicBezTo>
                                  <a:pt x="58623" y="53644"/>
                                  <a:pt x="60909" y="70916"/>
                                  <a:pt x="60909" y="91998"/>
                                </a:cubicBezTo>
                                <a:cubicBezTo>
                                  <a:pt x="60909" y="94284"/>
                                  <a:pt x="60909" y="96697"/>
                                  <a:pt x="60909" y="98983"/>
                                </a:cubicBezTo>
                                <a:lnTo>
                                  <a:pt x="0" y="98983"/>
                                </a:lnTo>
                                <a:lnTo>
                                  <a:pt x="0" y="69519"/>
                                </a:lnTo>
                                <a:lnTo>
                                  <a:pt x="19888" y="69519"/>
                                </a:lnTo>
                                <a:cubicBezTo>
                                  <a:pt x="19126" y="57581"/>
                                  <a:pt x="16967" y="49072"/>
                                  <a:pt x="13538" y="43865"/>
                                </a:cubicBezTo>
                                <a:cubicBezTo>
                                  <a:pt x="10236" y="38785"/>
                                  <a:pt x="5664" y="36245"/>
                                  <a:pt x="76" y="36245"/>
                                </a:cubicBezTo>
                                <a:lnTo>
                                  <a:pt x="0" y="36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0863" y="60960"/>
                            <a:ext cx="99187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160655">
                                <a:moveTo>
                                  <a:pt x="0" y="0"/>
                                </a:moveTo>
                                <a:cubicBezTo>
                                  <a:pt x="33020" y="0"/>
                                  <a:pt x="66167" y="0"/>
                                  <a:pt x="99187" y="0"/>
                                </a:cubicBezTo>
                                <a:cubicBezTo>
                                  <a:pt x="99187" y="14987"/>
                                  <a:pt x="99187" y="30099"/>
                                  <a:pt x="99187" y="44958"/>
                                </a:cubicBezTo>
                                <a:cubicBezTo>
                                  <a:pt x="89408" y="44958"/>
                                  <a:pt x="79629" y="44958"/>
                                  <a:pt x="69850" y="44958"/>
                                </a:cubicBezTo>
                                <a:cubicBezTo>
                                  <a:pt x="69850" y="83566"/>
                                  <a:pt x="69850" y="122048"/>
                                  <a:pt x="69850" y="160655"/>
                                </a:cubicBezTo>
                                <a:cubicBezTo>
                                  <a:pt x="56388" y="160655"/>
                                  <a:pt x="42799" y="160655"/>
                                  <a:pt x="29337" y="160655"/>
                                </a:cubicBezTo>
                                <a:cubicBezTo>
                                  <a:pt x="29337" y="122048"/>
                                  <a:pt x="29337" y="83566"/>
                                  <a:pt x="29337" y="44958"/>
                                </a:cubicBezTo>
                                <a:cubicBezTo>
                                  <a:pt x="19558" y="44958"/>
                                  <a:pt x="9779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09448" y="57404"/>
                            <a:ext cx="60515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5" h="167894">
                                <a:moveTo>
                                  <a:pt x="60325" y="0"/>
                                </a:moveTo>
                                <a:lnTo>
                                  <a:pt x="60515" y="48"/>
                                </a:lnTo>
                                <a:lnTo>
                                  <a:pt x="60515" y="42516"/>
                                </a:lnTo>
                                <a:lnTo>
                                  <a:pt x="52768" y="44926"/>
                                </a:lnTo>
                                <a:cubicBezTo>
                                  <a:pt x="50324" y="46609"/>
                                  <a:pt x="48133" y="49149"/>
                                  <a:pt x="46228" y="52578"/>
                                </a:cubicBezTo>
                                <a:cubicBezTo>
                                  <a:pt x="42418" y="59563"/>
                                  <a:pt x="40513" y="70231"/>
                                  <a:pt x="40513" y="84201"/>
                                </a:cubicBezTo>
                                <a:cubicBezTo>
                                  <a:pt x="40513" y="98679"/>
                                  <a:pt x="42418" y="109093"/>
                                  <a:pt x="46228" y="116078"/>
                                </a:cubicBezTo>
                                <a:cubicBezTo>
                                  <a:pt x="48070" y="119443"/>
                                  <a:pt x="50197" y="121983"/>
                                  <a:pt x="52594" y="123682"/>
                                </a:cubicBezTo>
                                <a:lnTo>
                                  <a:pt x="60515" y="126218"/>
                                </a:lnTo>
                                <a:lnTo>
                                  <a:pt x="60515" y="167850"/>
                                </a:lnTo>
                                <a:lnTo>
                                  <a:pt x="60325" y="167894"/>
                                </a:lnTo>
                                <a:cubicBezTo>
                                  <a:pt x="43307" y="167894"/>
                                  <a:pt x="29591" y="161417"/>
                                  <a:pt x="19177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69963" y="57452"/>
                            <a:ext cx="60643" cy="16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3" h="167802">
                                <a:moveTo>
                                  <a:pt x="0" y="0"/>
                                </a:moveTo>
                                <a:lnTo>
                                  <a:pt x="27591" y="6937"/>
                                </a:lnTo>
                                <a:cubicBezTo>
                                  <a:pt x="35560" y="11604"/>
                                  <a:pt x="42228" y="18621"/>
                                  <a:pt x="47562" y="28019"/>
                                </a:cubicBezTo>
                                <a:cubicBezTo>
                                  <a:pt x="56071" y="43005"/>
                                  <a:pt x="60643" y="61547"/>
                                  <a:pt x="60643" y="83391"/>
                                </a:cubicBezTo>
                                <a:cubicBezTo>
                                  <a:pt x="60643" y="108156"/>
                                  <a:pt x="55055" y="128222"/>
                                  <a:pt x="44514" y="144097"/>
                                </a:cubicBezTo>
                                <a:cubicBezTo>
                                  <a:pt x="39180" y="152098"/>
                                  <a:pt x="32766" y="158035"/>
                                  <a:pt x="25305" y="161972"/>
                                </a:cubicBezTo>
                                <a:lnTo>
                                  <a:pt x="0" y="167802"/>
                                </a:lnTo>
                                <a:lnTo>
                                  <a:pt x="0" y="126170"/>
                                </a:lnTo>
                                <a:lnTo>
                                  <a:pt x="64" y="126190"/>
                                </a:lnTo>
                                <a:cubicBezTo>
                                  <a:pt x="5906" y="126190"/>
                                  <a:pt x="10732" y="122888"/>
                                  <a:pt x="14415" y="116030"/>
                                </a:cubicBezTo>
                                <a:cubicBezTo>
                                  <a:pt x="18098" y="109299"/>
                                  <a:pt x="20003" y="98631"/>
                                  <a:pt x="20003" y="83645"/>
                                </a:cubicBezTo>
                                <a:cubicBezTo>
                                  <a:pt x="20003" y="69675"/>
                                  <a:pt x="18098" y="59261"/>
                                  <a:pt x="14288" y="52403"/>
                                </a:cubicBezTo>
                                <a:cubicBezTo>
                                  <a:pt x="10605" y="45672"/>
                                  <a:pt x="5906" y="42370"/>
                                  <a:pt x="318" y="42370"/>
                                </a:cubicBezTo>
                                <a:lnTo>
                                  <a:pt x="0" y="42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549656" y="60960"/>
                            <a:ext cx="111506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6" h="160655">
                                <a:moveTo>
                                  <a:pt x="0" y="0"/>
                                </a:moveTo>
                                <a:cubicBezTo>
                                  <a:pt x="37211" y="0"/>
                                  <a:pt x="74422" y="0"/>
                                  <a:pt x="111506" y="0"/>
                                </a:cubicBezTo>
                                <a:cubicBezTo>
                                  <a:pt x="111506" y="53594"/>
                                  <a:pt x="111506" y="107188"/>
                                  <a:pt x="111506" y="160655"/>
                                </a:cubicBezTo>
                                <a:cubicBezTo>
                                  <a:pt x="98044" y="160655"/>
                                  <a:pt x="84582" y="160655"/>
                                  <a:pt x="71247" y="160655"/>
                                </a:cubicBezTo>
                                <a:cubicBezTo>
                                  <a:pt x="71247" y="122048"/>
                                  <a:pt x="71247" y="83566"/>
                                  <a:pt x="71247" y="44958"/>
                                </a:cubicBezTo>
                                <a:cubicBezTo>
                                  <a:pt x="60833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687070" y="60960"/>
                            <a:ext cx="11633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160655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5400" y="0"/>
                                  <a:pt x="38100" y="0"/>
                                </a:cubicBezTo>
                                <a:cubicBezTo>
                                  <a:pt x="38100" y="26798"/>
                                  <a:pt x="38100" y="53467"/>
                                  <a:pt x="38100" y="80264"/>
                                </a:cubicBezTo>
                                <a:cubicBezTo>
                                  <a:pt x="51308" y="53340"/>
                                  <a:pt x="65024" y="26924"/>
                                  <a:pt x="78232" y="0"/>
                                </a:cubicBezTo>
                                <a:cubicBezTo>
                                  <a:pt x="90932" y="0"/>
                                  <a:pt x="103632" y="0"/>
                                  <a:pt x="116332" y="0"/>
                                </a:cubicBezTo>
                                <a:cubicBezTo>
                                  <a:pt x="116332" y="53594"/>
                                  <a:pt x="116332" y="107188"/>
                                  <a:pt x="116332" y="160655"/>
                                </a:cubicBezTo>
                                <a:cubicBezTo>
                                  <a:pt x="103505" y="160655"/>
                                  <a:pt x="90805" y="160655"/>
                                  <a:pt x="78105" y="160655"/>
                                </a:cubicBezTo>
                                <a:cubicBezTo>
                                  <a:pt x="78105" y="134366"/>
                                  <a:pt x="78105" y="108077"/>
                                  <a:pt x="78105" y="81788"/>
                                </a:cubicBezTo>
                                <a:cubicBezTo>
                                  <a:pt x="65024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824357" y="57404"/>
                            <a:ext cx="121920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67894">
                                <a:moveTo>
                                  <a:pt x="61468" y="0"/>
                                </a:moveTo>
                                <a:cubicBezTo>
                                  <a:pt x="78613" y="0"/>
                                  <a:pt x="91948" y="4572"/>
                                  <a:pt x="100838" y="13970"/>
                                </a:cubicBezTo>
                                <a:cubicBezTo>
                                  <a:pt x="109855" y="23495"/>
                                  <a:pt x="116205" y="37211"/>
                                  <a:pt x="119888" y="55245"/>
                                </a:cubicBezTo>
                                <a:cubicBezTo>
                                  <a:pt x="107188" y="57785"/>
                                  <a:pt x="94488" y="60325"/>
                                  <a:pt x="81788" y="62865"/>
                                </a:cubicBezTo>
                                <a:cubicBezTo>
                                  <a:pt x="80645" y="56134"/>
                                  <a:pt x="78486" y="50800"/>
                                  <a:pt x="75311" y="47371"/>
                                </a:cubicBezTo>
                                <a:cubicBezTo>
                                  <a:pt x="72263" y="43815"/>
                                  <a:pt x="67945" y="42164"/>
                                  <a:pt x="62738" y="42164"/>
                                </a:cubicBezTo>
                                <a:cubicBezTo>
                                  <a:pt x="56007" y="42164"/>
                                  <a:pt x="50419" y="45720"/>
                                  <a:pt x="46482" y="53086"/>
                                </a:cubicBezTo>
                                <a:cubicBezTo>
                                  <a:pt x="42418" y="60452"/>
                                  <a:pt x="40132" y="71501"/>
                                  <a:pt x="40132" y="86360"/>
                                </a:cubicBezTo>
                                <a:cubicBezTo>
                                  <a:pt x="40132" y="99441"/>
                                  <a:pt x="42418" y="109474"/>
                                  <a:pt x="46355" y="116332"/>
                                </a:cubicBezTo>
                                <a:cubicBezTo>
                                  <a:pt x="50292" y="123190"/>
                                  <a:pt x="55753" y="126492"/>
                                  <a:pt x="62103" y="126492"/>
                                </a:cubicBezTo>
                                <a:cubicBezTo>
                                  <a:pt x="67310" y="126492"/>
                                  <a:pt x="71882" y="124460"/>
                                  <a:pt x="75565" y="120396"/>
                                </a:cubicBezTo>
                                <a:cubicBezTo>
                                  <a:pt x="78994" y="116332"/>
                                  <a:pt x="81661" y="109982"/>
                                  <a:pt x="83439" y="101346"/>
                                </a:cubicBezTo>
                                <a:cubicBezTo>
                                  <a:pt x="96266" y="103632"/>
                                  <a:pt x="109220" y="105664"/>
                                  <a:pt x="121920" y="107950"/>
                                </a:cubicBezTo>
                                <a:cubicBezTo>
                                  <a:pt x="119888" y="120269"/>
                                  <a:pt x="116332" y="130683"/>
                                  <a:pt x="111506" y="139573"/>
                                </a:cubicBezTo>
                                <a:cubicBezTo>
                                  <a:pt x="106680" y="148463"/>
                                  <a:pt x="100457" y="155321"/>
                                  <a:pt x="93091" y="160528"/>
                                </a:cubicBezTo>
                                <a:cubicBezTo>
                                  <a:pt x="85598" y="165481"/>
                                  <a:pt x="75946" y="167894"/>
                                  <a:pt x="64389" y="167894"/>
                                </a:cubicBezTo>
                                <a:cubicBezTo>
                                  <a:pt x="53086" y="167894"/>
                                  <a:pt x="43815" y="166370"/>
                                  <a:pt x="36449" y="163068"/>
                                </a:cubicBezTo>
                                <a:cubicBezTo>
                                  <a:pt x="29083" y="159893"/>
                                  <a:pt x="22479" y="154940"/>
                                  <a:pt x="17145" y="147701"/>
                                </a:cubicBezTo>
                                <a:cubicBezTo>
                                  <a:pt x="11938" y="140589"/>
                                  <a:pt x="7620" y="132334"/>
                                  <a:pt x="4572" y="122809"/>
                                </a:cubicBezTo>
                                <a:cubicBezTo>
                                  <a:pt x="1651" y="113284"/>
                                  <a:pt x="0" y="100584"/>
                                  <a:pt x="0" y="84582"/>
                                </a:cubicBezTo>
                                <a:cubicBezTo>
                                  <a:pt x="0" y="68199"/>
                                  <a:pt x="1905" y="54483"/>
                                  <a:pt x="5461" y="43434"/>
                                </a:cubicBezTo>
                                <a:cubicBezTo>
                                  <a:pt x="8128" y="35306"/>
                                  <a:pt x="12065" y="28194"/>
                                  <a:pt x="16637" y="21590"/>
                                </a:cubicBezTo>
                                <a:cubicBezTo>
                                  <a:pt x="21209" y="15240"/>
                                  <a:pt x="26289" y="10668"/>
                                  <a:pt x="31115" y="7493"/>
                                </a:cubicBezTo>
                                <a:cubicBezTo>
                                  <a:pt x="38989" y="2286"/>
                                  <a:pt x="49149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010539" y="60960"/>
                            <a:ext cx="64262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225806">
                                <a:moveTo>
                                  <a:pt x="23749" y="0"/>
                                </a:moveTo>
                                <a:cubicBezTo>
                                  <a:pt x="37211" y="0"/>
                                  <a:pt x="50673" y="0"/>
                                  <a:pt x="64262" y="0"/>
                                </a:cubicBezTo>
                                <a:cubicBezTo>
                                  <a:pt x="64262" y="51943"/>
                                  <a:pt x="64262" y="104013"/>
                                  <a:pt x="64262" y="155829"/>
                                </a:cubicBezTo>
                                <a:cubicBezTo>
                                  <a:pt x="64262" y="175641"/>
                                  <a:pt x="63246" y="189612"/>
                                  <a:pt x="61468" y="197993"/>
                                </a:cubicBezTo>
                                <a:cubicBezTo>
                                  <a:pt x="59563" y="206249"/>
                                  <a:pt x="55880" y="212852"/>
                                  <a:pt x="50927" y="218060"/>
                                </a:cubicBezTo>
                                <a:cubicBezTo>
                                  <a:pt x="45974" y="223266"/>
                                  <a:pt x="38481" y="225806"/>
                                  <a:pt x="29083" y="225806"/>
                                </a:cubicBezTo>
                                <a:cubicBezTo>
                                  <a:pt x="21209" y="225806"/>
                                  <a:pt x="11684" y="224028"/>
                                  <a:pt x="0" y="220599"/>
                                </a:cubicBezTo>
                                <a:cubicBezTo>
                                  <a:pt x="1905" y="205613"/>
                                  <a:pt x="4064" y="190627"/>
                                  <a:pt x="6096" y="175768"/>
                                </a:cubicBezTo>
                                <a:cubicBezTo>
                                  <a:pt x="9398" y="176912"/>
                                  <a:pt x="11684" y="177292"/>
                                  <a:pt x="13208" y="177292"/>
                                </a:cubicBezTo>
                                <a:cubicBezTo>
                                  <a:pt x="16637" y="177292"/>
                                  <a:pt x="19304" y="175514"/>
                                  <a:pt x="21082" y="171959"/>
                                </a:cubicBezTo>
                                <a:cubicBezTo>
                                  <a:pt x="22733" y="168402"/>
                                  <a:pt x="23749" y="161290"/>
                                  <a:pt x="23749" y="150495"/>
                                </a:cubicBezTo>
                                <a:cubicBezTo>
                                  <a:pt x="23749" y="100330"/>
                                  <a:pt x="23749" y="50292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034288" y="0"/>
                            <a:ext cx="4051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42291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6924" y="0"/>
                                  <a:pt x="40513" y="0"/>
                                </a:cubicBezTo>
                                <a:cubicBezTo>
                                  <a:pt x="40513" y="14097"/>
                                  <a:pt x="40513" y="28194"/>
                                  <a:pt x="40513" y="42291"/>
                                </a:cubicBezTo>
                                <a:cubicBezTo>
                                  <a:pt x="26924" y="42291"/>
                                  <a:pt x="13462" y="42291"/>
                                  <a:pt x="0" y="42291"/>
                                </a:cubicBezTo>
                                <a:cubicBezTo>
                                  <a:pt x="0" y="28194"/>
                                  <a:pt x="0" y="140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095375" y="57404"/>
                            <a:ext cx="61023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167894">
                                <a:moveTo>
                                  <a:pt x="59563" y="0"/>
                                </a:moveTo>
                                <a:lnTo>
                                  <a:pt x="61023" y="186"/>
                                </a:lnTo>
                                <a:lnTo>
                                  <a:pt x="61023" y="36513"/>
                                </a:lnTo>
                                <a:lnTo>
                                  <a:pt x="52530" y="39370"/>
                                </a:lnTo>
                                <a:cubicBezTo>
                                  <a:pt x="49974" y="41307"/>
                                  <a:pt x="47752" y="44196"/>
                                  <a:pt x="45847" y="48006"/>
                                </a:cubicBezTo>
                                <a:cubicBezTo>
                                  <a:pt x="43434" y="52959"/>
                                  <a:pt x="41910" y="60198"/>
                                  <a:pt x="41148" y="69723"/>
                                </a:cubicBezTo>
                                <a:lnTo>
                                  <a:pt x="61023" y="69723"/>
                                </a:lnTo>
                                <a:lnTo>
                                  <a:pt x="61023" y="99187"/>
                                </a:lnTo>
                                <a:lnTo>
                                  <a:pt x="41021" y="99187"/>
                                </a:lnTo>
                                <a:cubicBezTo>
                                  <a:pt x="41783" y="109093"/>
                                  <a:pt x="43561" y="116332"/>
                                  <a:pt x="46355" y="121285"/>
                                </a:cubicBezTo>
                                <a:cubicBezTo>
                                  <a:pt x="48196" y="124777"/>
                                  <a:pt x="50451" y="127381"/>
                                  <a:pt x="53022" y="129111"/>
                                </a:cubicBezTo>
                                <a:lnTo>
                                  <a:pt x="61023" y="131526"/>
                                </a:lnTo>
                                <a:lnTo>
                                  <a:pt x="61023" y="167855"/>
                                </a:lnTo>
                                <a:lnTo>
                                  <a:pt x="60706" y="167894"/>
                                </a:lnTo>
                                <a:cubicBezTo>
                                  <a:pt x="46736" y="167894"/>
                                  <a:pt x="35687" y="164846"/>
                                  <a:pt x="27813" y="158750"/>
                                </a:cubicBezTo>
                                <a:cubicBezTo>
                                  <a:pt x="19685" y="152781"/>
                                  <a:pt x="13081" y="143383"/>
                                  <a:pt x="7874" y="130175"/>
                                </a:cubicBezTo>
                                <a:cubicBezTo>
                                  <a:pt x="2667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34" y="38989"/>
                                  <a:pt x="15748" y="23241"/>
                                </a:cubicBezTo>
                                <a:cubicBezTo>
                                  <a:pt x="26162" y="7620"/>
                                  <a:pt x="40894" y="0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156399" y="174372"/>
                            <a:ext cx="58738" cy="5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8" h="50887">
                                <a:moveTo>
                                  <a:pt x="18986" y="0"/>
                                </a:moveTo>
                                <a:cubicBezTo>
                                  <a:pt x="32195" y="2032"/>
                                  <a:pt x="45530" y="3810"/>
                                  <a:pt x="58738" y="5587"/>
                                </a:cubicBezTo>
                                <a:cubicBezTo>
                                  <a:pt x="52896" y="21971"/>
                                  <a:pt x="45276" y="33274"/>
                                  <a:pt x="36767" y="40259"/>
                                </a:cubicBezTo>
                                <a:cubicBezTo>
                                  <a:pt x="32448" y="43878"/>
                                  <a:pt x="27210" y="46545"/>
                                  <a:pt x="21034" y="48307"/>
                                </a:cubicBezTo>
                                <a:lnTo>
                                  <a:pt x="0" y="50887"/>
                                </a:lnTo>
                                <a:lnTo>
                                  <a:pt x="0" y="14559"/>
                                </a:lnTo>
                                <a:lnTo>
                                  <a:pt x="571" y="14732"/>
                                </a:lnTo>
                                <a:cubicBezTo>
                                  <a:pt x="4508" y="14732"/>
                                  <a:pt x="8318" y="13208"/>
                                  <a:pt x="12002" y="10160"/>
                                </a:cubicBezTo>
                                <a:cubicBezTo>
                                  <a:pt x="14033" y="8255"/>
                                  <a:pt x="16574" y="4952"/>
                                  <a:pt x="18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156399" y="57591"/>
                            <a:ext cx="61024" cy="9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4" h="99001">
                                <a:moveTo>
                                  <a:pt x="0" y="0"/>
                                </a:moveTo>
                                <a:lnTo>
                                  <a:pt x="18812" y="2401"/>
                                </a:lnTo>
                                <a:cubicBezTo>
                                  <a:pt x="24765" y="4132"/>
                                  <a:pt x="29909" y="6735"/>
                                  <a:pt x="34227" y="10228"/>
                                </a:cubicBezTo>
                                <a:cubicBezTo>
                                  <a:pt x="42989" y="17340"/>
                                  <a:pt x="49721" y="27245"/>
                                  <a:pt x="54165" y="40454"/>
                                </a:cubicBezTo>
                                <a:cubicBezTo>
                                  <a:pt x="58738" y="53661"/>
                                  <a:pt x="61024" y="70933"/>
                                  <a:pt x="61024" y="92016"/>
                                </a:cubicBezTo>
                                <a:cubicBezTo>
                                  <a:pt x="61024" y="94302"/>
                                  <a:pt x="61024" y="96715"/>
                                  <a:pt x="61024" y="99001"/>
                                </a:cubicBezTo>
                                <a:lnTo>
                                  <a:pt x="0" y="99001"/>
                                </a:lnTo>
                                <a:lnTo>
                                  <a:pt x="0" y="69536"/>
                                </a:lnTo>
                                <a:lnTo>
                                  <a:pt x="19876" y="69536"/>
                                </a:lnTo>
                                <a:cubicBezTo>
                                  <a:pt x="19114" y="57598"/>
                                  <a:pt x="16955" y="49090"/>
                                  <a:pt x="13652" y="43882"/>
                                </a:cubicBezTo>
                                <a:cubicBezTo>
                                  <a:pt x="10351" y="38803"/>
                                  <a:pt x="5779" y="36263"/>
                                  <a:pt x="190" y="36263"/>
                                </a:cubicBezTo>
                                <a:lnTo>
                                  <a:pt x="0" y="3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299210" y="57404"/>
                            <a:ext cx="57976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167894">
                                <a:moveTo>
                                  <a:pt x="44450" y="0"/>
                                </a:moveTo>
                                <a:lnTo>
                                  <a:pt x="57976" y="3956"/>
                                </a:lnTo>
                                <a:lnTo>
                                  <a:pt x="57976" y="45831"/>
                                </a:lnTo>
                                <a:lnTo>
                                  <a:pt x="56896" y="45466"/>
                                </a:lnTo>
                                <a:cubicBezTo>
                                  <a:pt x="51689" y="45466"/>
                                  <a:pt x="47625" y="48768"/>
                                  <a:pt x="44831" y="55499"/>
                                </a:cubicBezTo>
                                <a:cubicBezTo>
                                  <a:pt x="41910" y="62357"/>
                                  <a:pt x="40386" y="71247"/>
                                  <a:pt x="40386" y="82550"/>
                                </a:cubicBezTo>
                                <a:cubicBezTo>
                                  <a:pt x="40386" y="109093"/>
                                  <a:pt x="46101" y="122301"/>
                                  <a:pt x="57531" y="122301"/>
                                </a:cubicBezTo>
                                <a:lnTo>
                                  <a:pt x="57976" y="121997"/>
                                </a:lnTo>
                                <a:lnTo>
                                  <a:pt x="57976" y="164050"/>
                                </a:lnTo>
                                <a:lnTo>
                                  <a:pt x="44196" y="167894"/>
                                </a:lnTo>
                                <a:cubicBezTo>
                                  <a:pt x="30734" y="167894"/>
                                  <a:pt x="19939" y="159893"/>
                                  <a:pt x="11938" y="143764"/>
                                </a:cubicBezTo>
                                <a:cubicBezTo>
                                  <a:pt x="4064" y="127889"/>
                                  <a:pt x="0" y="107061"/>
                                  <a:pt x="0" y="81407"/>
                                </a:cubicBezTo>
                                <a:cubicBezTo>
                                  <a:pt x="0" y="56515"/>
                                  <a:pt x="4064" y="36830"/>
                                  <a:pt x="11938" y="22098"/>
                                </a:cubicBezTo>
                                <a:cubicBezTo>
                                  <a:pt x="19939" y="7366"/>
                                  <a:pt x="30861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357186" y="0"/>
                            <a:ext cx="74803" cy="28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3" h="282956">
                                <a:moveTo>
                                  <a:pt x="17209" y="0"/>
                                </a:moveTo>
                                <a:cubicBezTo>
                                  <a:pt x="30671" y="0"/>
                                  <a:pt x="44133" y="0"/>
                                  <a:pt x="57721" y="0"/>
                                </a:cubicBezTo>
                                <a:cubicBezTo>
                                  <a:pt x="57721" y="25654"/>
                                  <a:pt x="57721" y="51435"/>
                                  <a:pt x="57721" y="77216"/>
                                </a:cubicBezTo>
                                <a:cubicBezTo>
                                  <a:pt x="61659" y="70612"/>
                                  <a:pt x="66230" y="65659"/>
                                  <a:pt x="71374" y="62357"/>
                                </a:cubicBezTo>
                                <a:lnTo>
                                  <a:pt x="74803" y="61363"/>
                                </a:lnTo>
                                <a:lnTo>
                                  <a:pt x="74803" y="103265"/>
                                </a:lnTo>
                                <a:lnTo>
                                  <a:pt x="62674" y="111634"/>
                                </a:lnTo>
                                <a:cubicBezTo>
                                  <a:pt x="59118" y="117348"/>
                                  <a:pt x="57214" y="127381"/>
                                  <a:pt x="57214" y="141986"/>
                                </a:cubicBezTo>
                                <a:cubicBezTo>
                                  <a:pt x="57214" y="152654"/>
                                  <a:pt x="58865" y="161672"/>
                                  <a:pt x="62040" y="168784"/>
                                </a:cubicBezTo>
                                <a:cubicBezTo>
                                  <a:pt x="63627" y="172466"/>
                                  <a:pt x="65596" y="175197"/>
                                  <a:pt x="67913" y="177006"/>
                                </a:cubicBezTo>
                                <a:lnTo>
                                  <a:pt x="74803" y="179340"/>
                                </a:lnTo>
                                <a:lnTo>
                                  <a:pt x="74803" y="221594"/>
                                </a:lnTo>
                                <a:lnTo>
                                  <a:pt x="70882" y="220519"/>
                                </a:lnTo>
                                <a:cubicBezTo>
                                  <a:pt x="65754" y="217329"/>
                                  <a:pt x="61341" y="212535"/>
                                  <a:pt x="57721" y="206122"/>
                                </a:cubicBezTo>
                                <a:cubicBezTo>
                                  <a:pt x="57721" y="231648"/>
                                  <a:pt x="57721" y="257429"/>
                                  <a:pt x="57721" y="282956"/>
                                </a:cubicBezTo>
                                <a:cubicBezTo>
                                  <a:pt x="44133" y="282956"/>
                                  <a:pt x="30671" y="282956"/>
                                  <a:pt x="17209" y="282956"/>
                                </a:cubicBezTo>
                                <a:cubicBezTo>
                                  <a:pt x="17209" y="257429"/>
                                  <a:pt x="17209" y="231902"/>
                                  <a:pt x="17209" y="206375"/>
                                </a:cubicBezTo>
                                <a:cubicBezTo>
                                  <a:pt x="13081" y="212661"/>
                                  <a:pt x="8414" y="217392"/>
                                  <a:pt x="3239" y="220551"/>
                                </a:cubicBezTo>
                                <a:lnTo>
                                  <a:pt x="0" y="221455"/>
                                </a:lnTo>
                                <a:lnTo>
                                  <a:pt x="0" y="179402"/>
                                </a:lnTo>
                                <a:lnTo>
                                  <a:pt x="12383" y="170942"/>
                                </a:lnTo>
                                <a:cubicBezTo>
                                  <a:pt x="15812" y="165227"/>
                                  <a:pt x="17590" y="155067"/>
                                  <a:pt x="17590" y="140589"/>
                                </a:cubicBezTo>
                                <a:cubicBezTo>
                                  <a:pt x="17590" y="129922"/>
                                  <a:pt x="15939" y="120777"/>
                                  <a:pt x="12890" y="113665"/>
                                </a:cubicBezTo>
                                <a:cubicBezTo>
                                  <a:pt x="11303" y="110109"/>
                                  <a:pt x="9335" y="107411"/>
                                  <a:pt x="7001" y="105601"/>
                                </a:cubicBezTo>
                                <a:lnTo>
                                  <a:pt x="0" y="103235"/>
                                </a:lnTo>
                                <a:lnTo>
                                  <a:pt x="0" y="61360"/>
                                </a:lnTo>
                                <a:lnTo>
                                  <a:pt x="3842" y="62484"/>
                                </a:lnTo>
                                <a:cubicBezTo>
                                  <a:pt x="8985" y="65881"/>
                                  <a:pt x="13462" y="70993"/>
                                  <a:pt x="17209" y="77851"/>
                                </a:cubicBezTo>
                                <a:cubicBezTo>
                                  <a:pt x="17209" y="51816"/>
                                  <a:pt x="17209" y="25908"/>
                                  <a:pt x="17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431989" y="57404"/>
                            <a:ext cx="5810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" h="167894">
                                <a:moveTo>
                                  <a:pt x="13652" y="0"/>
                                </a:moveTo>
                                <a:cubicBezTo>
                                  <a:pt x="27368" y="0"/>
                                  <a:pt x="38163" y="8001"/>
                                  <a:pt x="46037" y="23876"/>
                                </a:cubicBezTo>
                                <a:cubicBezTo>
                                  <a:pt x="54038" y="40005"/>
                                  <a:pt x="58102" y="60833"/>
                                  <a:pt x="58102" y="86360"/>
                                </a:cubicBezTo>
                                <a:cubicBezTo>
                                  <a:pt x="58102" y="111125"/>
                                  <a:pt x="54038" y="130937"/>
                                  <a:pt x="46037" y="145669"/>
                                </a:cubicBezTo>
                                <a:cubicBezTo>
                                  <a:pt x="38163" y="160528"/>
                                  <a:pt x="27241" y="167894"/>
                                  <a:pt x="13525" y="167894"/>
                                </a:cubicBezTo>
                                <a:lnTo>
                                  <a:pt x="0" y="164189"/>
                                </a:lnTo>
                                <a:lnTo>
                                  <a:pt x="0" y="121936"/>
                                </a:lnTo>
                                <a:lnTo>
                                  <a:pt x="1079" y="122301"/>
                                </a:lnTo>
                                <a:cubicBezTo>
                                  <a:pt x="6413" y="122301"/>
                                  <a:pt x="10477" y="118999"/>
                                  <a:pt x="13398" y="112141"/>
                                </a:cubicBezTo>
                                <a:cubicBezTo>
                                  <a:pt x="16192" y="105410"/>
                                  <a:pt x="17589" y="96393"/>
                                  <a:pt x="17589" y="85090"/>
                                </a:cubicBezTo>
                                <a:cubicBezTo>
                                  <a:pt x="17589" y="58674"/>
                                  <a:pt x="12001" y="45466"/>
                                  <a:pt x="571" y="45466"/>
                                </a:cubicBezTo>
                                <a:lnTo>
                                  <a:pt x="0" y="45860"/>
                                </a:lnTo>
                                <a:lnTo>
                                  <a:pt x="0" y="3959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504950" y="57404"/>
                            <a:ext cx="6045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167894">
                                <a:moveTo>
                                  <a:pt x="60198" y="0"/>
                                </a:moveTo>
                                <a:lnTo>
                                  <a:pt x="60452" y="64"/>
                                </a:lnTo>
                                <a:lnTo>
                                  <a:pt x="60452" y="42535"/>
                                </a:lnTo>
                                <a:lnTo>
                                  <a:pt x="52721" y="44926"/>
                                </a:lnTo>
                                <a:cubicBezTo>
                                  <a:pt x="50292" y="46609"/>
                                  <a:pt x="48133" y="49149"/>
                                  <a:pt x="46228" y="52578"/>
                                </a:cubicBezTo>
                                <a:cubicBezTo>
                                  <a:pt x="42418" y="59563"/>
                                  <a:pt x="40513" y="70231"/>
                                  <a:pt x="40513" y="84201"/>
                                </a:cubicBezTo>
                                <a:cubicBezTo>
                                  <a:pt x="40513" y="98679"/>
                                  <a:pt x="42418" y="109093"/>
                                  <a:pt x="46228" y="116078"/>
                                </a:cubicBezTo>
                                <a:cubicBezTo>
                                  <a:pt x="48070" y="119443"/>
                                  <a:pt x="50197" y="121983"/>
                                  <a:pt x="52578" y="123682"/>
                                </a:cubicBezTo>
                                <a:lnTo>
                                  <a:pt x="60452" y="126238"/>
                                </a:lnTo>
                                <a:lnTo>
                                  <a:pt x="60452" y="167864"/>
                                </a:lnTo>
                                <a:lnTo>
                                  <a:pt x="60325" y="167894"/>
                                </a:lnTo>
                                <a:cubicBezTo>
                                  <a:pt x="43307" y="167894"/>
                                  <a:pt x="29464" y="161417"/>
                                  <a:pt x="19177" y="148209"/>
                                </a:cubicBezTo>
                                <a:cubicBezTo>
                                  <a:pt x="6477" y="131826"/>
                                  <a:pt x="0" y="110744"/>
                                  <a:pt x="0" y="84328"/>
                                </a:cubicBezTo>
                                <a:cubicBezTo>
                                  <a:pt x="0" y="59817"/>
                                  <a:pt x="5461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565402" y="57468"/>
                            <a:ext cx="60579" cy="16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167801">
                                <a:moveTo>
                                  <a:pt x="0" y="0"/>
                                </a:moveTo>
                                <a:lnTo>
                                  <a:pt x="27639" y="6921"/>
                                </a:lnTo>
                                <a:cubicBezTo>
                                  <a:pt x="35624" y="11589"/>
                                  <a:pt x="42291" y="18605"/>
                                  <a:pt x="47625" y="28004"/>
                                </a:cubicBezTo>
                                <a:cubicBezTo>
                                  <a:pt x="56134" y="42990"/>
                                  <a:pt x="60579" y="61531"/>
                                  <a:pt x="60579" y="83376"/>
                                </a:cubicBezTo>
                                <a:cubicBezTo>
                                  <a:pt x="60579" y="108141"/>
                                  <a:pt x="55118" y="128206"/>
                                  <a:pt x="44450" y="144081"/>
                                </a:cubicBezTo>
                                <a:cubicBezTo>
                                  <a:pt x="39180" y="152082"/>
                                  <a:pt x="32766" y="158019"/>
                                  <a:pt x="25305" y="161956"/>
                                </a:cubicBezTo>
                                <a:lnTo>
                                  <a:pt x="0" y="167801"/>
                                </a:lnTo>
                                <a:lnTo>
                                  <a:pt x="0" y="126174"/>
                                </a:lnTo>
                                <a:cubicBezTo>
                                  <a:pt x="5842" y="126174"/>
                                  <a:pt x="10795" y="122872"/>
                                  <a:pt x="14478" y="116015"/>
                                </a:cubicBezTo>
                                <a:cubicBezTo>
                                  <a:pt x="18034" y="109283"/>
                                  <a:pt x="19939" y="98616"/>
                                  <a:pt x="19939" y="83629"/>
                                </a:cubicBezTo>
                                <a:cubicBezTo>
                                  <a:pt x="19939" y="69659"/>
                                  <a:pt x="18034" y="59245"/>
                                  <a:pt x="14351" y="52388"/>
                                </a:cubicBezTo>
                                <a:cubicBezTo>
                                  <a:pt x="10668" y="45656"/>
                                  <a:pt x="5842" y="42354"/>
                                  <a:pt x="381" y="42354"/>
                                </a:cubicBezTo>
                                <a:lnTo>
                                  <a:pt x="0" y="42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645666" y="60960"/>
                            <a:ext cx="58103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" h="221742">
                                <a:moveTo>
                                  <a:pt x="0" y="0"/>
                                </a:moveTo>
                                <a:cubicBezTo>
                                  <a:pt x="12573" y="0"/>
                                  <a:pt x="25273" y="0"/>
                                  <a:pt x="37846" y="0"/>
                                </a:cubicBezTo>
                                <a:cubicBezTo>
                                  <a:pt x="37846" y="8001"/>
                                  <a:pt x="37846" y="15875"/>
                                  <a:pt x="37846" y="23876"/>
                                </a:cubicBezTo>
                                <a:cubicBezTo>
                                  <a:pt x="43053" y="13716"/>
                                  <a:pt x="47879" y="7112"/>
                                  <a:pt x="52197" y="3556"/>
                                </a:cubicBezTo>
                                <a:lnTo>
                                  <a:pt x="58103" y="1409"/>
                                </a:lnTo>
                                <a:lnTo>
                                  <a:pt x="58103" y="42061"/>
                                </a:lnTo>
                                <a:lnTo>
                                  <a:pt x="45593" y="50927"/>
                                </a:lnTo>
                                <a:cubicBezTo>
                                  <a:pt x="42291" y="57150"/>
                                  <a:pt x="40513" y="67056"/>
                                  <a:pt x="40513" y="80773"/>
                                </a:cubicBezTo>
                                <a:cubicBezTo>
                                  <a:pt x="40513" y="93473"/>
                                  <a:pt x="42418" y="102870"/>
                                  <a:pt x="45847" y="109093"/>
                                </a:cubicBezTo>
                                <a:lnTo>
                                  <a:pt x="58103" y="117696"/>
                                </a:lnTo>
                                <a:lnTo>
                                  <a:pt x="58103" y="160502"/>
                                </a:lnTo>
                                <a:lnTo>
                                  <a:pt x="54610" y="159512"/>
                                </a:lnTo>
                                <a:cubicBezTo>
                                  <a:pt x="49530" y="156211"/>
                                  <a:pt x="44831" y="151512"/>
                                  <a:pt x="40767" y="145162"/>
                                </a:cubicBezTo>
                                <a:cubicBezTo>
                                  <a:pt x="40767" y="170688"/>
                                  <a:pt x="40767" y="196088"/>
                                  <a:pt x="40767" y="221742"/>
                                </a:cubicBezTo>
                                <a:cubicBezTo>
                                  <a:pt x="27305" y="221742"/>
                                  <a:pt x="13589" y="221742"/>
                                  <a:pt x="0" y="221742"/>
                                </a:cubicBezTo>
                                <a:cubicBezTo>
                                  <a:pt x="0" y="147828"/>
                                  <a:pt x="0" y="739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703769" y="57404"/>
                            <a:ext cx="57976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167894">
                                <a:moveTo>
                                  <a:pt x="13652" y="0"/>
                                </a:moveTo>
                                <a:cubicBezTo>
                                  <a:pt x="27749" y="0"/>
                                  <a:pt x="38926" y="8128"/>
                                  <a:pt x="46418" y="24638"/>
                                </a:cubicBezTo>
                                <a:cubicBezTo>
                                  <a:pt x="53911" y="41148"/>
                                  <a:pt x="57976" y="61468"/>
                                  <a:pt x="57976" y="85598"/>
                                </a:cubicBezTo>
                                <a:cubicBezTo>
                                  <a:pt x="57976" y="112395"/>
                                  <a:pt x="53657" y="132588"/>
                                  <a:pt x="45402" y="146685"/>
                                </a:cubicBezTo>
                                <a:cubicBezTo>
                                  <a:pt x="37020" y="160782"/>
                                  <a:pt x="26352" y="167894"/>
                                  <a:pt x="13526" y="167894"/>
                                </a:cubicBezTo>
                                <a:lnTo>
                                  <a:pt x="0" y="164058"/>
                                </a:lnTo>
                                <a:lnTo>
                                  <a:pt x="0" y="121251"/>
                                </a:lnTo>
                                <a:lnTo>
                                  <a:pt x="952" y="121920"/>
                                </a:lnTo>
                                <a:cubicBezTo>
                                  <a:pt x="5651" y="121920"/>
                                  <a:pt x="9715" y="118872"/>
                                  <a:pt x="12763" y="113030"/>
                                </a:cubicBezTo>
                                <a:cubicBezTo>
                                  <a:pt x="15938" y="107061"/>
                                  <a:pt x="17589" y="97028"/>
                                  <a:pt x="17589" y="83058"/>
                                </a:cubicBezTo>
                                <a:cubicBezTo>
                                  <a:pt x="17589" y="69977"/>
                                  <a:pt x="15811" y="60452"/>
                                  <a:pt x="12636" y="54229"/>
                                </a:cubicBezTo>
                                <a:cubicBezTo>
                                  <a:pt x="9461" y="48260"/>
                                  <a:pt x="5270" y="45212"/>
                                  <a:pt x="571" y="45212"/>
                                </a:cubicBezTo>
                                <a:lnTo>
                                  <a:pt x="0" y="45617"/>
                                </a:lnTo>
                                <a:lnTo>
                                  <a:pt x="0" y="4964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782572" y="60960"/>
                            <a:ext cx="14465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60655">
                                <a:moveTo>
                                  <a:pt x="0" y="0"/>
                                </a:moveTo>
                                <a:cubicBezTo>
                                  <a:pt x="16002" y="0"/>
                                  <a:pt x="32004" y="0"/>
                                  <a:pt x="48006" y="0"/>
                                </a:cubicBezTo>
                                <a:cubicBezTo>
                                  <a:pt x="56388" y="30988"/>
                                  <a:pt x="65151" y="61595"/>
                                  <a:pt x="73406" y="92456"/>
                                </a:cubicBezTo>
                                <a:cubicBezTo>
                                  <a:pt x="80899" y="61595"/>
                                  <a:pt x="88900" y="30862"/>
                                  <a:pt x="96393" y="0"/>
                                </a:cubicBezTo>
                                <a:cubicBezTo>
                                  <a:pt x="112522" y="0"/>
                                  <a:pt x="128651" y="0"/>
                                  <a:pt x="144653" y="0"/>
                                </a:cubicBezTo>
                                <a:cubicBezTo>
                                  <a:pt x="144653" y="53594"/>
                                  <a:pt x="144653" y="107188"/>
                                  <a:pt x="144653" y="160655"/>
                                </a:cubicBezTo>
                                <a:cubicBezTo>
                                  <a:pt x="133350" y="160655"/>
                                  <a:pt x="121920" y="160655"/>
                                  <a:pt x="110490" y="160655"/>
                                </a:cubicBezTo>
                                <a:cubicBezTo>
                                  <a:pt x="110490" y="127127"/>
                                  <a:pt x="110490" y="93473"/>
                                  <a:pt x="110490" y="59944"/>
                                </a:cubicBezTo>
                                <a:cubicBezTo>
                                  <a:pt x="102362" y="93473"/>
                                  <a:pt x="93726" y="127127"/>
                                  <a:pt x="85471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324" y="127000"/>
                                  <a:pt x="42926" y="93473"/>
                                  <a:pt x="34036" y="59944"/>
                                </a:cubicBezTo>
                                <a:cubicBezTo>
                                  <a:pt x="34036" y="93473"/>
                                  <a:pt x="34036" y="127127"/>
                                  <a:pt x="34036" y="160655"/>
                                </a:cubicBezTo>
                                <a:cubicBezTo>
                                  <a:pt x="22733" y="160655"/>
                                  <a:pt x="11303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54530" y="60960"/>
                            <a:ext cx="116459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" h="160655">
                                <a:moveTo>
                                  <a:pt x="0" y="0"/>
                                </a:moveTo>
                                <a:cubicBezTo>
                                  <a:pt x="12827" y="0"/>
                                  <a:pt x="25527" y="0"/>
                                  <a:pt x="38354" y="0"/>
                                </a:cubicBezTo>
                                <a:cubicBezTo>
                                  <a:pt x="38354" y="26798"/>
                                  <a:pt x="38354" y="53467"/>
                                  <a:pt x="38354" y="80264"/>
                                </a:cubicBezTo>
                                <a:cubicBezTo>
                                  <a:pt x="51435" y="53340"/>
                                  <a:pt x="65151" y="26924"/>
                                  <a:pt x="78232" y="0"/>
                                </a:cubicBezTo>
                                <a:cubicBezTo>
                                  <a:pt x="90932" y="0"/>
                                  <a:pt x="103759" y="0"/>
                                  <a:pt x="116459" y="0"/>
                                </a:cubicBezTo>
                                <a:cubicBezTo>
                                  <a:pt x="116459" y="53594"/>
                                  <a:pt x="116459" y="107188"/>
                                  <a:pt x="116459" y="160655"/>
                                </a:cubicBezTo>
                                <a:cubicBezTo>
                                  <a:pt x="103759" y="160655"/>
                                  <a:pt x="90932" y="160655"/>
                                  <a:pt x="78232" y="160655"/>
                                </a:cubicBezTo>
                                <a:cubicBezTo>
                                  <a:pt x="78232" y="134366"/>
                                  <a:pt x="78232" y="108077"/>
                                  <a:pt x="78232" y="81788"/>
                                </a:cubicBezTo>
                                <a:cubicBezTo>
                                  <a:pt x="65151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096897" y="60960"/>
                            <a:ext cx="58102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" h="221742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5273" y="0"/>
                                  <a:pt x="37846" y="0"/>
                                </a:cubicBezTo>
                                <a:cubicBezTo>
                                  <a:pt x="37846" y="8001"/>
                                  <a:pt x="37846" y="15875"/>
                                  <a:pt x="37846" y="23876"/>
                                </a:cubicBezTo>
                                <a:cubicBezTo>
                                  <a:pt x="43053" y="13716"/>
                                  <a:pt x="48006" y="7112"/>
                                  <a:pt x="52324" y="3556"/>
                                </a:cubicBezTo>
                                <a:lnTo>
                                  <a:pt x="58102" y="1455"/>
                                </a:lnTo>
                                <a:lnTo>
                                  <a:pt x="58102" y="42065"/>
                                </a:lnTo>
                                <a:lnTo>
                                  <a:pt x="45720" y="50927"/>
                                </a:lnTo>
                                <a:cubicBezTo>
                                  <a:pt x="42291" y="57150"/>
                                  <a:pt x="40513" y="67056"/>
                                  <a:pt x="40513" y="80773"/>
                                </a:cubicBezTo>
                                <a:cubicBezTo>
                                  <a:pt x="40513" y="93473"/>
                                  <a:pt x="42418" y="102870"/>
                                  <a:pt x="45847" y="109093"/>
                                </a:cubicBezTo>
                                <a:lnTo>
                                  <a:pt x="58102" y="117614"/>
                                </a:lnTo>
                                <a:lnTo>
                                  <a:pt x="58102" y="160502"/>
                                </a:lnTo>
                                <a:lnTo>
                                  <a:pt x="54610" y="159512"/>
                                </a:lnTo>
                                <a:cubicBezTo>
                                  <a:pt x="49530" y="156211"/>
                                  <a:pt x="44831" y="151512"/>
                                  <a:pt x="40767" y="145162"/>
                                </a:cubicBezTo>
                                <a:cubicBezTo>
                                  <a:pt x="40767" y="170688"/>
                                  <a:pt x="40767" y="196088"/>
                                  <a:pt x="40767" y="221742"/>
                                </a:cubicBezTo>
                                <a:cubicBezTo>
                                  <a:pt x="27305" y="221742"/>
                                  <a:pt x="13716" y="221742"/>
                                  <a:pt x="0" y="221742"/>
                                </a:cubicBezTo>
                                <a:cubicBezTo>
                                  <a:pt x="0" y="147828"/>
                                  <a:pt x="0" y="739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155000" y="57404"/>
                            <a:ext cx="57976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167894">
                                <a:moveTo>
                                  <a:pt x="13779" y="0"/>
                                </a:moveTo>
                                <a:cubicBezTo>
                                  <a:pt x="27876" y="0"/>
                                  <a:pt x="38926" y="8128"/>
                                  <a:pt x="46545" y="24638"/>
                                </a:cubicBezTo>
                                <a:cubicBezTo>
                                  <a:pt x="54038" y="41148"/>
                                  <a:pt x="57976" y="61468"/>
                                  <a:pt x="57976" y="85598"/>
                                </a:cubicBezTo>
                                <a:cubicBezTo>
                                  <a:pt x="57976" y="112395"/>
                                  <a:pt x="53657" y="132588"/>
                                  <a:pt x="45402" y="146685"/>
                                </a:cubicBezTo>
                                <a:cubicBezTo>
                                  <a:pt x="37020" y="160782"/>
                                  <a:pt x="26352" y="167894"/>
                                  <a:pt x="13526" y="167894"/>
                                </a:cubicBezTo>
                                <a:lnTo>
                                  <a:pt x="0" y="164058"/>
                                </a:lnTo>
                                <a:lnTo>
                                  <a:pt x="0" y="121169"/>
                                </a:lnTo>
                                <a:lnTo>
                                  <a:pt x="1079" y="121920"/>
                                </a:lnTo>
                                <a:cubicBezTo>
                                  <a:pt x="5651" y="121920"/>
                                  <a:pt x="9715" y="118872"/>
                                  <a:pt x="12763" y="113030"/>
                                </a:cubicBezTo>
                                <a:cubicBezTo>
                                  <a:pt x="16065" y="107061"/>
                                  <a:pt x="17589" y="97028"/>
                                  <a:pt x="17589" y="83058"/>
                                </a:cubicBezTo>
                                <a:cubicBezTo>
                                  <a:pt x="17589" y="69977"/>
                                  <a:pt x="15811" y="60452"/>
                                  <a:pt x="12636" y="54229"/>
                                </a:cubicBezTo>
                                <a:cubicBezTo>
                                  <a:pt x="9461" y="48260"/>
                                  <a:pt x="5270" y="45212"/>
                                  <a:pt x="571" y="45212"/>
                                </a:cubicBezTo>
                                <a:lnTo>
                                  <a:pt x="0" y="45621"/>
                                </a:lnTo>
                                <a:lnTo>
                                  <a:pt x="0" y="5011"/>
                                </a:lnTo>
                                <a:lnTo>
                                  <a:pt x="13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227453" y="123082"/>
                            <a:ext cx="58611" cy="102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11" h="102216">
                                <a:moveTo>
                                  <a:pt x="58611" y="0"/>
                                </a:moveTo>
                                <a:lnTo>
                                  <a:pt x="58611" y="30858"/>
                                </a:lnTo>
                                <a:lnTo>
                                  <a:pt x="43815" y="40240"/>
                                </a:lnTo>
                                <a:cubicBezTo>
                                  <a:pt x="41656" y="43415"/>
                                  <a:pt x="40386" y="47352"/>
                                  <a:pt x="40386" y="51543"/>
                                </a:cubicBezTo>
                                <a:cubicBezTo>
                                  <a:pt x="40386" y="56369"/>
                                  <a:pt x="41656" y="60179"/>
                                  <a:pt x="43815" y="63354"/>
                                </a:cubicBezTo>
                                <a:cubicBezTo>
                                  <a:pt x="45974" y="66529"/>
                                  <a:pt x="49276" y="68053"/>
                                  <a:pt x="53594" y="68053"/>
                                </a:cubicBezTo>
                                <a:lnTo>
                                  <a:pt x="58611" y="66046"/>
                                </a:lnTo>
                                <a:lnTo>
                                  <a:pt x="58611" y="96773"/>
                                </a:lnTo>
                                <a:lnTo>
                                  <a:pt x="38481" y="102216"/>
                                </a:lnTo>
                                <a:cubicBezTo>
                                  <a:pt x="25781" y="102216"/>
                                  <a:pt x="16256" y="97771"/>
                                  <a:pt x="9779" y="88881"/>
                                </a:cubicBezTo>
                                <a:cubicBezTo>
                                  <a:pt x="3302" y="79865"/>
                                  <a:pt x="0" y="69069"/>
                                  <a:pt x="0" y="55988"/>
                                </a:cubicBezTo>
                                <a:cubicBezTo>
                                  <a:pt x="0" y="43796"/>
                                  <a:pt x="2413" y="33890"/>
                                  <a:pt x="7112" y="25890"/>
                                </a:cubicBezTo>
                                <a:cubicBezTo>
                                  <a:pt x="11684" y="18015"/>
                                  <a:pt x="20447" y="12300"/>
                                  <a:pt x="33020" y="8490"/>
                                </a:cubicBezTo>
                                <a:cubicBezTo>
                                  <a:pt x="40640" y="6077"/>
                                  <a:pt x="46895" y="4109"/>
                                  <a:pt x="51800" y="2489"/>
                                </a:cubicBezTo>
                                <a:lnTo>
                                  <a:pt x="58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230628" y="57404"/>
                            <a:ext cx="5543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" h="55626">
                                <a:moveTo>
                                  <a:pt x="54483" y="0"/>
                                </a:moveTo>
                                <a:lnTo>
                                  <a:pt x="55436" y="99"/>
                                </a:lnTo>
                                <a:lnTo>
                                  <a:pt x="55436" y="38024"/>
                                </a:lnTo>
                                <a:lnTo>
                                  <a:pt x="44831" y="41529"/>
                                </a:lnTo>
                                <a:cubicBezTo>
                                  <a:pt x="42291" y="44069"/>
                                  <a:pt x="40259" y="48641"/>
                                  <a:pt x="38608" y="55626"/>
                                </a:cubicBezTo>
                                <a:cubicBezTo>
                                  <a:pt x="25781" y="53594"/>
                                  <a:pt x="12827" y="51562"/>
                                  <a:pt x="0" y="49403"/>
                                </a:cubicBezTo>
                                <a:cubicBezTo>
                                  <a:pt x="1397" y="39243"/>
                                  <a:pt x="3556" y="30988"/>
                                  <a:pt x="6350" y="25146"/>
                                </a:cubicBezTo>
                                <a:cubicBezTo>
                                  <a:pt x="9017" y="19177"/>
                                  <a:pt x="13081" y="14351"/>
                                  <a:pt x="18161" y="9779"/>
                                </a:cubicBezTo>
                                <a:cubicBezTo>
                                  <a:pt x="21844" y="6604"/>
                                  <a:pt x="27051" y="4191"/>
                                  <a:pt x="33401" y="2540"/>
                                </a:cubicBezTo>
                                <a:cubicBezTo>
                                  <a:pt x="39878" y="889"/>
                                  <a:pt x="46990" y="0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286064" y="57504"/>
                            <a:ext cx="62801" cy="16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1" h="164112">
                                <a:moveTo>
                                  <a:pt x="0" y="0"/>
                                </a:moveTo>
                                <a:lnTo>
                                  <a:pt x="28257" y="2948"/>
                                </a:lnTo>
                                <a:cubicBezTo>
                                  <a:pt x="35623" y="5107"/>
                                  <a:pt x="41846" y="9298"/>
                                  <a:pt x="46545" y="15903"/>
                                </a:cubicBezTo>
                                <a:cubicBezTo>
                                  <a:pt x="50101" y="20475"/>
                                  <a:pt x="52768" y="26825"/>
                                  <a:pt x="54801" y="35206"/>
                                </a:cubicBezTo>
                                <a:cubicBezTo>
                                  <a:pt x="56705" y="43461"/>
                                  <a:pt x="57721" y="51463"/>
                                  <a:pt x="57721" y="59082"/>
                                </a:cubicBezTo>
                                <a:cubicBezTo>
                                  <a:pt x="57721" y="82578"/>
                                  <a:pt x="57721" y="106327"/>
                                  <a:pt x="57721" y="129948"/>
                                </a:cubicBezTo>
                                <a:cubicBezTo>
                                  <a:pt x="57721" y="137442"/>
                                  <a:pt x="57976" y="143410"/>
                                  <a:pt x="58738" y="147602"/>
                                </a:cubicBezTo>
                                <a:cubicBezTo>
                                  <a:pt x="59372" y="152046"/>
                                  <a:pt x="60770" y="157380"/>
                                  <a:pt x="62801" y="164112"/>
                                </a:cubicBezTo>
                                <a:cubicBezTo>
                                  <a:pt x="50228" y="164112"/>
                                  <a:pt x="37528" y="164112"/>
                                  <a:pt x="24828" y="164112"/>
                                </a:cubicBezTo>
                                <a:cubicBezTo>
                                  <a:pt x="23304" y="160047"/>
                                  <a:pt x="22415" y="156872"/>
                                  <a:pt x="21907" y="154587"/>
                                </a:cubicBezTo>
                                <a:cubicBezTo>
                                  <a:pt x="21399" y="152555"/>
                                  <a:pt x="21018" y="149126"/>
                                  <a:pt x="20510" y="144427"/>
                                </a:cubicBezTo>
                                <a:cubicBezTo>
                                  <a:pt x="15303" y="152173"/>
                                  <a:pt x="9970" y="157762"/>
                                  <a:pt x="4763" y="161064"/>
                                </a:cubicBezTo>
                                <a:lnTo>
                                  <a:pt x="0" y="162351"/>
                                </a:lnTo>
                                <a:lnTo>
                                  <a:pt x="0" y="131625"/>
                                </a:lnTo>
                                <a:lnTo>
                                  <a:pt x="7683" y="128552"/>
                                </a:lnTo>
                                <a:cubicBezTo>
                                  <a:pt x="11493" y="125250"/>
                                  <a:pt x="14160" y="121185"/>
                                  <a:pt x="15811" y="116359"/>
                                </a:cubicBezTo>
                                <a:cubicBezTo>
                                  <a:pt x="17463" y="111660"/>
                                  <a:pt x="18224" y="105438"/>
                                  <a:pt x="18224" y="97691"/>
                                </a:cubicBezTo>
                                <a:cubicBezTo>
                                  <a:pt x="18224" y="94389"/>
                                  <a:pt x="18224" y="91214"/>
                                  <a:pt x="18224" y="87911"/>
                                </a:cubicBezTo>
                                <a:cubicBezTo>
                                  <a:pt x="12636" y="90959"/>
                                  <a:pt x="6921" y="93627"/>
                                  <a:pt x="826" y="95913"/>
                                </a:cubicBezTo>
                                <a:lnTo>
                                  <a:pt x="0" y="96436"/>
                                </a:lnTo>
                                <a:lnTo>
                                  <a:pt x="0" y="65578"/>
                                </a:lnTo>
                                <a:lnTo>
                                  <a:pt x="3873" y="64163"/>
                                </a:lnTo>
                                <a:cubicBezTo>
                                  <a:pt x="8318" y="62257"/>
                                  <a:pt x="13271" y="59971"/>
                                  <a:pt x="18224" y="56923"/>
                                </a:cubicBezTo>
                                <a:cubicBezTo>
                                  <a:pt x="18224" y="49304"/>
                                  <a:pt x="17208" y="44096"/>
                                  <a:pt x="15176" y="41048"/>
                                </a:cubicBezTo>
                                <a:cubicBezTo>
                                  <a:pt x="13145" y="38001"/>
                                  <a:pt x="9461" y="36477"/>
                                  <a:pt x="4382" y="36477"/>
                                </a:cubicBezTo>
                                <a:lnTo>
                                  <a:pt x="0" y="37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369439" y="60960"/>
                            <a:ext cx="117729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160655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6924" y="0"/>
                                  <a:pt x="40513" y="0"/>
                                </a:cubicBezTo>
                                <a:cubicBezTo>
                                  <a:pt x="40513" y="18415"/>
                                  <a:pt x="40513" y="36830"/>
                                  <a:pt x="40513" y="55118"/>
                                </a:cubicBezTo>
                                <a:cubicBezTo>
                                  <a:pt x="52705" y="55118"/>
                                  <a:pt x="64897" y="55118"/>
                                  <a:pt x="77216" y="55118"/>
                                </a:cubicBezTo>
                                <a:cubicBezTo>
                                  <a:pt x="77216" y="36830"/>
                                  <a:pt x="77216" y="18415"/>
                                  <a:pt x="77216" y="0"/>
                                </a:cubicBezTo>
                                <a:cubicBezTo>
                                  <a:pt x="90805" y="0"/>
                                  <a:pt x="104140" y="0"/>
                                  <a:pt x="117729" y="0"/>
                                </a:cubicBezTo>
                                <a:cubicBezTo>
                                  <a:pt x="117729" y="53594"/>
                                  <a:pt x="117729" y="107188"/>
                                  <a:pt x="117729" y="160655"/>
                                </a:cubicBezTo>
                                <a:cubicBezTo>
                                  <a:pt x="104140" y="160655"/>
                                  <a:pt x="90805" y="160655"/>
                                  <a:pt x="77216" y="160655"/>
                                </a:cubicBezTo>
                                <a:cubicBezTo>
                                  <a:pt x="77216" y="140462"/>
                                  <a:pt x="77216" y="120269"/>
                                  <a:pt x="77216" y="100076"/>
                                </a:cubicBezTo>
                                <a:cubicBezTo>
                                  <a:pt x="64897" y="100076"/>
                                  <a:pt x="52705" y="100076"/>
                                  <a:pt x="40513" y="100076"/>
                                </a:cubicBezTo>
                                <a:cubicBezTo>
                                  <a:pt x="40513" y="120269"/>
                                  <a:pt x="40513" y="140462"/>
                                  <a:pt x="40513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580386" y="60960"/>
                            <a:ext cx="11163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60655">
                                <a:moveTo>
                                  <a:pt x="0" y="0"/>
                                </a:moveTo>
                                <a:cubicBezTo>
                                  <a:pt x="37211" y="0"/>
                                  <a:pt x="74422" y="0"/>
                                  <a:pt x="111633" y="0"/>
                                </a:cubicBezTo>
                                <a:cubicBezTo>
                                  <a:pt x="111633" y="53594"/>
                                  <a:pt x="111633" y="107188"/>
                                  <a:pt x="111633" y="160655"/>
                                </a:cubicBezTo>
                                <a:cubicBezTo>
                                  <a:pt x="98171" y="160655"/>
                                  <a:pt x="84709" y="160655"/>
                                  <a:pt x="71120" y="160655"/>
                                </a:cubicBezTo>
                                <a:cubicBezTo>
                                  <a:pt x="71120" y="122048"/>
                                  <a:pt x="71120" y="83566"/>
                                  <a:pt x="71120" y="44958"/>
                                </a:cubicBezTo>
                                <a:cubicBezTo>
                                  <a:pt x="60960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716530" y="60960"/>
                            <a:ext cx="58166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6" h="221742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5273" y="0"/>
                                  <a:pt x="37973" y="0"/>
                                </a:cubicBezTo>
                                <a:cubicBezTo>
                                  <a:pt x="37973" y="8001"/>
                                  <a:pt x="37973" y="15875"/>
                                  <a:pt x="37973" y="23876"/>
                                </a:cubicBezTo>
                                <a:cubicBezTo>
                                  <a:pt x="43180" y="13716"/>
                                  <a:pt x="48006" y="7112"/>
                                  <a:pt x="52324" y="3556"/>
                                </a:cubicBezTo>
                                <a:lnTo>
                                  <a:pt x="58166" y="1432"/>
                                </a:lnTo>
                                <a:lnTo>
                                  <a:pt x="58166" y="42023"/>
                                </a:lnTo>
                                <a:lnTo>
                                  <a:pt x="45847" y="50927"/>
                                </a:lnTo>
                                <a:cubicBezTo>
                                  <a:pt x="42291" y="57150"/>
                                  <a:pt x="40640" y="67056"/>
                                  <a:pt x="40640" y="80773"/>
                                </a:cubicBezTo>
                                <a:cubicBezTo>
                                  <a:pt x="40640" y="93473"/>
                                  <a:pt x="42418" y="102870"/>
                                  <a:pt x="45847" y="109093"/>
                                </a:cubicBezTo>
                                <a:lnTo>
                                  <a:pt x="58166" y="117658"/>
                                </a:lnTo>
                                <a:lnTo>
                                  <a:pt x="58166" y="160520"/>
                                </a:lnTo>
                                <a:lnTo>
                                  <a:pt x="54610" y="159512"/>
                                </a:lnTo>
                                <a:cubicBezTo>
                                  <a:pt x="49530" y="156211"/>
                                  <a:pt x="44831" y="151512"/>
                                  <a:pt x="40894" y="145162"/>
                                </a:cubicBezTo>
                                <a:cubicBezTo>
                                  <a:pt x="40894" y="170688"/>
                                  <a:pt x="40894" y="196088"/>
                                  <a:pt x="40894" y="221742"/>
                                </a:cubicBezTo>
                                <a:cubicBezTo>
                                  <a:pt x="27305" y="221742"/>
                                  <a:pt x="13716" y="221742"/>
                                  <a:pt x="0" y="221742"/>
                                </a:cubicBezTo>
                                <a:cubicBezTo>
                                  <a:pt x="0" y="147828"/>
                                  <a:pt x="0" y="739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774696" y="57404"/>
                            <a:ext cx="58039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67894">
                                <a:moveTo>
                                  <a:pt x="13716" y="0"/>
                                </a:moveTo>
                                <a:cubicBezTo>
                                  <a:pt x="27813" y="0"/>
                                  <a:pt x="38862" y="8128"/>
                                  <a:pt x="46482" y="24638"/>
                                </a:cubicBezTo>
                                <a:cubicBezTo>
                                  <a:pt x="54102" y="41148"/>
                                  <a:pt x="58039" y="61468"/>
                                  <a:pt x="58039" y="85598"/>
                                </a:cubicBezTo>
                                <a:cubicBezTo>
                                  <a:pt x="58039" y="112395"/>
                                  <a:pt x="53721" y="132588"/>
                                  <a:pt x="45339" y="146685"/>
                                </a:cubicBezTo>
                                <a:cubicBezTo>
                                  <a:pt x="37084" y="160782"/>
                                  <a:pt x="26289" y="167894"/>
                                  <a:pt x="13462" y="167894"/>
                                </a:cubicBezTo>
                                <a:lnTo>
                                  <a:pt x="0" y="164076"/>
                                </a:lnTo>
                                <a:lnTo>
                                  <a:pt x="0" y="121214"/>
                                </a:lnTo>
                                <a:lnTo>
                                  <a:pt x="1016" y="121920"/>
                                </a:lnTo>
                                <a:cubicBezTo>
                                  <a:pt x="5715" y="121920"/>
                                  <a:pt x="9652" y="118872"/>
                                  <a:pt x="12827" y="113030"/>
                                </a:cubicBezTo>
                                <a:cubicBezTo>
                                  <a:pt x="16002" y="107061"/>
                                  <a:pt x="17526" y="97028"/>
                                  <a:pt x="17526" y="83058"/>
                                </a:cubicBezTo>
                                <a:cubicBezTo>
                                  <a:pt x="17526" y="69977"/>
                                  <a:pt x="15748" y="60452"/>
                                  <a:pt x="12573" y="54229"/>
                                </a:cubicBezTo>
                                <a:cubicBezTo>
                                  <a:pt x="9398" y="48260"/>
                                  <a:pt x="5334" y="45212"/>
                                  <a:pt x="508" y="45212"/>
                                </a:cubicBezTo>
                                <a:lnTo>
                                  <a:pt x="0" y="45579"/>
                                </a:lnTo>
                                <a:lnTo>
                                  <a:pt x="0" y="4987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847086" y="57404"/>
                            <a:ext cx="61023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" h="167894">
                                <a:moveTo>
                                  <a:pt x="59563" y="0"/>
                                </a:moveTo>
                                <a:lnTo>
                                  <a:pt x="61023" y="187"/>
                                </a:lnTo>
                                <a:lnTo>
                                  <a:pt x="61023" y="36471"/>
                                </a:lnTo>
                                <a:lnTo>
                                  <a:pt x="52499" y="39370"/>
                                </a:lnTo>
                                <a:cubicBezTo>
                                  <a:pt x="49943" y="41307"/>
                                  <a:pt x="47689" y="44196"/>
                                  <a:pt x="45720" y="48006"/>
                                </a:cubicBezTo>
                                <a:cubicBezTo>
                                  <a:pt x="43307" y="52959"/>
                                  <a:pt x="41783" y="60198"/>
                                  <a:pt x="41148" y="69723"/>
                                </a:cubicBezTo>
                                <a:lnTo>
                                  <a:pt x="61023" y="69723"/>
                                </a:lnTo>
                                <a:lnTo>
                                  <a:pt x="61023" y="99187"/>
                                </a:lnTo>
                                <a:lnTo>
                                  <a:pt x="41021" y="99187"/>
                                </a:lnTo>
                                <a:cubicBezTo>
                                  <a:pt x="41656" y="109093"/>
                                  <a:pt x="43561" y="116332"/>
                                  <a:pt x="46228" y="121285"/>
                                </a:cubicBezTo>
                                <a:cubicBezTo>
                                  <a:pt x="48133" y="124777"/>
                                  <a:pt x="50387" y="127381"/>
                                  <a:pt x="52959" y="129111"/>
                                </a:cubicBezTo>
                                <a:lnTo>
                                  <a:pt x="61023" y="131528"/>
                                </a:lnTo>
                                <a:lnTo>
                                  <a:pt x="61023" y="167855"/>
                                </a:lnTo>
                                <a:lnTo>
                                  <a:pt x="60706" y="167894"/>
                                </a:lnTo>
                                <a:cubicBezTo>
                                  <a:pt x="46736" y="167894"/>
                                  <a:pt x="35687" y="164846"/>
                                  <a:pt x="27686" y="158750"/>
                                </a:cubicBezTo>
                                <a:cubicBezTo>
                                  <a:pt x="19685" y="152781"/>
                                  <a:pt x="13081" y="143383"/>
                                  <a:pt x="7874" y="130175"/>
                                </a:cubicBezTo>
                                <a:cubicBezTo>
                                  <a:pt x="2667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34" y="38989"/>
                                  <a:pt x="15748" y="23241"/>
                                </a:cubicBezTo>
                                <a:cubicBezTo>
                                  <a:pt x="26162" y="7620"/>
                                  <a:pt x="40894" y="0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908109" y="174372"/>
                            <a:ext cx="58738" cy="5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8" h="50887">
                                <a:moveTo>
                                  <a:pt x="18860" y="0"/>
                                </a:moveTo>
                                <a:cubicBezTo>
                                  <a:pt x="32195" y="2032"/>
                                  <a:pt x="45530" y="3810"/>
                                  <a:pt x="58738" y="5587"/>
                                </a:cubicBezTo>
                                <a:cubicBezTo>
                                  <a:pt x="52768" y="21971"/>
                                  <a:pt x="45276" y="33274"/>
                                  <a:pt x="36767" y="40259"/>
                                </a:cubicBezTo>
                                <a:cubicBezTo>
                                  <a:pt x="32449" y="43878"/>
                                  <a:pt x="27210" y="46545"/>
                                  <a:pt x="21034" y="48307"/>
                                </a:cubicBezTo>
                                <a:lnTo>
                                  <a:pt x="0" y="50887"/>
                                </a:lnTo>
                                <a:lnTo>
                                  <a:pt x="0" y="14560"/>
                                </a:lnTo>
                                <a:lnTo>
                                  <a:pt x="572" y="14732"/>
                                </a:lnTo>
                                <a:cubicBezTo>
                                  <a:pt x="4509" y="14732"/>
                                  <a:pt x="8318" y="13208"/>
                                  <a:pt x="11874" y="10160"/>
                                </a:cubicBezTo>
                                <a:cubicBezTo>
                                  <a:pt x="14034" y="8255"/>
                                  <a:pt x="16447" y="4952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908109" y="57591"/>
                            <a:ext cx="61024" cy="9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4" h="99000">
                                <a:moveTo>
                                  <a:pt x="0" y="0"/>
                                </a:moveTo>
                                <a:lnTo>
                                  <a:pt x="18764" y="2401"/>
                                </a:lnTo>
                                <a:cubicBezTo>
                                  <a:pt x="24733" y="4131"/>
                                  <a:pt x="29909" y="6735"/>
                                  <a:pt x="34227" y="10227"/>
                                </a:cubicBezTo>
                                <a:cubicBezTo>
                                  <a:pt x="42863" y="17339"/>
                                  <a:pt x="49721" y="27245"/>
                                  <a:pt x="54166" y="40453"/>
                                </a:cubicBezTo>
                                <a:cubicBezTo>
                                  <a:pt x="58611" y="53661"/>
                                  <a:pt x="61024" y="70933"/>
                                  <a:pt x="61024" y="92015"/>
                                </a:cubicBezTo>
                                <a:cubicBezTo>
                                  <a:pt x="61024" y="94301"/>
                                  <a:pt x="61024" y="96714"/>
                                  <a:pt x="61024" y="99000"/>
                                </a:cubicBezTo>
                                <a:lnTo>
                                  <a:pt x="0" y="99000"/>
                                </a:lnTo>
                                <a:lnTo>
                                  <a:pt x="0" y="69536"/>
                                </a:lnTo>
                                <a:lnTo>
                                  <a:pt x="19876" y="69536"/>
                                </a:lnTo>
                                <a:cubicBezTo>
                                  <a:pt x="19114" y="57598"/>
                                  <a:pt x="16955" y="49089"/>
                                  <a:pt x="13653" y="43882"/>
                                </a:cubicBezTo>
                                <a:cubicBezTo>
                                  <a:pt x="10224" y="38802"/>
                                  <a:pt x="5652" y="36262"/>
                                  <a:pt x="64" y="36262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989072" y="60960"/>
                            <a:ext cx="1447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60655">
                                <a:moveTo>
                                  <a:pt x="0" y="0"/>
                                </a:moveTo>
                                <a:cubicBezTo>
                                  <a:pt x="16002" y="0"/>
                                  <a:pt x="32131" y="0"/>
                                  <a:pt x="48133" y="0"/>
                                </a:cubicBezTo>
                                <a:cubicBezTo>
                                  <a:pt x="56515" y="30988"/>
                                  <a:pt x="65151" y="61595"/>
                                  <a:pt x="73533" y="92456"/>
                                </a:cubicBezTo>
                                <a:cubicBezTo>
                                  <a:pt x="81026" y="61595"/>
                                  <a:pt x="88900" y="30862"/>
                                  <a:pt x="96520" y="0"/>
                                </a:cubicBezTo>
                                <a:cubicBezTo>
                                  <a:pt x="112649" y="0"/>
                                  <a:pt x="128651" y="0"/>
                                  <a:pt x="144780" y="0"/>
                                </a:cubicBezTo>
                                <a:cubicBezTo>
                                  <a:pt x="144780" y="53594"/>
                                  <a:pt x="144780" y="107188"/>
                                  <a:pt x="144780" y="160655"/>
                                </a:cubicBezTo>
                                <a:cubicBezTo>
                                  <a:pt x="133350" y="160655"/>
                                  <a:pt x="121920" y="160655"/>
                                  <a:pt x="110617" y="160655"/>
                                </a:cubicBezTo>
                                <a:cubicBezTo>
                                  <a:pt x="110617" y="127127"/>
                                  <a:pt x="110617" y="93473"/>
                                  <a:pt x="110617" y="59944"/>
                                </a:cubicBezTo>
                                <a:cubicBezTo>
                                  <a:pt x="102362" y="93473"/>
                                  <a:pt x="93853" y="127127"/>
                                  <a:pt x="85598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451" y="127000"/>
                                  <a:pt x="43053" y="93473"/>
                                  <a:pt x="34163" y="59944"/>
                                </a:cubicBezTo>
                                <a:cubicBezTo>
                                  <a:pt x="34163" y="93473"/>
                                  <a:pt x="34163" y="127127"/>
                                  <a:pt x="34163" y="160655"/>
                                </a:cubicBezTo>
                                <a:cubicBezTo>
                                  <a:pt x="22860" y="160655"/>
                                  <a:pt x="11430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154807" y="123059"/>
                            <a:ext cx="58674" cy="10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02239">
                                <a:moveTo>
                                  <a:pt x="58674" y="0"/>
                                </a:moveTo>
                                <a:lnTo>
                                  <a:pt x="58674" y="30841"/>
                                </a:lnTo>
                                <a:lnTo>
                                  <a:pt x="43815" y="40263"/>
                                </a:lnTo>
                                <a:cubicBezTo>
                                  <a:pt x="41529" y="43438"/>
                                  <a:pt x="40513" y="47375"/>
                                  <a:pt x="40513" y="51566"/>
                                </a:cubicBezTo>
                                <a:cubicBezTo>
                                  <a:pt x="40513" y="56392"/>
                                  <a:pt x="41529" y="60202"/>
                                  <a:pt x="43815" y="63377"/>
                                </a:cubicBezTo>
                                <a:cubicBezTo>
                                  <a:pt x="46101" y="66552"/>
                                  <a:pt x="49403" y="68076"/>
                                  <a:pt x="53594" y="68076"/>
                                </a:cubicBezTo>
                                <a:lnTo>
                                  <a:pt x="58674" y="66024"/>
                                </a:lnTo>
                                <a:lnTo>
                                  <a:pt x="58674" y="96773"/>
                                </a:lnTo>
                                <a:lnTo>
                                  <a:pt x="38354" y="102239"/>
                                </a:lnTo>
                                <a:cubicBezTo>
                                  <a:pt x="25908" y="102239"/>
                                  <a:pt x="16129" y="97794"/>
                                  <a:pt x="9779" y="88904"/>
                                </a:cubicBezTo>
                                <a:cubicBezTo>
                                  <a:pt x="3302" y="79888"/>
                                  <a:pt x="0" y="69092"/>
                                  <a:pt x="0" y="56012"/>
                                </a:cubicBezTo>
                                <a:cubicBezTo>
                                  <a:pt x="0" y="43819"/>
                                  <a:pt x="2413" y="33913"/>
                                  <a:pt x="6985" y="25913"/>
                                </a:cubicBezTo>
                                <a:cubicBezTo>
                                  <a:pt x="11684" y="18038"/>
                                  <a:pt x="20447" y="12324"/>
                                  <a:pt x="33020" y="8513"/>
                                </a:cubicBezTo>
                                <a:cubicBezTo>
                                  <a:pt x="40640" y="6100"/>
                                  <a:pt x="46894" y="4132"/>
                                  <a:pt x="51800" y="2513"/>
                                </a:cubicBez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157982" y="57404"/>
                            <a:ext cx="55499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55626">
                                <a:moveTo>
                                  <a:pt x="54483" y="0"/>
                                </a:moveTo>
                                <a:lnTo>
                                  <a:pt x="55499" y="106"/>
                                </a:lnTo>
                                <a:lnTo>
                                  <a:pt x="55499" y="37985"/>
                                </a:lnTo>
                                <a:lnTo>
                                  <a:pt x="44958" y="41529"/>
                                </a:lnTo>
                                <a:cubicBezTo>
                                  <a:pt x="42291" y="44069"/>
                                  <a:pt x="40132" y="48641"/>
                                  <a:pt x="38608" y="55626"/>
                                </a:cubicBezTo>
                                <a:cubicBezTo>
                                  <a:pt x="25781" y="53594"/>
                                  <a:pt x="12827" y="51562"/>
                                  <a:pt x="0" y="49403"/>
                                </a:cubicBezTo>
                                <a:cubicBezTo>
                                  <a:pt x="1397" y="39243"/>
                                  <a:pt x="3683" y="30988"/>
                                  <a:pt x="6350" y="25146"/>
                                </a:cubicBezTo>
                                <a:cubicBezTo>
                                  <a:pt x="8890" y="19177"/>
                                  <a:pt x="13081" y="14351"/>
                                  <a:pt x="18161" y="9779"/>
                                </a:cubicBezTo>
                                <a:cubicBezTo>
                                  <a:pt x="21844" y="6604"/>
                                  <a:pt x="26924" y="4191"/>
                                  <a:pt x="33528" y="2540"/>
                                </a:cubicBezTo>
                                <a:cubicBezTo>
                                  <a:pt x="39878" y="889"/>
                                  <a:pt x="46863" y="0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3213481" y="57510"/>
                            <a:ext cx="62738" cy="1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164105">
                                <a:moveTo>
                                  <a:pt x="0" y="0"/>
                                </a:moveTo>
                                <a:lnTo>
                                  <a:pt x="28194" y="2942"/>
                                </a:lnTo>
                                <a:cubicBezTo>
                                  <a:pt x="35560" y="5101"/>
                                  <a:pt x="41783" y="9292"/>
                                  <a:pt x="46609" y="15896"/>
                                </a:cubicBezTo>
                                <a:cubicBezTo>
                                  <a:pt x="49911" y="20468"/>
                                  <a:pt x="52832" y="26818"/>
                                  <a:pt x="54737" y="35200"/>
                                </a:cubicBezTo>
                                <a:cubicBezTo>
                                  <a:pt x="56642" y="43455"/>
                                  <a:pt x="57658" y="51456"/>
                                  <a:pt x="57658" y="59076"/>
                                </a:cubicBezTo>
                                <a:cubicBezTo>
                                  <a:pt x="57658" y="82571"/>
                                  <a:pt x="57658" y="106320"/>
                                  <a:pt x="57658" y="129942"/>
                                </a:cubicBezTo>
                                <a:cubicBezTo>
                                  <a:pt x="57658" y="137435"/>
                                  <a:pt x="58039" y="143404"/>
                                  <a:pt x="58674" y="147595"/>
                                </a:cubicBezTo>
                                <a:cubicBezTo>
                                  <a:pt x="59309" y="152040"/>
                                  <a:pt x="60706" y="157374"/>
                                  <a:pt x="62738" y="164105"/>
                                </a:cubicBezTo>
                                <a:cubicBezTo>
                                  <a:pt x="50165" y="164105"/>
                                  <a:pt x="37465" y="164105"/>
                                  <a:pt x="24765" y="164105"/>
                                </a:cubicBezTo>
                                <a:cubicBezTo>
                                  <a:pt x="23368" y="160041"/>
                                  <a:pt x="22352" y="156866"/>
                                  <a:pt x="21844" y="154580"/>
                                </a:cubicBezTo>
                                <a:cubicBezTo>
                                  <a:pt x="21336" y="152548"/>
                                  <a:pt x="20955" y="149119"/>
                                  <a:pt x="20447" y="144420"/>
                                </a:cubicBezTo>
                                <a:cubicBezTo>
                                  <a:pt x="15240" y="152167"/>
                                  <a:pt x="9906" y="157755"/>
                                  <a:pt x="4699" y="161057"/>
                                </a:cubicBezTo>
                                <a:lnTo>
                                  <a:pt x="0" y="162321"/>
                                </a:lnTo>
                                <a:lnTo>
                                  <a:pt x="0" y="131572"/>
                                </a:lnTo>
                                <a:lnTo>
                                  <a:pt x="7493" y="128545"/>
                                </a:lnTo>
                                <a:cubicBezTo>
                                  <a:pt x="11303" y="125243"/>
                                  <a:pt x="14097" y="121179"/>
                                  <a:pt x="15748" y="116353"/>
                                </a:cubicBezTo>
                                <a:cubicBezTo>
                                  <a:pt x="17272" y="111654"/>
                                  <a:pt x="18161" y="105431"/>
                                  <a:pt x="18161" y="97684"/>
                                </a:cubicBezTo>
                                <a:cubicBezTo>
                                  <a:pt x="18161" y="94382"/>
                                  <a:pt x="18161" y="91207"/>
                                  <a:pt x="18161" y="87905"/>
                                </a:cubicBezTo>
                                <a:cubicBezTo>
                                  <a:pt x="12700" y="90953"/>
                                  <a:pt x="6858" y="93620"/>
                                  <a:pt x="762" y="95906"/>
                                </a:cubicBezTo>
                                <a:lnTo>
                                  <a:pt x="0" y="96389"/>
                                </a:lnTo>
                                <a:lnTo>
                                  <a:pt x="0" y="65549"/>
                                </a:lnTo>
                                <a:lnTo>
                                  <a:pt x="3810" y="64156"/>
                                </a:lnTo>
                                <a:cubicBezTo>
                                  <a:pt x="8382" y="62251"/>
                                  <a:pt x="13081" y="59965"/>
                                  <a:pt x="18161" y="56917"/>
                                </a:cubicBezTo>
                                <a:cubicBezTo>
                                  <a:pt x="18161" y="49297"/>
                                  <a:pt x="17145" y="44090"/>
                                  <a:pt x="15113" y="41042"/>
                                </a:cubicBezTo>
                                <a:cubicBezTo>
                                  <a:pt x="12954" y="37994"/>
                                  <a:pt x="9398" y="36470"/>
                                  <a:pt x="4191" y="36470"/>
                                </a:cubicBezTo>
                                <a:lnTo>
                                  <a:pt x="0" y="37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52419" y="60960"/>
                            <a:ext cx="64706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" h="206502">
                                <a:moveTo>
                                  <a:pt x="21336" y="0"/>
                                </a:moveTo>
                                <a:lnTo>
                                  <a:pt x="64706" y="0"/>
                                </a:lnTo>
                                <a:lnTo>
                                  <a:pt x="64706" y="44958"/>
                                </a:lnTo>
                                <a:lnTo>
                                  <a:pt x="59817" y="44958"/>
                                </a:lnTo>
                                <a:cubicBezTo>
                                  <a:pt x="59817" y="45720"/>
                                  <a:pt x="59817" y="46355"/>
                                  <a:pt x="59817" y="46990"/>
                                </a:cubicBezTo>
                                <a:cubicBezTo>
                                  <a:pt x="59817" y="69215"/>
                                  <a:pt x="56515" y="92202"/>
                                  <a:pt x="50292" y="115698"/>
                                </a:cubicBezTo>
                                <a:lnTo>
                                  <a:pt x="64706" y="115698"/>
                                </a:lnTo>
                                <a:lnTo>
                                  <a:pt x="64706" y="160655"/>
                                </a:lnTo>
                                <a:lnTo>
                                  <a:pt x="28067" y="160655"/>
                                </a:lnTo>
                                <a:cubicBezTo>
                                  <a:pt x="28067" y="175895"/>
                                  <a:pt x="28067" y="191262"/>
                                  <a:pt x="28067" y="206502"/>
                                </a:cubicBezTo>
                                <a:cubicBezTo>
                                  <a:pt x="18669" y="206502"/>
                                  <a:pt x="9398" y="206502"/>
                                  <a:pt x="0" y="206502"/>
                                </a:cubicBezTo>
                                <a:cubicBezTo>
                                  <a:pt x="0" y="176149"/>
                                  <a:pt x="0" y="146050"/>
                                  <a:pt x="0" y="115698"/>
                                </a:cubicBezTo>
                                <a:cubicBezTo>
                                  <a:pt x="3429" y="115698"/>
                                  <a:pt x="6858" y="115698"/>
                                  <a:pt x="10160" y="115698"/>
                                </a:cubicBezTo>
                                <a:cubicBezTo>
                                  <a:pt x="17526" y="95631"/>
                                  <a:pt x="21336" y="69215"/>
                                  <a:pt x="21336" y="36576"/>
                                </a:cubicBezTo>
                                <a:cubicBezTo>
                                  <a:pt x="21336" y="24385"/>
                                  <a:pt x="21336" y="1219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3417125" y="60960"/>
                            <a:ext cx="66104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4" h="206502">
                                <a:moveTo>
                                  <a:pt x="0" y="0"/>
                                </a:moveTo>
                                <a:lnTo>
                                  <a:pt x="54928" y="0"/>
                                </a:lnTo>
                                <a:cubicBezTo>
                                  <a:pt x="54928" y="38608"/>
                                  <a:pt x="54928" y="77216"/>
                                  <a:pt x="54928" y="115698"/>
                                </a:cubicBezTo>
                                <a:cubicBezTo>
                                  <a:pt x="58611" y="115698"/>
                                  <a:pt x="62294" y="115698"/>
                                  <a:pt x="66104" y="115698"/>
                                </a:cubicBezTo>
                                <a:cubicBezTo>
                                  <a:pt x="66104" y="146050"/>
                                  <a:pt x="66104" y="176149"/>
                                  <a:pt x="66104" y="206502"/>
                                </a:cubicBezTo>
                                <a:cubicBezTo>
                                  <a:pt x="56706" y="206502"/>
                                  <a:pt x="47435" y="206502"/>
                                  <a:pt x="38037" y="206502"/>
                                </a:cubicBezTo>
                                <a:cubicBezTo>
                                  <a:pt x="38037" y="191262"/>
                                  <a:pt x="38037" y="175895"/>
                                  <a:pt x="38037" y="160655"/>
                                </a:cubicBezTo>
                                <a:lnTo>
                                  <a:pt x="0" y="160655"/>
                                </a:lnTo>
                                <a:lnTo>
                                  <a:pt x="0" y="115698"/>
                                </a:lnTo>
                                <a:lnTo>
                                  <a:pt x="14415" y="115698"/>
                                </a:lnTo>
                                <a:cubicBezTo>
                                  <a:pt x="14415" y="92202"/>
                                  <a:pt x="14415" y="68580"/>
                                  <a:pt x="14415" y="44958"/>
                                </a:cubicBezTo>
                                <a:lnTo>
                                  <a:pt x="0" y="44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3492881" y="57404"/>
                            <a:ext cx="60516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6" h="167894">
                                <a:moveTo>
                                  <a:pt x="60325" y="0"/>
                                </a:moveTo>
                                <a:lnTo>
                                  <a:pt x="60516" y="48"/>
                                </a:lnTo>
                                <a:lnTo>
                                  <a:pt x="60516" y="42555"/>
                                </a:lnTo>
                                <a:lnTo>
                                  <a:pt x="52832" y="44926"/>
                                </a:lnTo>
                                <a:cubicBezTo>
                                  <a:pt x="50387" y="46609"/>
                                  <a:pt x="48196" y="49149"/>
                                  <a:pt x="46228" y="52578"/>
                                </a:cubicBezTo>
                                <a:cubicBezTo>
                                  <a:pt x="42418" y="59563"/>
                                  <a:pt x="40513" y="70231"/>
                                  <a:pt x="40513" y="84201"/>
                                </a:cubicBezTo>
                                <a:cubicBezTo>
                                  <a:pt x="40513" y="98679"/>
                                  <a:pt x="42418" y="109093"/>
                                  <a:pt x="46228" y="116078"/>
                                </a:cubicBezTo>
                                <a:cubicBezTo>
                                  <a:pt x="48133" y="119443"/>
                                  <a:pt x="50260" y="121983"/>
                                  <a:pt x="52641" y="123682"/>
                                </a:cubicBezTo>
                                <a:lnTo>
                                  <a:pt x="60516" y="126218"/>
                                </a:lnTo>
                                <a:lnTo>
                                  <a:pt x="60516" y="167850"/>
                                </a:lnTo>
                                <a:lnTo>
                                  <a:pt x="60325" y="167894"/>
                                </a:lnTo>
                                <a:cubicBezTo>
                                  <a:pt x="43307" y="167894"/>
                                  <a:pt x="29591" y="161417"/>
                                  <a:pt x="19304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3553397" y="57452"/>
                            <a:ext cx="60642" cy="16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2" h="167802">
                                <a:moveTo>
                                  <a:pt x="0" y="0"/>
                                </a:moveTo>
                                <a:lnTo>
                                  <a:pt x="27638" y="6937"/>
                                </a:lnTo>
                                <a:cubicBezTo>
                                  <a:pt x="35623" y="11604"/>
                                  <a:pt x="42291" y="18621"/>
                                  <a:pt x="47561" y="28019"/>
                                </a:cubicBezTo>
                                <a:cubicBezTo>
                                  <a:pt x="56070" y="43005"/>
                                  <a:pt x="60642" y="61547"/>
                                  <a:pt x="60642" y="83391"/>
                                </a:cubicBezTo>
                                <a:cubicBezTo>
                                  <a:pt x="60642" y="108156"/>
                                  <a:pt x="55054" y="128222"/>
                                  <a:pt x="44513" y="144097"/>
                                </a:cubicBezTo>
                                <a:cubicBezTo>
                                  <a:pt x="39179" y="152098"/>
                                  <a:pt x="32734" y="158035"/>
                                  <a:pt x="25257" y="161972"/>
                                </a:cubicBezTo>
                                <a:lnTo>
                                  <a:pt x="0" y="167802"/>
                                </a:lnTo>
                                <a:lnTo>
                                  <a:pt x="0" y="126170"/>
                                </a:lnTo>
                                <a:lnTo>
                                  <a:pt x="63" y="126190"/>
                                </a:lnTo>
                                <a:cubicBezTo>
                                  <a:pt x="5905" y="126190"/>
                                  <a:pt x="10731" y="122888"/>
                                  <a:pt x="14541" y="116030"/>
                                </a:cubicBezTo>
                                <a:cubicBezTo>
                                  <a:pt x="18097" y="109299"/>
                                  <a:pt x="20002" y="98631"/>
                                  <a:pt x="20002" y="83645"/>
                                </a:cubicBezTo>
                                <a:cubicBezTo>
                                  <a:pt x="20002" y="69675"/>
                                  <a:pt x="18097" y="59261"/>
                                  <a:pt x="14414" y="52403"/>
                                </a:cubicBezTo>
                                <a:cubicBezTo>
                                  <a:pt x="10604" y="45672"/>
                                  <a:pt x="5905" y="42370"/>
                                  <a:pt x="444" y="42370"/>
                                </a:cubicBezTo>
                                <a:lnTo>
                                  <a:pt x="0" y="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628644" y="57404"/>
                            <a:ext cx="121920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67894">
                                <a:moveTo>
                                  <a:pt x="61468" y="0"/>
                                </a:moveTo>
                                <a:cubicBezTo>
                                  <a:pt x="78613" y="0"/>
                                  <a:pt x="91948" y="4572"/>
                                  <a:pt x="100838" y="13970"/>
                                </a:cubicBezTo>
                                <a:cubicBezTo>
                                  <a:pt x="109728" y="23495"/>
                                  <a:pt x="116205" y="37211"/>
                                  <a:pt x="119761" y="55245"/>
                                </a:cubicBezTo>
                                <a:cubicBezTo>
                                  <a:pt x="107188" y="57785"/>
                                  <a:pt x="94488" y="60325"/>
                                  <a:pt x="81788" y="62865"/>
                                </a:cubicBezTo>
                                <a:cubicBezTo>
                                  <a:pt x="80645" y="56134"/>
                                  <a:pt x="78359" y="50800"/>
                                  <a:pt x="75311" y="47371"/>
                                </a:cubicBezTo>
                                <a:cubicBezTo>
                                  <a:pt x="72136" y="43815"/>
                                  <a:pt x="67818" y="42164"/>
                                  <a:pt x="62611" y="42164"/>
                                </a:cubicBezTo>
                                <a:cubicBezTo>
                                  <a:pt x="56007" y="42164"/>
                                  <a:pt x="50419" y="45720"/>
                                  <a:pt x="46482" y="53086"/>
                                </a:cubicBezTo>
                                <a:cubicBezTo>
                                  <a:pt x="42291" y="60452"/>
                                  <a:pt x="40259" y="71501"/>
                                  <a:pt x="40259" y="86360"/>
                                </a:cubicBezTo>
                                <a:cubicBezTo>
                                  <a:pt x="40259" y="99441"/>
                                  <a:pt x="42291" y="109474"/>
                                  <a:pt x="46355" y="116332"/>
                                </a:cubicBezTo>
                                <a:cubicBezTo>
                                  <a:pt x="50419" y="123190"/>
                                  <a:pt x="55626" y="126492"/>
                                  <a:pt x="61976" y="126492"/>
                                </a:cubicBezTo>
                                <a:cubicBezTo>
                                  <a:pt x="67310" y="126492"/>
                                  <a:pt x="71755" y="124460"/>
                                  <a:pt x="75438" y="120396"/>
                                </a:cubicBezTo>
                                <a:cubicBezTo>
                                  <a:pt x="78867" y="116332"/>
                                  <a:pt x="81788" y="109982"/>
                                  <a:pt x="83439" y="101346"/>
                                </a:cubicBezTo>
                                <a:cubicBezTo>
                                  <a:pt x="96266" y="103632"/>
                                  <a:pt x="109093" y="105664"/>
                                  <a:pt x="121920" y="107950"/>
                                </a:cubicBezTo>
                                <a:cubicBezTo>
                                  <a:pt x="119761" y="120269"/>
                                  <a:pt x="116205" y="130683"/>
                                  <a:pt x="111506" y="139573"/>
                                </a:cubicBezTo>
                                <a:cubicBezTo>
                                  <a:pt x="106680" y="148463"/>
                                  <a:pt x="100457" y="155321"/>
                                  <a:pt x="92964" y="160528"/>
                                </a:cubicBezTo>
                                <a:cubicBezTo>
                                  <a:pt x="85471" y="165481"/>
                                  <a:pt x="75946" y="167894"/>
                                  <a:pt x="64262" y="167894"/>
                                </a:cubicBezTo>
                                <a:cubicBezTo>
                                  <a:pt x="53086" y="167894"/>
                                  <a:pt x="43815" y="166370"/>
                                  <a:pt x="36322" y="163068"/>
                                </a:cubicBezTo>
                                <a:cubicBezTo>
                                  <a:pt x="28956" y="159893"/>
                                  <a:pt x="22479" y="154940"/>
                                  <a:pt x="17145" y="147701"/>
                                </a:cubicBezTo>
                                <a:cubicBezTo>
                                  <a:pt x="11811" y="140589"/>
                                  <a:pt x="7620" y="132334"/>
                                  <a:pt x="4572" y="122809"/>
                                </a:cubicBezTo>
                                <a:cubicBezTo>
                                  <a:pt x="1524" y="113284"/>
                                  <a:pt x="0" y="100584"/>
                                  <a:pt x="0" y="84582"/>
                                </a:cubicBezTo>
                                <a:cubicBezTo>
                                  <a:pt x="0" y="68199"/>
                                  <a:pt x="1905" y="54483"/>
                                  <a:pt x="5588" y="43434"/>
                                </a:cubicBezTo>
                                <a:cubicBezTo>
                                  <a:pt x="8128" y="35306"/>
                                  <a:pt x="12065" y="28194"/>
                                  <a:pt x="16637" y="21590"/>
                                </a:cubicBezTo>
                                <a:cubicBezTo>
                                  <a:pt x="21336" y="15240"/>
                                  <a:pt x="26289" y="10668"/>
                                  <a:pt x="31115" y="7493"/>
                                </a:cubicBezTo>
                                <a:cubicBezTo>
                                  <a:pt x="38989" y="2286"/>
                                  <a:pt x="49149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3758819" y="60960"/>
                            <a:ext cx="99187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160655">
                                <a:moveTo>
                                  <a:pt x="0" y="0"/>
                                </a:moveTo>
                                <a:cubicBezTo>
                                  <a:pt x="33147" y="0"/>
                                  <a:pt x="66167" y="0"/>
                                  <a:pt x="99187" y="0"/>
                                </a:cubicBezTo>
                                <a:cubicBezTo>
                                  <a:pt x="99187" y="14987"/>
                                  <a:pt x="99187" y="30099"/>
                                  <a:pt x="99187" y="44958"/>
                                </a:cubicBezTo>
                                <a:cubicBezTo>
                                  <a:pt x="89281" y="44958"/>
                                  <a:pt x="79629" y="44958"/>
                                  <a:pt x="69850" y="44958"/>
                                </a:cubicBezTo>
                                <a:cubicBezTo>
                                  <a:pt x="69850" y="83566"/>
                                  <a:pt x="69850" y="122048"/>
                                  <a:pt x="69850" y="160655"/>
                                </a:cubicBezTo>
                                <a:cubicBezTo>
                                  <a:pt x="56261" y="160655"/>
                                  <a:pt x="42926" y="160655"/>
                                  <a:pt x="29337" y="160655"/>
                                </a:cubicBezTo>
                                <a:cubicBezTo>
                                  <a:pt x="29337" y="122048"/>
                                  <a:pt x="29337" y="83566"/>
                                  <a:pt x="29337" y="44958"/>
                                </a:cubicBezTo>
                                <a:cubicBezTo>
                                  <a:pt x="19558" y="44958"/>
                                  <a:pt x="9906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60800" y="60960"/>
                            <a:ext cx="124333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225806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8321" y="0"/>
                                  <a:pt x="42545" y="0"/>
                                </a:cubicBezTo>
                                <a:cubicBezTo>
                                  <a:pt x="49657" y="35687"/>
                                  <a:pt x="57150" y="71248"/>
                                  <a:pt x="64262" y="106935"/>
                                </a:cubicBezTo>
                                <a:cubicBezTo>
                                  <a:pt x="70866" y="71248"/>
                                  <a:pt x="77851" y="35687"/>
                                  <a:pt x="84455" y="0"/>
                                </a:cubicBezTo>
                                <a:cubicBezTo>
                                  <a:pt x="97790" y="0"/>
                                  <a:pt x="110998" y="0"/>
                                  <a:pt x="124333" y="0"/>
                                </a:cubicBezTo>
                                <a:cubicBezTo>
                                  <a:pt x="110617" y="57277"/>
                                  <a:pt x="96139" y="114427"/>
                                  <a:pt x="82550" y="171704"/>
                                </a:cubicBezTo>
                                <a:cubicBezTo>
                                  <a:pt x="77724" y="191262"/>
                                  <a:pt x="72771" y="204470"/>
                                  <a:pt x="67818" y="211328"/>
                                </a:cubicBezTo>
                                <a:cubicBezTo>
                                  <a:pt x="60960" y="220980"/>
                                  <a:pt x="50165" y="225806"/>
                                  <a:pt x="35814" y="225806"/>
                                </a:cubicBezTo>
                                <a:cubicBezTo>
                                  <a:pt x="29845" y="225806"/>
                                  <a:pt x="21082" y="224663"/>
                                  <a:pt x="8763" y="222250"/>
                                </a:cubicBezTo>
                                <a:cubicBezTo>
                                  <a:pt x="7747" y="207899"/>
                                  <a:pt x="6731" y="193549"/>
                                  <a:pt x="5715" y="179198"/>
                                </a:cubicBezTo>
                                <a:cubicBezTo>
                                  <a:pt x="11430" y="182118"/>
                                  <a:pt x="17907" y="183515"/>
                                  <a:pt x="25019" y="183515"/>
                                </a:cubicBezTo>
                                <a:cubicBezTo>
                                  <a:pt x="29845" y="183515"/>
                                  <a:pt x="33782" y="181864"/>
                                  <a:pt x="36703" y="178436"/>
                                </a:cubicBezTo>
                                <a:cubicBezTo>
                                  <a:pt x="39497" y="175134"/>
                                  <a:pt x="42037" y="169291"/>
                                  <a:pt x="44196" y="160655"/>
                                </a:cubicBezTo>
                                <a:cubicBezTo>
                                  <a:pt x="29718" y="107062"/>
                                  <a:pt x="14478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996182" y="60960"/>
                            <a:ext cx="11163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60655">
                                <a:moveTo>
                                  <a:pt x="0" y="0"/>
                                </a:moveTo>
                                <a:cubicBezTo>
                                  <a:pt x="37211" y="0"/>
                                  <a:pt x="74422" y="0"/>
                                  <a:pt x="111633" y="0"/>
                                </a:cubicBezTo>
                                <a:cubicBezTo>
                                  <a:pt x="111633" y="53594"/>
                                  <a:pt x="111633" y="107188"/>
                                  <a:pt x="111633" y="160655"/>
                                </a:cubicBezTo>
                                <a:cubicBezTo>
                                  <a:pt x="98171" y="160655"/>
                                  <a:pt x="84709" y="160655"/>
                                  <a:pt x="71120" y="160655"/>
                                </a:cubicBezTo>
                                <a:cubicBezTo>
                                  <a:pt x="71120" y="122048"/>
                                  <a:pt x="71120" y="83566"/>
                                  <a:pt x="71120" y="44958"/>
                                </a:cubicBezTo>
                                <a:cubicBezTo>
                                  <a:pt x="60960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133596" y="60960"/>
                            <a:ext cx="117856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160655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7051" y="0"/>
                                  <a:pt x="40513" y="0"/>
                                </a:cubicBezTo>
                                <a:cubicBezTo>
                                  <a:pt x="40513" y="18415"/>
                                  <a:pt x="40513" y="36830"/>
                                  <a:pt x="40513" y="55118"/>
                                </a:cubicBezTo>
                                <a:cubicBezTo>
                                  <a:pt x="52705" y="55118"/>
                                  <a:pt x="65024" y="55118"/>
                                  <a:pt x="77216" y="55118"/>
                                </a:cubicBezTo>
                                <a:cubicBezTo>
                                  <a:pt x="77216" y="36830"/>
                                  <a:pt x="77216" y="18415"/>
                                  <a:pt x="77216" y="0"/>
                                </a:cubicBezTo>
                                <a:cubicBezTo>
                                  <a:pt x="90678" y="0"/>
                                  <a:pt x="104267" y="0"/>
                                  <a:pt x="117856" y="0"/>
                                </a:cubicBezTo>
                                <a:cubicBezTo>
                                  <a:pt x="117856" y="53594"/>
                                  <a:pt x="117856" y="107188"/>
                                  <a:pt x="117856" y="160655"/>
                                </a:cubicBezTo>
                                <a:cubicBezTo>
                                  <a:pt x="104267" y="160655"/>
                                  <a:pt x="90678" y="160655"/>
                                  <a:pt x="77216" y="160655"/>
                                </a:cubicBezTo>
                                <a:cubicBezTo>
                                  <a:pt x="77216" y="140462"/>
                                  <a:pt x="77216" y="120269"/>
                                  <a:pt x="77216" y="100076"/>
                                </a:cubicBezTo>
                                <a:cubicBezTo>
                                  <a:pt x="65024" y="100076"/>
                                  <a:pt x="52705" y="100076"/>
                                  <a:pt x="40513" y="100076"/>
                                </a:cubicBezTo>
                                <a:cubicBezTo>
                                  <a:pt x="40513" y="120269"/>
                                  <a:pt x="40513" y="140462"/>
                                  <a:pt x="40513" y="160655"/>
                                </a:cubicBezTo>
                                <a:cubicBezTo>
                                  <a:pt x="27051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272280" y="57404"/>
                            <a:ext cx="6045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167894">
                                <a:moveTo>
                                  <a:pt x="60198" y="0"/>
                                </a:moveTo>
                                <a:lnTo>
                                  <a:pt x="60452" y="64"/>
                                </a:lnTo>
                                <a:lnTo>
                                  <a:pt x="60452" y="42536"/>
                                </a:lnTo>
                                <a:lnTo>
                                  <a:pt x="52768" y="44926"/>
                                </a:lnTo>
                                <a:cubicBezTo>
                                  <a:pt x="50324" y="46609"/>
                                  <a:pt x="48133" y="49149"/>
                                  <a:pt x="46228" y="52578"/>
                                </a:cubicBezTo>
                                <a:cubicBezTo>
                                  <a:pt x="42418" y="59563"/>
                                  <a:pt x="40386" y="70231"/>
                                  <a:pt x="40386" y="84201"/>
                                </a:cubicBezTo>
                                <a:cubicBezTo>
                                  <a:pt x="40386" y="98679"/>
                                  <a:pt x="42418" y="109093"/>
                                  <a:pt x="46228" y="116078"/>
                                </a:cubicBezTo>
                                <a:cubicBezTo>
                                  <a:pt x="48070" y="119443"/>
                                  <a:pt x="50197" y="121983"/>
                                  <a:pt x="52594" y="123682"/>
                                </a:cubicBezTo>
                                <a:lnTo>
                                  <a:pt x="60452" y="126198"/>
                                </a:lnTo>
                                <a:lnTo>
                                  <a:pt x="60452" y="167835"/>
                                </a:lnTo>
                                <a:lnTo>
                                  <a:pt x="60198" y="167894"/>
                                </a:lnTo>
                                <a:cubicBezTo>
                                  <a:pt x="43307" y="167894"/>
                                  <a:pt x="29464" y="161417"/>
                                  <a:pt x="19177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332732" y="57468"/>
                            <a:ext cx="60579" cy="16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167771">
                                <a:moveTo>
                                  <a:pt x="0" y="0"/>
                                </a:moveTo>
                                <a:lnTo>
                                  <a:pt x="27638" y="6921"/>
                                </a:lnTo>
                                <a:cubicBezTo>
                                  <a:pt x="35623" y="11588"/>
                                  <a:pt x="42291" y="18605"/>
                                  <a:pt x="47625" y="28004"/>
                                </a:cubicBezTo>
                                <a:cubicBezTo>
                                  <a:pt x="56134" y="42989"/>
                                  <a:pt x="60579" y="61531"/>
                                  <a:pt x="60579" y="83375"/>
                                </a:cubicBezTo>
                                <a:cubicBezTo>
                                  <a:pt x="60579" y="108140"/>
                                  <a:pt x="55118" y="128206"/>
                                  <a:pt x="44577" y="144081"/>
                                </a:cubicBezTo>
                                <a:cubicBezTo>
                                  <a:pt x="39179" y="152082"/>
                                  <a:pt x="32734" y="158019"/>
                                  <a:pt x="25257" y="161956"/>
                                </a:cubicBezTo>
                                <a:lnTo>
                                  <a:pt x="0" y="167771"/>
                                </a:lnTo>
                                <a:lnTo>
                                  <a:pt x="0" y="126134"/>
                                </a:lnTo>
                                <a:lnTo>
                                  <a:pt x="127" y="126174"/>
                                </a:lnTo>
                                <a:cubicBezTo>
                                  <a:pt x="5969" y="126174"/>
                                  <a:pt x="10668" y="122872"/>
                                  <a:pt x="14478" y="116014"/>
                                </a:cubicBezTo>
                                <a:cubicBezTo>
                                  <a:pt x="18034" y="109283"/>
                                  <a:pt x="20066" y="98615"/>
                                  <a:pt x="20066" y="83629"/>
                                </a:cubicBezTo>
                                <a:cubicBezTo>
                                  <a:pt x="20066" y="69659"/>
                                  <a:pt x="18034" y="59245"/>
                                  <a:pt x="14351" y="52387"/>
                                </a:cubicBezTo>
                                <a:cubicBezTo>
                                  <a:pt x="10541" y="45656"/>
                                  <a:pt x="5969" y="42354"/>
                                  <a:pt x="381" y="42354"/>
                                </a:cubicBezTo>
                                <a:lnTo>
                                  <a:pt x="0" y="42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414266" y="60960"/>
                            <a:ext cx="14465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60655">
                                <a:moveTo>
                                  <a:pt x="0" y="0"/>
                                </a:moveTo>
                                <a:cubicBezTo>
                                  <a:pt x="16002" y="0"/>
                                  <a:pt x="32004" y="0"/>
                                  <a:pt x="48133" y="0"/>
                                </a:cubicBezTo>
                                <a:cubicBezTo>
                                  <a:pt x="56388" y="30988"/>
                                  <a:pt x="65024" y="61595"/>
                                  <a:pt x="73406" y="92456"/>
                                </a:cubicBezTo>
                                <a:cubicBezTo>
                                  <a:pt x="80899" y="61595"/>
                                  <a:pt x="88900" y="30862"/>
                                  <a:pt x="96520" y="0"/>
                                </a:cubicBezTo>
                                <a:cubicBezTo>
                                  <a:pt x="112522" y="0"/>
                                  <a:pt x="128524" y="0"/>
                                  <a:pt x="144653" y="0"/>
                                </a:cubicBezTo>
                                <a:cubicBezTo>
                                  <a:pt x="144653" y="53594"/>
                                  <a:pt x="144653" y="107188"/>
                                  <a:pt x="144653" y="160655"/>
                                </a:cubicBezTo>
                                <a:cubicBezTo>
                                  <a:pt x="133350" y="160655"/>
                                  <a:pt x="121920" y="160655"/>
                                  <a:pt x="110490" y="160655"/>
                                </a:cubicBezTo>
                                <a:cubicBezTo>
                                  <a:pt x="110490" y="127127"/>
                                  <a:pt x="110490" y="93473"/>
                                  <a:pt x="110490" y="59944"/>
                                </a:cubicBezTo>
                                <a:cubicBezTo>
                                  <a:pt x="102362" y="93473"/>
                                  <a:pt x="93726" y="127127"/>
                                  <a:pt x="85471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324" y="127000"/>
                                  <a:pt x="42926" y="93473"/>
                                  <a:pt x="34036" y="59944"/>
                                </a:cubicBezTo>
                                <a:cubicBezTo>
                                  <a:pt x="34036" y="93473"/>
                                  <a:pt x="34036" y="127127"/>
                                  <a:pt x="34036" y="160655"/>
                                </a:cubicBezTo>
                                <a:cubicBezTo>
                                  <a:pt x="22733" y="160655"/>
                                  <a:pt x="11303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654043" y="60960"/>
                            <a:ext cx="1447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60655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32131" y="0"/>
                                  <a:pt x="48133" y="0"/>
                                </a:cubicBezTo>
                                <a:cubicBezTo>
                                  <a:pt x="56515" y="30988"/>
                                  <a:pt x="65278" y="61595"/>
                                  <a:pt x="73533" y="92456"/>
                                </a:cubicBezTo>
                                <a:cubicBezTo>
                                  <a:pt x="81026" y="61595"/>
                                  <a:pt x="89027" y="30862"/>
                                  <a:pt x="96520" y="0"/>
                                </a:cubicBezTo>
                                <a:cubicBezTo>
                                  <a:pt x="112649" y="0"/>
                                  <a:pt x="128778" y="0"/>
                                  <a:pt x="144780" y="0"/>
                                </a:cubicBezTo>
                                <a:cubicBezTo>
                                  <a:pt x="144780" y="53594"/>
                                  <a:pt x="144780" y="107188"/>
                                  <a:pt x="144780" y="160655"/>
                                </a:cubicBezTo>
                                <a:cubicBezTo>
                                  <a:pt x="133350" y="160655"/>
                                  <a:pt x="122047" y="160655"/>
                                  <a:pt x="110617" y="160655"/>
                                </a:cubicBezTo>
                                <a:cubicBezTo>
                                  <a:pt x="110617" y="127127"/>
                                  <a:pt x="110617" y="93473"/>
                                  <a:pt x="110617" y="59944"/>
                                </a:cubicBezTo>
                                <a:cubicBezTo>
                                  <a:pt x="102489" y="93473"/>
                                  <a:pt x="93853" y="127127"/>
                                  <a:pt x="85598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341" y="160655"/>
                                </a:cubicBezTo>
                                <a:cubicBezTo>
                                  <a:pt x="52451" y="127000"/>
                                  <a:pt x="43053" y="93473"/>
                                  <a:pt x="34163" y="59944"/>
                                </a:cubicBezTo>
                                <a:cubicBezTo>
                                  <a:pt x="34163" y="93473"/>
                                  <a:pt x="34163" y="127127"/>
                                  <a:pt x="34163" y="160655"/>
                                </a:cubicBezTo>
                                <a:cubicBezTo>
                                  <a:pt x="22860" y="160655"/>
                                  <a:pt x="11430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819777" y="123065"/>
                            <a:ext cx="58674" cy="1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02233">
                                <a:moveTo>
                                  <a:pt x="58674" y="0"/>
                                </a:moveTo>
                                <a:lnTo>
                                  <a:pt x="58674" y="30910"/>
                                </a:lnTo>
                                <a:lnTo>
                                  <a:pt x="43815" y="40257"/>
                                </a:lnTo>
                                <a:cubicBezTo>
                                  <a:pt x="41656" y="43432"/>
                                  <a:pt x="40513" y="47369"/>
                                  <a:pt x="40513" y="51560"/>
                                </a:cubicBezTo>
                                <a:cubicBezTo>
                                  <a:pt x="40513" y="56386"/>
                                  <a:pt x="41656" y="60196"/>
                                  <a:pt x="43815" y="63371"/>
                                </a:cubicBezTo>
                                <a:cubicBezTo>
                                  <a:pt x="46101" y="66546"/>
                                  <a:pt x="49403" y="68070"/>
                                  <a:pt x="53721" y="68070"/>
                                </a:cubicBezTo>
                                <a:lnTo>
                                  <a:pt x="58674" y="66069"/>
                                </a:lnTo>
                                <a:lnTo>
                                  <a:pt x="58674" y="96773"/>
                                </a:lnTo>
                                <a:lnTo>
                                  <a:pt x="38481" y="102233"/>
                                </a:lnTo>
                                <a:cubicBezTo>
                                  <a:pt x="25908" y="102233"/>
                                  <a:pt x="16256" y="97788"/>
                                  <a:pt x="9779" y="88898"/>
                                </a:cubicBezTo>
                                <a:cubicBezTo>
                                  <a:pt x="3302" y="79881"/>
                                  <a:pt x="0" y="69086"/>
                                  <a:pt x="0" y="56005"/>
                                </a:cubicBezTo>
                                <a:cubicBezTo>
                                  <a:pt x="0" y="43813"/>
                                  <a:pt x="2413" y="33907"/>
                                  <a:pt x="7112" y="25906"/>
                                </a:cubicBezTo>
                                <a:cubicBezTo>
                                  <a:pt x="11684" y="18032"/>
                                  <a:pt x="20447" y="12317"/>
                                  <a:pt x="33020" y="8507"/>
                                </a:cubicBezTo>
                                <a:cubicBezTo>
                                  <a:pt x="40640" y="6094"/>
                                  <a:pt x="46927" y="4126"/>
                                  <a:pt x="51848" y="2506"/>
                                </a:cubicBez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4822952" y="57404"/>
                            <a:ext cx="55499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55626">
                                <a:moveTo>
                                  <a:pt x="54483" y="0"/>
                                </a:moveTo>
                                <a:lnTo>
                                  <a:pt x="55499" y="106"/>
                                </a:lnTo>
                                <a:lnTo>
                                  <a:pt x="55499" y="38016"/>
                                </a:lnTo>
                                <a:lnTo>
                                  <a:pt x="44958" y="41529"/>
                                </a:lnTo>
                                <a:cubicBezTo>
                                  <a:pt x="42291" y="44069"/>
                                  <a:pt x="40259" y="48641"/>
                                  <a:pt x="38735" y="55626"/>
                                </a:cubicBezTo>
                                <a:cubicBezTo>
                                  <a:pt x="25781" y="53594"/>
                                  <a:pt x="12827" y="51562"/>
                                  <a:pt x="0" y="49403"/>
                                </a:cubicBezTo>
                                <a:cubicBezTo>
                                  <a:pt x="1397" y="39243"/>
                                  <a:pt x="3683" y="30988"/>
                                  <a:pt x="6350" y="25146"/>
                                </a:cubicBezTo>
                                <a:cubicBezTo>
                                  <a:pt x="9017" y="19177"/>
                                  <a:pt x="13081" y="14351"/>
                                  <a:pt x="18161" y="9779"/>
                                </a:cubicBezTo>
                                <a:cubicBezTo>
                                  <a:pt x="21844" y="6604"/>
                                  <a:pt x="27051" y="4191"/>
                                  <a:pt x="33528" y="2540"/>
                                </a:cubicBezTo>
                                <a:cubicBezTo>
                                  <a:pt x="40005" y="889"/>
                                  <a:pt x="46990" y="0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78451" y="57510"/>
                            <a:ext cx="62738" cy="1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164105">
                                <a:moveTo>
                                  <a:pt x="0" y="0"/>
                                </a:moveTo>
                                <a:lnTo>
                                  <a:pt x="28194" y="2942"/>
                                </a:lnTo>
                                <a:cubicBezTo>
                                  <a:pt x="35560" y="5101"/>
                                  <a:pt x="41783" y="9292"/>
                                  <a:pt x="46609" y="15896"/>
                                </a:cubicBezTo>
                                <a:cubicBezTo>
                                  <a:pt x="50038" y="20468"/>
                                  <a:pt x="52832" y="26818"/>
                                  <a:pt x="54737" y="35200"/>
                                </a:cubicBezTo>
                                <a:cubicBezTo>
                                  <a:pt x="56642" y="43455"/>
                                  <a:pt x="57785" y="51456"/>
                                  <a:pt x="57785" y="59076"/>
                                </a:cubicBezTo>
                                <a:cubicBezTo>
                                  <a:pt x="57785" y="82571"/>
                                  <a:pt x="57785" y="106320"/>
                                  <a:pt x="57785" y="129942"/>
                                </a:cubicBezTo>
                                <a:cubicBezTo>
                                  <a:pt x="57785" y="137435"/>
                                  <a:pt x="58039" y="143404"/>
                                  <a:pt x="58801" y="147595"/>
                                </a:cubicBezTo>
                                <a:cubicBezTo>
                                  <a:pt x="59309" y="152040"/>
                                  <a:pt x="60706" y="157374"/>
                                  <a:pt x="62738" y="164105"/>
                                </a:cubicBezTo>
                                <a:cubicBezTo>
                                  <a:pt x="50165" y="164105"/>
                                  <a:pt x="37465" y="164105"/>
                                  <a:pt x="24765" y="164105"/>
                                </a:cubicBezTo>
                                <a:cubicBezTo>
                                  <a:pt x="23368" y="160041"/>
                                  <a:pt x="22352" y="156866"/>
                                  <a:pt x="21844" y="154580"/>
                                </a:cubicBezTo>
                                <a:cubicBezTo>
                                  <a:pt x="21463" y="152548"/>
                                  <a:pt x="20955" y="149119"/>
                                  <a:pt x="20447" y="144420"/>
                                </a:cubicBezTo>
                                <a:cubicBezTo>
                                  <a:pt x="15240" y="152167"/>
                                  <a:pt x="9906" y="157755"/>
                                  <a:pt x="4699" y="161057"/>
                                </a:cubicBezTo>
                                <a:lnTo>
                                  <a:pt x="0" y="162328"/>
                                </a:lnTo>
                                <a:lnTo>
                                  <a:pt x="0" y="131624"/>
                                </a:lnTo>
                                <a:lnTo>
                                  <a:pt x="7620" y="128545"/>
                                </a:lnTo>
                                <a:cubicBezTo>
                                  <a:pt x="11430" y="125243"/>
                                  <a:pt x="14224" y="121179"/>
                                  <a:pt x="15875" y="116353"/>
                                </a:cubicBezTo>
                                <a:cubicBezTo>
                                  <a:pt x="17399" y="111654"/>
                                  <a:pt x="18161" y="105431"/>
                                  <a:pt x="18161" y="97684"/>
                                </a:cubicBezTo>
                                <a:cubicBezTo>
                                  <a:pt x="18161" y="94382"/>
                                  <a:pt x="18161" y="91207"/>
                                  <a:pt x="18161" y="87905"/>
                                </a:cubicBezTo>
                                <a:cubicBezTo>
                                  <a:pt x="12700" y="90953"/>
                                  <a:pt x="6858" y="93620"/>
                                  <a:pt x="889" y="95906"/>
                                </a:cubicBezTo>
                                <a:lnTo>
                                  <a:pt x="0" y="96465"/>
                                </a:lnTo>
                                <a:lnTo>
                                  <a:pt x="0" y="65555"/>
                                </a:lnTo>
                                <a:lnTo>
                                  <a:pt x="3810" y="64156"/>
                                </a:lnTo>
                                <a:cubicBezTo>
                                  <a:pt x="8382" y="62251"/>
                                  <a:pt x="13208" y="59965"/>
                                  <a:pt x="18161" y="56917"/>
                                </a:cubicBezTo>
                                <a:cubicBezTo>
                                  <a:pt x="18161" y="49297"/>
                                  <a:pt x="17272" y="44090"/>
                                  <a:pt x="15113" y="41042"/>
                                </a:cubicBezTo>
                                <a:cubicBezTo>
                                  <a:pt x="13081" y="37994"/>
                                  <a:pt x="9398" y="36470"/>
                                  <a:pt x="4318" y="36470"/>
                                </a:cubicBezTo>
                                <a:lnTo>
                                  <a:pt x="0" y="37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4950206" y="60960"/>
                            <a:ext cx="9906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0655">
                                <a:moveTo>
                                  <a:pt x="0" y="0"/>
                                </a:moveTo>
                                <a:cubicBezTo>
                                  <a:pt x="33020" y="0"/>
                                  <a:pt x="66040" y="0"/>
                                  <a:pt x="99060" y="0"/>
                                </a:cubicBezTo>
                                <a:cubicBezTo>
                                  <a:pt x="99060" y="14987"/>
                                  <a:pt x="99060" y="30099"/>
                                  <a:pt x="99060" y="44958"/>
                                </a:cubicBezTo>
                                <a:cubicBezTo>
                                  <a:pt x="89281" y="44958"/>
                                  <a:pt x="79502" y="44958"/>
                                  <a:pt x="69723" y="44958"/>
                                </a:cubicBezTo>
                                <a:cubicBezTo>
                                  <a:pt x="69723" y="83566"/>
                                  <a:pt x="69723" y="122048"/>
                                  <a:pt x="69723" y="160655"/>
                                </a:cubicBezTo>
                                <a:cubicBezTo>
                                  <a:pt x="56261" y="160655"/>
                                  <a:pt x="42799" y="160655"/>
                                  <a:pt x="29210" y="160655"/>
                                </a:cubicBezTo>
                                <a:cubicBezTo>
                                  <a:pt x="29210" y="122048"/>
                                  <a:pt x="29210" y="83566"/>
                                  <a:pt x="29210" y="44958"/>
                                </a:cubicBezTo>
                                <a:cubicBezTo>
                                  <a:pt x="19431" y="44958"/>
                                  <a:pt x="9652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5058538" y="57404"/>
                            <a:ext cx="61214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67894">
                                <a:moveTo>
                                  <a:pt x="59563" y="0"/>
                                </a:moveTo>
                                <a:lnTo>
                                  <a:pt x="61214" y="210"/>
                                </a:lnTo>
                                <a:lnTo>
                                  <a:pt x="61214" y="36491"/>
                                </a:lnTo>
                                <a:lnTo>
                                  <a:pt x="52594" y="39370"/>
                                </a:lnTo>
                                <a:cubicBezTo>
                                  <a:pt x="50006" y="41307"/>
                                  <a:pt x="47752" y="44196"/>
                                  <a:pt x="45847" y="48006"/>
                                </a:cubicBezTo>
                                <a:cubicBezTo>
                                  <a:pt x="43561" y="52959"/>
                                  <a:pt x="41910" y="60198"/>
                                  <a:pt x="41275" y="69723"/>
                                </a:cubicBezTo>
                                <a:lnTo>
                                  <a:pt x="61214" y="69723"/>
                                </a:lnTo>
                                <a:lnTo>
                                  <a:pt x="61214" y="99187"/>
                                </a:lnTo>
                                <a:lnTo>
                                  <a:pt x="41148" y="99187"/>
                                </a:lnTo>
                                <a:cubicBezTo>
                                  <a:pt x="41910" y="109093"/>
                                  <a:pt x="43688" y="116332"/>
                                  <a:pt x="46482" y="121285"/>
                                </a:cubicBezTo>
                                <a:cubicBezTo>
                                  <a:pt x="48387" y="124777"/>
                                  <a:pt x="50641" y="127381"/>
                                  <a:pt x="53197" y="129111"/>
                                </a:cubicBezTo>
                                <a:lnTo>
                                  <a:pt x="61214" y="131545"/>
                                </a:lnTo>
                                <a:lnTo>
                                  <a:pt x="61214" y="167847"/>
                                </a:lnTo>
                                <a:lnTo>
                                  <a:pt x="60833" y="167894"/>
                                </a:lnTo>
                                <a:cubicBezTo>
                                  <a:pt x="46736" y="167894"/>
                                  <a:pt x="35814" y="164846"/>
                                  <a:pt x="27813" y="158750"/>
                                </a:cubicBezTo>
                                <a:cubicBezTo>
                                  <a:pt x="19939" y="152781"/>
                                  <a:pt x="13081" y="143383"/>
                                  <a:pt x="8001" y="130175"/>
                                </a:cubicBezTo>
                                <a:cubicBezTo>
                                  <a:pt x="2794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461" y="38989"/>
                                  <a:pt x="16002" y="23241"/>
                                </a:cubicBezTo>
                                <a:cubicBezTo>
                                  <a:pt x="26289" y="7620"/>
                                  <a:pt x="41021" y="0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5119751" y="174372"/>
                            <a:ext cx="58674" cy="5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50879">
                                <a:moveTo>
                                  <a:pt x="18923" y="0"/>
                                </a:moveTo>
                                <a:cubicBezTo>
                                  <a:pt x="32131" y="2032"/>
                                  <a:pt x="45466" y="3810"/>
                                  <a:pt x="58674" y="5587"/>
                                </a:cubicBezTo>
                                <a:cubicBezTo>
                                  <a:pt x="52705" y="21971"/>
                                  <a:pt x="45212" y="33274"/>
                                  <a:pt x="36576" y="40259"/>
                                </a:cubicBezTo>
                                <a:cubicBezTo>
                                  <a:pt x="32322" y="43878"/>
                                  <a:pt x="27083" y="46545"/>
                                  <a:pt x="20908" y="48307"/>
                                </a:cubicBezTo>
                                <a:lnTo>
                                  <a:pt x="0" y="50879"/>
                                </a:lnTo>
                                <a:lnTo>
                                  <a:pt x="0" y="14577"/>
                                </a:lnTo>
                                <a:lnTo>
                                  <a:pt x="508" y="14732"/>
                                </a:lnTo>
                                <a:cubicBezTo>
                                  <a:pt x="4445" y="14732"/>
                                  <a:pt x="8255" y="13208"/>
                                  <a:pt x="11811" y="10160"/>
                                </a:cubicBezTo>
                                <a:cubicBezTo>
                                  <a:pt x="13970" y="8255"/>
                                  <a:pt x="16383" y="4952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5119751" y="57615"/>
                            <a:ext cx="60960" cy="9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8977">
                                <a:moveTo>
                                  <a:pt x="0" y="0"/>
                                </a:moveTo>
                                <a:lnTo>
                                  <a:pt x="18638" y="2377"/>
                                </a:lnTo>
                                <a:cubicBezTo>
                                  <a:pt x="24607" y="4108"/>
                                  <a:pt x="29782" y="6711"/>
                                  <a:pt x="34163" y="10204"/>
                                </a:cubicBezTo>
                                <a:cubicBezTo>
                                  <a:pt x="42799" y="17316"/>
                                  <a:pt x="49657" y="27221"/>
                                  <a:pt x="54102" y="40430"/>
                                </a:cubicBezTo>
                                <a:cubicBezTo>
                                  <a:pt x="58547" y="53637"/>
                                  <a:pt x="60960" y="70909"/>
                                  <a:pt x="60960" y="91992"/>
                                </a:cubicBezTo>
                                <a:cubicBezTo>
                                  <a:pt x="60960" y="94278"/>
                                  <a:pt x="60960" y="96691"/>
                                  <a:pt x="60960" y="98977"/>
                                </a:cubicBezTo>
                                <a:lnTo>
                                  <a:pt x="0" y="98977"/>
                                </a:lnTo>
                                <a:lnTo>
                                  <a:pt x="0" y="69512"/>
                                </a:lnTo>
                                <a:lnTo>
                                  <a:pt x="19939" y="69512"/>
                                </a:lnTo>
                                <a:cubicBezTo>
                                  <a:pt x="19050" y="57574"/>
                                  <a:pt x="17018" y="49066"/>
                                  <a:pt x="13589" y="43858"/>
                                </a:cubicBezTo>
                                <a:cubicBezTo>
                                  <a:pt x="10160" y="38779"/>
                                  <a:pt x="5588" y="36238"/>
                                  <a:pt x="127" y="36238"/>
                                </a:cubicBezTo>
                                <a:lnTo>
                                  <a:pt x="0" y="36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5199507" y="60960"/>
                            <a:ext cx="58039" cy="2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221742">
                                <a:moveTo>
                                  <a:pt x="0" y="0"/>
                                </a:moveTo>
                                <a:cubicBezTo>
                                  <a:pt x="12573" y="0"/>
                                  <a:pt x="25146" y="0"/>
                                  <a:pt x="37846" y="0"/>
                                </a:cubicBezTo>
                                <a:cubicBezTo>
                                  <a:pt x="37846" y="8001"/>
                                  <a:pt x="37846" y="15875"/>
                                  <a:pt x="37846" y="23876"/>
                                </a:cubicBezTo>
                                <a:cubicBezTo>
                                  <a:pt x="42926" y="13716"/>
                                  <a:pt x="47879" y="7112"/>
                                  <a:pt x="52197" y="3556"/>
                                </a:cubicBezTo>
                                <a:lnTo>
                                  <a:pt x="58039" y="1432"/>
                                </a:lnTo>
                                <a:lnTo>
                                  <a:pt x="58039" y="42020"/>
                                </a:lnTo>
                                <a:lnTo>
                                  <a:pt x="45593" y="50927"/>
                                </a:lnTo>
                                <a:cubicBezTo>
                                  <a:pt x="42164" y="57150"/>
                                  <a:pt x="40513" y="67056"/>
                                  <a:pt x="40513" y="80773"/>
                                </a:cubicBezTo>
                                <a:cubicBezTo>
                                  <a:pt x="40513" y="93473"/>
                                  <a:pt x="42291" y="102870"/>
                                  <a:pt x="45720" y="109093"/>
                                </a:cubicBezTo>
                                <a:lnTo>
                                  <a:pt x="58039" y="117658"/>
                                </a:lnTo>
                                <a:lnTo>
                                  <a:pt x="58039" y="160484"/>
                                </a:lnTo>
                                <a:lnTo>
                                  <a:pt x="54610" y="159512"/>
                                </a:lnTo>
                                <a:cubicBezTo>
                                  <a:pt x="49403" y="156211"/>
                                  <a:pt x="44831" y="151512"/>
                                  <a:pt x="40767" y="145162"/>
                                </a:cubicBezTo>
                                <a:cubicBezTo>
                                  <a:pt x="40767" y="170688"/>
                                  <a:pt x="40767" y="196088"/>
                                  <a:pt x="40767" y="221742"/>
                                </a:cubicBezTo>
                                <a:cubicBezTo>
                                  <a:pt x="27178" y="221742"/>
                                  <a:pt x="13589" y="221742"/>
                                  <a:pt x="0" y="221742"/>
                                </a:cubicBezTo>
                                <a:cubicBezTo>
                                  <a:pt x="0" y="147828"/>
                                  <a:pt x="0" y="739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57546" y="57404"/>
                            <a:ext cx="58039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67894">
                                <a:moveTo>
                                  <a:pt x="13716" y="0"/>
                                </a:moveTo>
                                <a:cubicBezTo>
                                  <a:pt x="27813" y="0"/>
                                  <a:pt x="38862" y="8128"/>
                                  <a:pt x="46482" y="24638"/>
                                </a:cubicBezTo>
                                <a:cubicBezTo>
                                  <a:pt x="53975" y="41148"/>
                                  <a:pt x="58039" y="61468"/>
                                  <a:pt x="58039" y="85598"/>
                                </a:cubicBezTo>
                                <a:cubicBezTo>
                                  <a:pt x="58039" y="112395"/>
                                  <a:pt x="53721" y="132588"/>
                                  <a:pt x="45339" y="146685"/>
                                </a:cubicBezTo>
                                <a:cubicBezTo>
                                  <a:pt x="37084" y="160782"/>
                                  <a:pt x="26289" y="167894"/>
                                  <a:pt x="13589" y="167894"/>
                                </a:cubicBezTo>
                                <a:lnTo>
                                  <a:pt x="0" y="164040"/>
                                </a:lnTo>
                                <a:lnTo>
                                  <a:pt x="0" y="121214"/>
                                </a:lnTo>
                                <a:lnTo>
                                  <a:pt x="1016" y="121920"/>
                                </a:lnTo>
                                <a:cubicBezTo>
                                  <a:pt x="5715" y="121920"/>
                                  <a:pt x="9652" y="118872"/>
                                  <a:pt x="12827" y="113030"/>
                                </a:cubicBezTo>
                                <a:cubicBezTo>
                                  <a:pt x="15875" y="107061"/>
                                  <a:pt x="17526" y="97028"/>
                                  <a:pt x="17526" y="83058"/>
                                </a:cubicBezTo>
                                <a:cubicBezTo>
                                  <a:pt x="17526" y="69977"/>
                                  <a:pt x="15875" y="60452"/>
                                  <a:pt x="12573" y="54229"/>
                                </a:cubicBezTo>
                                <a:cubicBezTo>
                                  <a:pt x="9398" y="48260"/>
                                  <a:pt x="5334" y="45212"/>
                                  <a:pt x="508" y="45212"/>
                                </a:cubicBezTo>
                                <a:lnTo>
                                  <a:pt x="0" y="45575"/>
                                </a:lnTo>
                                <a:lnTo>
                                  <a:pt x="0" y="4987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5336286" y="60960"/>
                            <a:ext cx="11633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160655">
                                <a:moveTo>
                                  <a:pt x="0" y="0"/>
                                </a:moveTo>
                                <a:cubicBezTo>
                                  <a:pt x="12700" y="0"/>
                                  <a:pt x="25400" y="0"/>
                                  <a:pt x="38227" y="0"/>
                                </a:cubicBezTo>
                                <a:cubicBezTo>
                                  <a:pt x="38227" y="26798"/>
                                  <a:pt x="38227" y="53467"/>
                                  <a:pt x="38227" y="80264"/>
                                </a:cubicBezTo>
                                <a:cubicBezTo>
                                  <a:pt x="51308" y="53340"/>
                                  <a:pt x="65151" y="26924"/>
                                  <a:pt x="78232" y="0"/>
                                </a:cubicBezTo>
                                <a:cubicBezTo>
                                  <a:pt x="90932" y="0"/>
                                  <a:pt x="103632" y="0"/>
                                  <a:pt x="116332" y="0"/>
                                </a:cubicBezTo>
                                <a:cubicBezTo>
                                  <a:pt x="116332" y="53594"/>
                                  <a:pt x="116332" y="107188"/>
                                  <a:pt x="116332" y="160655"/>
                                </a:cubicBezTo>
                                <a:cubicBezTo>
                                  <a:pt x="103632" y="160655"/>
                                  <a:pt x="90805" y="160655"/>
                                  <a:pt x="78105" y="160655"/>
                                </a:cubicBezTo>
                                <a:cubicBezTo>
                                  <a:pt x="78105" y="134366"/>
                                  <a:pt x="78105" y="108077"/>
                                  <a:pt x="78105" y="81788"/>
                                </a:cubicBezTo>
                                <a:cubicBezTo>
                                  <a:pt x="65151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5456301" y="60960"/>
                            <a:ext cx="64262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225806">
                                <a:moveTo>
                                  <a:pt x="23749" y="0"/>
                                </a:moveTo>
                                <a:cubicBezTo>
                                  <a:pt x="37211" y="0"/>
                                  <a:pt x="50800" y="0"/>
                                  <a:pt x="64262" y="0"/>
                                </a:cubicBezTo>
                                <a:cubicBezTo>
                                  <a:pt x="64262" y="51943"/>
                                  <a:pt x="64262" y="104013"/>
                                  <a:pt x="64262" y="155829"/>
                                </a:cubicBezTo>
                                <a:cubicBezTo>
                                  <a:pt x="64262" y="175641"/>
                                  <a:pt x="63372" y="189612"/>
                                  <a:pt x="61468" y="197993"/>
                                </a:cubicBezTo>
                                <a:cubicBezTo>
                                  <a:pt x="59690" y="206249"/>
                                  <a:pt x="56007" y="212852"/>
                                  <a:pt x="50927" y="218060"/>
                                </a:cubicBezTo>
                                <a:cubicBezTo>
                                  <a:pt x="45974" y="223266"/>
                                  <a:pt x="38481" y="225806"/>
                                  <a:pt x="29083" y="225806"/>
                                </a:cubicBezTo>
                                <a:cubicBezTo>
                                  <a:pt x="21209" y="225806"/>
                                  <a:pt x="11684" y="224028"/>
                                  <a:pt x="0" y="220599"/>
                                </a:cubicBezTo>
                                <a:cubicBezTo>
                                  <a:pt x="2032" y="205613"/>
                                  <a:pt x="4191" y="190627"/>
                                  <a:pt x="6096" y="175768"/>
                                </a:cubicBezTo>
                                <a:cubicBezTo>
                                  <a:pt x="9397" y="176912"/>
                                  <a:pt x="11684" y="177292"/>
                                  <a:pt x="13335" y="177292"/>
                                </a:cubicBezTo>
                                <a:cubicBezTo>
                                  <a:pt x="16637" y="177292"/>
                                  <a:pt x="19304" y="175514"/>
                                  <a:pt x="21082" y="171959"/>
                                </a:cubicBezTo>
                                <a:cubicBezTo>
                                  <a:pt x="22860" y="168402"/>
                                  <a:pt x="23749" y="161290"/>
                                  <a:pt x="23749" y="150495"/>
                                </a:cubicBezTo>
                                <a:cubicBezTo>
                                  <a:pt x="23749" y="100330"/>
                                  <a:pt x="23749" y="50292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5480050" y="0"/>
                            <a:ext cx="4051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42291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7051" y="0"/>
                                  <a:pt x="40513" y="0"/>
                                </a:cubicBezTo>
                                <a:cubicBezTo>
                                  <a:pt x="40513" y="14097"/>
                                  <a:pt x="40513" y="28194"/>
                                  <a:pt x="40513" y="42291"/>
                                </a:cubicBezTo>
                                <a:cubicBezTo>
                                  <a:pt x="27051" y="42291"/>
                                  <a:pt x="13462" y="42291"/>
                                  <a:pt x="0" y="42291"/>
                                </a:cubicBezTo>
                                <a:cubicBezTo>
                                  <a:pt x="0" y="28194"/>
                                  <a:pt x="0" y="140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541264" y="123053"/>
                            <a:ext cx="58674" cy="10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02245">
                                <a:moveTo>
                                  <a:pt x="58674" y="0"/>
                                </a:moveTo>
                                <a:lnTo>
                                  <a:pt x="58674" y="30739"/>
                                </a:lnTo>
                                <a:lnTo>
                                  <a:pt x="49387" y="35316"/>
                                </a:lnTo>
                                <a:cubicBezTo>
                                  <a:pt x="46768" y="36967"/>
                                  <a:pt x="44894" y="38618"/>
                                  <a:pt x="43815" y="40269"/>
                                </a:cubicBezTo>
                                <a:cubicBezTo>
                                  <a:pt x="41529" y="43444"/>
                                  <a:pt x="40513" y="47381"/>
                                  <a:pt x="40513" y="51572"/>
                                </a:cubicBezTo>
                                <a:cubicBezTo>
                                  <a:pt x="40513" y="56398"/>
                                  <a:pt x="41529" y="60208"/>
                                  <a:pt x="43815" y="63383"/>
                                </a:cubicBezTo>
                                <a:cubicBezTo>
                                  <a:pt x="45974" y="66558"/>
                                  <a:pt x="49403" y="68082"/>
                                  <a:pt x="53594" y="68082"/>
                                </a:cubicBezTo>
                                <a:lnTo>
                                  <a:pt x="58674" y="66030"/>
                                </a:lnTo>
                                <a:lnTo>
                                  <a:pt x="58674" y="96778"/>
                                </a:lnTo>
                                <a:lnTo>
                                  <a:pt x="38354" y="102245"/>
                                </a:lnTo>
                                <a:cubicBezTo>
                                  <a:pt x="25781" y="102245"/>
                                  <a:pt x="16129" y="97800"/>
                                  <a:pt x="9779" y="88910"/>
                                </a:cubicBezTo>
                                <a:cubicBezTo>
                                  <a:pt x="3302" y="79894"/>
                                  <a:pt x="0" y="69098"/>
                                  <a:pt x="0" y="56018"/>
                                </a:cubicBezTo>
                                <a:cubicBezTo>
                                  <a:pt x="0" y="43825"/>
                                  <a:pt x="2413" y="33919"/>
                                  <a:pt x="6985" y="25919"/>
                                </a:cubicBezTo>
                                <a:cubicBezTo>
                                  <a:pt x="11557" y="18044"/>
                                  <a:pt x="20448" y="12329"/>
                                  <a:pt x="33020" y="8519"/>
                                </a:cubicBezTo>
                                <a:cubicBezTo>
                                  <a:pt x="40577" y="6106"/>
                                  <a:pt x="46832" y="4138"/>
                                  <a:pt x="51753" y="2518"/>
                                </a:cubicBez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5544439" y="57404"/>
                            <a:ext cx="55499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55626">
                                <a:moveTo>
                                  <a:pt x="54483" y="0"/>
                                </a:moveTo>
                                <a:lnTo>
                                  <a:pt x="55499" y="106"/>
                                </a:lnTo>
                                <a:lnTo>
                                  <a:pt x="55499" y="37985"/>
                                </a:lnTo>
                                <a:lnTo>
                                  <a:pt x="44958" y="41529"/>
                                </a:lnTo>
                                <a:cubicBezTo>
                                  <a:pt x="42291" y="44069"/>
                                  <a:pt x="40132" y="48641"/>
                                  <a:pt x="38608" y="55626"/>
                                </a:cubicBezTo>
                                <a:cubicBezTo>
                                  <a:pt x="25654" y="53594"/>
                                  <a:pt x="12827" y="51562"/>
                                  <a:pt x="0" y="49403"/>
                                </a:cubicBezTo>
                                <a:cubicBezTo>
                                  <a:pt x="1398" y="39243"/>
                                  <a:pt x="3556" y="30988"/>
                                  <a:pt x="6350" y="25146"/>
                                </a:cubicBezTo>
                                <a:cubicBezTo>
                                  <a:pt x="8890" y="19177"/>
                                  <a:pt x="13081" y="14351"/>
                                  <a:pt x="18161" y="9779"/>
                                </a:cubicBezTo>
                                <a:cubicBezTo>
                                  <a:pt x="21717" y="6604"/>
                                  <a:pt x="26924" y="4191"/>
                                  <a:pt x="33401" y="2540"/>
                                </a:cubicBezTo>
                                <a:cubicBezTo>
                                  <a:pt x="39878" y="889"/>
                                  <a:pt x="46863" y="0"/>
                                  <a:pt x="54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599938" y="57510"/>
                            <a:ext cx="62738" cy="1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164105">
                                <a:moveTo>
                                  <a:pt x="0" y="0"/>
                                </a:moveTo>
                                <a:lnTo>
                                  <a:pt x="28194" y="2942"/>
                                </a:lnTo>
                                <a:cubicBezTo>
                                  <a:pt x="35561" y="5101"/>
                                  <a:pt x="41783" y="9292"/>
                                  <a:pt x="46610" y="15896"/>
                                </a:cubicBezTo>
                                <a:cubicBezTo>
                                  <a:pt x="49911" y="20468"/>
                                  <a:pt x="52705" y="26818"/>
                                  <a:pt x="54737" y="35200"/>
                                </a:cubicBezTo>
                                <a:cubicBezTo>
                                  <a:pt x="56642" y="43455"/>
                                  <a:pt x="57658" y="51456"/>
                                  <a:pt x="57658" y="59076"/>
                                </a:cubicBezTo>
                                <a:cubicBezTo>
                                  <a:pt x="57658" y="82571"/>
                                  <a:pt x="57658" y="106320"/>
                                  <a:pt x="57658" y="129942"/>
                                </a:cubicBezTo>
                                <a:cubicBezTo>
                                  <a:pt x="57658" y="137435"/>
                                  <a:pt x="58039" y="143404"/>
                                  <a:pt x="58674" y="147595"/>
                                </a:cubicBezTo>
                                <a:cubicBezTo>
                                  <a:pt x="59310" y="152040"/>
                                  <a:pt x="60706" y="157374"/>
                                  <a:pt x="62738" y="164105"/>
                                </a:cubicBezTo>
                                <a:cubicBezTo>
                                  <a:pt x="50038" y="164105"/>
                                  <a:pt x="37465" y="164105"/>
                                  <a:pt x="24765" y="164105"/>
                                </a:cubicBezTo>
                                <a:cubicBezTo>
                                  <a:pt x="23368" y="160041"/>
                                  <a:pt x="22352" y="156866"/>
                                  <a:pt x="21717" y="154580"/>
                                </a:cubicBezTo>
                                <a:cubicBezTo>
                                  <a:pt x="21336" y="152548"/>
                                  <a:pt x="20955" y="149119"/>
                                  <a:pt x="20448" y="144420"/>
                                </a:cubicBezTo>
                                <a:cubicBezTo>
                                  <a:pt x="15240" y="152167"/>
                                  <a:pt x="9906" y="157755"/>
                                  <a:pt x="4699" y="161057"/>
                                </a:cubicBezTo>
                                <a:lnTo>
                                  <a:pt x="0" y="162321"/>
                                </a:lnTo>
                                <a:lnTo>
                                  <a:pt x="0" y="131572"/>
                                </a:lnTo>
                                <a:lnTo>
                                  <a:pt x="7493" y="128545"/>
                                </a:lnTo>
                                <a:cubicBezTo>
                                  <a:pt x="11303" y="125243"/>
                                  <a:pt x="14098" y="121179"/>
                                  <a:pt x="15749" y="116353"/>
                                </a:cubicBezTo>
                                <a:cubicBezTo>
                                  <a:pt x="17273" y="111654"/>
                                  <a:pt x="18161" y="105431"/>
                                  <a:pt x="18161" y="97684"/>
                                </a:cubicBezTo>
                                <a:cubicBezTo>
                                  <a:pt x="18161" y="94382"/>
                                  <a:pt x="18161" y="91207"/>
                                  <a:pt x="18161" y="87905"/>
                                </a:cubicBezTo>
                                <a:cubicBezTo>
                                  <a:pt x="12574" y="90953"/>
                                  <a:pt x="6731" y="93620"/>
                                  <a:pt x="762" y="95906"/>
                                </a:cubicBezTo>
                                <a:lnTo>
                                  <a:pt x="0" y="96282"/>
                                </a:lnTo>
                                <a:lnTo>
                                  <a:pt x="0" y="65543"/>
                                </a:lnTo>
                                <a:lnTo>
                                  <a:pt x="3811" y="64156"/>
                                </a:lnTo>
                                <a:cubicBezTo>
                                  <a:pt x="8382" y="62251"/>
                                  <a:pt x="13081" y="59965"/>
                                  <a:pt x="18161" y="56917"/>
                                </a:cubicBezTo>
                                <a:cubicBezTo>
                                  <a:pt x="18161" y="49297"/>
                                  <a:pt x="17145" y="44090"/>
                                  <a:pt x="15113" y="41042"/>
                                </a:cubicBezTo>
                                <a:cubicBezTo>
                                  <a:pt x="12954" y="37994"/>
                                  <a:pt x="9399" y="36470"/>
                                  <a:pt x="4191" y="36470"/>
                                </a:cubicBezTo>
                                <a:lnTo>
                                  <a:pt x="0" y="37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5672328" y="60960"/>
                            <a:ext cx="130556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5354">
                                <a:moveTo>
                                  <a:pt x="19050" y="0"/>
                                </a:moveTo>
                                <a:cubicBezTo>
                                  <a:pt x="56261" y="0"/>
                                  <a:pt x="93472" y="0"/>
                                  <a:pt x="130556" y="0"/>
                                </a:cubicBezTo>
                                <a:cubicBezTo>
                                  <a:pt x="130556" y="53594"/>
                                  <a:pt x="130556" y="107188"/>
                                  <a:pt x="130556" y="160655"/>
                                </a:cubicBezTo>
                                <a:cubicBezTo>
                                  <a:pt x="117221" y="160655"/>
                                  <a:pt x="103759" y="160655"/>
                                  <a:pt x="90297" y="160655"/>
                                </a:cubicBezTo>
                                <a:cubicBezTo>
                                  <a:pt x="90297" y="122048"/>
                                  <a:pt x="90297" y="83566"/>
                                  <a:pt x="90297" y="44958"/>
                                </a:cubicBezTo>
                                <a:cubicBezTo>
                                  <a:pt x="80010" y="44958"/>
                                  <a:pt x="69723" y="44958"/>
                                  <a:pt x="59563" y="44958"/>
                                </a:cubicBezTo>
                                <a:cubicBezTo>
                                  <a:pt x="59563" y="67437"/>
                                  <a:pt x="59563" y="89916"/>
                                  <a:pt x="59563" y="112523"/>
                                </a:cubicBezTo>
                                <a:cubicBezTo>
                                  <a:pt x="59563" y="130429"/>
                                  <a:pt x="57023" y="143637"/>
                                  <a:pt x="52451" y="152400"/>
                                </a:cubicBezTo>
                                <a:cubicBezTo>
                                  <a:pt x="47625" y="161037"/>
                                  <a:pt x="40259" y="165354"/>
                                  <a:pt x="30226" y="165354"/>
                                </a:cubicBezTo>
                                <a:cubicBezTo>
                                  <a:pt x="19050" y="165354"/>
                                  <a:pt x="8890" y="163830"/>
                                  <a:pt x="0" y="160655"/>
                                </a:cubicBezTo>
                                <a:cubicBezTo>
                                  <a:pt x="0" y="145415"/>
                                  <a:pt x="0" y="130302"/>
                                  <a:pt x="0" y="115062"/>
                                </a:cubicBezTo>
                                <a:cubicBezTo>
                                  <a:pt x="4699" y="117475"/>
                                  <a:pt x="8382" y="118491"/>
                                  <a:pt x="10922" y="118491"/>
                                </a:cubicBezTo>
                                <a:cubicBezTo>
                                  <a:pt x="16383" y="118491"/>
                                  <a:pt x="19050" y="112268"/>
                                  <a:pt x="19050" y="100076"/>
                                </a:cubicBezTo>
                                <a:cubicBezTo>
                                  <a:pt x="19050" y="66675"/>
                                  <a:pt x="19050" y="33401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5815712" y="60960"/>
                            <a:ext cx="124460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225806">
                                <a:moveTo>
                                  <a:pt x="0" y="0"/>
                                </a:moveTo>
                                <a:cubicBezTo>
                                  <a:pt x="14350" y="0"/>
                                  <a:pt x="28448" y="0"/>
                                  <a:pt x="42672" y="0"/>
                                </a:cubicBezTo>
                                <a:cubicBezTo>
                                  <a:pt x="49784" y="35687"/>
                                  <a:pt x="57276" y="71248"/>
                                  <a:pt x="64388" y="106935"/>
                                </a:cubicBezTo>
                                <a:cubicBezTo>
                                  <a:pt x="70993" y="71248"/>
                                  <a:pt x="77977" y="35687"/>
                                  <a:pt x="84582" y="0"/>
                                </a:cubicBezTo>
                                <a:cubicBezTo>
                                  <a:pt x="97789" y="0"/>
                                  <a:pt x="111125" y="0"/>
                                  <a:pt x="124460" y="0"/>
                                </a:cubicBezTo>
                                <a:cubicBezTo>
                                  <a:pt x="110871" y="57277"/>
                                  <a:pt x="96265" y="114427"/>
                                  <a:pt x="82550" y="171704"/>
                                </a:cubicBezTo>
                                <a:cubicBezTo>
                                  <a:pt x="77850" y="191262"/>
                                  <a:pt x="72898" y="204470"/>
                                  <a:pt x="67945" y="211328"/>
                                </a:cubicBezTo>
                                <a:cubicBezTo>
                                  <a:pt x="61087" y="220980"/>
                                  <a:pt x="50292" y="225806"/>
                                  <a:pt x="35940" y="225806"/>
                                </a:cubicBezTo>
                                <a:cubicBezTo>
                                  <a:pt x="29972" y="225806"/>
                                  <a:pt x="21082" y="224663"/>
                                  <a:pt x="8889" y="222250"/>
                                </a:cubicBezTo>
                                <a:cubicBezTo>
                                  <a:pt x="7874" y="207899"/>
                                  <a:pt x="6858" y="193549"/>
                                  <a:pt x="5842" y="179198"/>
                                </a:cubicBezTo>
                                <a:cubicBezTo>
                                  <a:pt x="11557" y="182118"/>
                                  <a:pt x="18034" y="183515"/>
                                  <a:pt x="25146" y="183515"/>
                                </a:cubicBezTo>
                                <a:cubicBezTo>
                                  <a:pt x="29972" y="183515"/>
                                  <a:pt x="33909" y="181864"/>
                                  <a:pt x="36830" y="178436"/>
                                </a:cubicBezTo>
                                <a:cubicBezTo>
                                  <a:pt x="39624" y="175134"/>
                                  <a:pt x="42163" y="169291"/>
                                  <a:pt x="44196" y="160655"/>
                                </a:cubicBezTo>
                                <a:cubicBezTo>
                                  <a:pt x="29718" y="107062"/>
                                  <a:pt x="14477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951728" y="160020"/>
                            <a:ext cx="4318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61595">
                                <a:moveTo>
                                  <a:pt x="0" y="0"/>
                                </a:moveTo>
                                <a:cubicBezTo>
                                  <a:pt x="14351" y="0"/>
                                  <a:pt x="28702" y="0"/>
                                  <a:pt x="43180" y="0"/>
                                </a:cubicBezTo>
                                <a:cubicBezTo>
                                  <a:pt x="43180" y="20447"/>
                                  <a:pt x="43180" y="41021"/>
                                  <a:pt x="43180" y="61595"/>
                                </a:cubicBezTo>
                                <a:cubicBezTo>
                                  <a:pt x="28702" y="61595"/>
                                  <a:pt x="14351" y="61595"/>
                                  <a:pt x="0" y="61595"/>
                                </a:cubicBezTo>
                                <a:cubicBezTo>
                                  <a:pt x="0" y="41021"/>
                                  <a:pt x="0" y="2044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0"/>
                            <a:ext cx="14837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74" h="222504">
                                <a:moveTo>
                                  <a:pt x="148374" y="221615"/>
                                </a:moveTo>
                                <a:cubicBezTo>
                                  <a:pt x="133375" y="221615"/>
                                  <a:pt x="118377" y="221615"/>
                                  <a:pt x="103365" y="221615"/>
                                </a:cubicBezTo>
                                <a:cubicBezTo>
                                  <a:pt x="103365" y="165862"/>
                                  <a:pt x="103365" y="110109"/>
                                  <a:pt x="103365" y="54483"/>
                                </a:cubicBezTo>
                                <a:cubicBezTo>
                                  <a:pt x="91656" y="54483"/>
                                  <a:pt x="79946" y="54483"/>
                                  <a:pt x="68237" y="54483"/>
                                </a:cubicBezTo>
                                <a:cubicBezTo>
                                  <a:pt x="68237" y="77089"/>
                                  <a:pt x="68237" y="99822"/>
                                  <a:pt x="68237" y="122555"/>
                                </a:cubicBezTo>
                                <a:cubicBezTo>
                                  <a:pt x="68237" y="150495"/>
                                  <a:pt x="67234" y="171197"/>
                                  <a:pt x="65405" y="184277"/>
                                </a:cubicBezTo>
                                <a:cubicBezTo>
                                  <a:pt x="63487" y="197485"/>
                                  <a:pt x="58725" y="207010"/>
                                  <a:pt x="51689" y="213360"/>
                                </a:cubicBezTo>
                                <a:cubicBezTo>
                                  <a:pt x="44463" y="219584"/>
                                  <a:pt x="32842" y="222504"/>
                                  <a:pt x="16828" y="222504"/>
                                </a:cubicBezTo>
                                <a:cubicBezTo>
                                  <a:pt x="11989" y="222504"/>
                                  <a:pt x="6312" y="221742"/>
                                  <a:pt x="0" y="220091"/>
                                </a:cubicBezTo>
                                <a:cubicBezTo>
                                  <a:pt x="0" y="205105"/>
                                  <a:pt x="0" y="190119"/>
                                  <a:pt x="0" y="175134"/>
                                </a:cubicBezTo>
                                <a:cubicBezTo>
                                  <a:pt x="2197" y="175134"/>
                                  <a:pt x="4483" y="175134"/>
                                  <a:pt x="6680" y="175134"/>
                                </a:cubicBezTo>
                                <a:cubicBezTo>
                                  <a:pt x="12802" y="175134"/>
                                  <a:pt x="17196" y="173101"/>
                                  <a:pt x="19571" y="169037"/>
                                </a:cubicBezTo>
                                <a:cubicBezTo>
                                  <a:pt x="22047" y="164973"/>
                                  <a:pt x="23419" y="157480"/>
                                  <a:pt x="23419" y="146559"/>
                                </a:cubicBezTo>
                                <a:cubicBezTo>
                                  <a:pt x="23419" y="97790"/>
                                  <a:pt x="23419" y="48895"/>
                                  <a:pt x="23419" y="0"/>
                                </a:cubicBezTo>
                                <a:cubicBezTo>
                                  <a:pt x="65037" y="0"/>
                                  <a:pt x="106756" y="0"/>
                                  <a:pt x="148374" y="0"/>
                                </a:cubicBezTo>
                                <a:cubicBezTo>
                                  <a:pt x="148374" y="73787"/>
                                  <a:pt x="148374" y="147701"/>
                                  <a:pt x="148374" y="2216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70421" y="57404"/>
                            <a:ext cx="122060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60" h="167894">
                                <a:moveTo>
                                  <a:pt x="122060" y="99187"/>
                                </a:moveTo>
                                <a:cubicBezTo>
                                  <a:pt x="95136" y="99187"/>
                                  <a:pt x="68212" y="99187"/>
                                  <a:pt x="41161" y="99187"/>
                                </a:cubicBezTo>
                                <a:cubicBezTo>
                                  <a:pt x="41808" y="109093"/>
                                  <a:pt x="43637" y="116332"/>
                                  <a:pt x="46380" y="121285"/>
                                </a:cubicBezTo>
                                <a:cubicBezTo>
                                  <a:pt x="50216" y="128270"/>
                                  <a:pt x="55436" y="131699"/>
                                  <a:pt x="61608" y="131699"/>
                                </a:cubicBezTo>
                                <a:cubicBezTo>
                                  <a:pt x="65672" y="131699"/>
                                  <a:pt x="69482" y="130175"/>
                                  <a:pt x="73038" y="127127"/>
                                </a:cubicBezTo>
                                <a:cubicBezTo>
                                  <a:pt x="75197" y="125222"/>
                                  <a:pt x="77610" y="121920"/>
                                  <a:pt x="80023" y="116967"/>
                                </a:cubicBezTo>
                                <a:cubicBezTo>
                                  <a:pt x="93358" y="118999"/>
                                  <a:pt x="106566" y="120777"/>
                                  <a:pt x="119774" y="122555"/>
                                </a:cubicBezTo>
                                <a:cubicBezTo>
                                  <a:pt x="113932" y="138938"/>
                                  <a:pt x="106439" y="150241"/>
                                  <a:pt x="97803" y="157226"/>
                                </a:cubicBezTo>
                                <a:cubicBezTo>
                                  <a:pt x="89294" y="164465"/>
                                  <a:pt x="76848" y="167894"/>
                                  <a:pt x="60719" y="167894"/>
                                </a:cubicBezTo>
                                <a:cubicBezTo>
                                  <a:pt x="46749" y="167894"/>
                                  <a:pt x="35763" y="164846"/>
                                  <a:pt x="27813" y="158750"/>
                                </a:cubicBezTo>
                                <a:cubicBezTo>
                                  <a:pt x="19850" y="152781"/>
                                  <a:pt x="13170" y="143383"/>
                                  <a:pt x="7963" y="130175"/>
                                </a:cubicBezTo>
                                <a:cubicBezTo>
                                  <a:pt x="2743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98" y="38989"/>
                                  <a:pt x="15913" y="23241"/>
                                </a:cubicBezTo>
                                <a:cubicBezTo>
                                  <a:pt x="26251" y="7620"/>
                                  <a:pt x="40983" y="0"/>
                                  <a:pt x="59550" y="0"/>
                                </a:cubicBezTo>
                                <a:cubicBezTo>
                                  <a:pt x="74689" y="0"/>
                                  <a:pt x="86627" y="3429"/>
                                  <a:pt x="95263" y="10414"/>
                                </a:cubicBezTo>
                                <a:cubicBezTo>
                                  <a:pt x="104026" y="17526"/>
                                  <a:pt x="110757" y="27432"/>
                                  <a:pt x="115202" y="40640"/>
                                </a:cubicBezTo>
                                <a:cubicBezTo>
                                  <a:pt x="119774" y="53848"/>
                                  <a:pt x="122060" y="71120"/>
                                  <a:pt x="122060" y="92202"/>
                                </a:cubicBezTo>
                                <a:cubicBezTo>
                                  <a:pt x="122060" y="94488"/>
                                  <a:pt x="122060" y="96901"/>
                                  <a:pt x="122060" y="991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211684" y="93853"/>
                            <a:ext cx="39776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" h="33274">
                                <a:moveTo>
                                  <a:pt x="39776" y="33274"/>
                                </a:moveTo>
                                <a:cubicBezTo>
                                  <a:pt x="39014" y="21336"/>
                                  <a:pt x="36855" y="12827"/>
                                  <a:pt x="33426" y="7620"/>
                                </a:cubicBezTo>
                                <a:cubicBezTo>
                                  <a:pt x="30124" y="2540"/>
                                  <a:pt x="25552" y="0"/>
                                  <a:pt x="19964" y="0"/>
                                </a:cubicBezTo>
                                <a:cubicBezTo>
                                  <a:pt x="13538" y="0"/>
                                  <a:pt x="8407" y="3937"/>
                                  <a:pt x="4661" y="11557"/>
                                </a:cubicBezTo>
                                <a:cubicBezTo>
                                  <a:pt x="2184" y="16510"/>
                                  <a:pt x="635" y="23749"/>
                                  <a:pt x="0" y="33274"/>
                                </a:cubicBezTo>
                                <a:cubicBezTo>
                                  <a:pt x="13259" y="33274"/>
                                  <a:pt x="26568" y="33274"/>
                                  <a:pt x="39776" y="332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0863" y="60960"/>
                            <a:ext cx="99187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160655">
                                <a:moveTo>
                                  <a:pt x="99187" y="44958"/>
                                </a:moveTo>
                                <a:cubicBezTo>
                                  <a:pt x="89408" y="44958"/>
                                  <a:pt x="79629" y="44958"/>
                                  <a:pt x="69850" y="44958"/>
                                </a:cubicBezTo>
                                <a:cubicBezTo>
                                  <a:pt x="69850" y="83566"/>
                                  <a:pt x="69850" y="122048"/>
                                  <a:pt x="69850" y="160655"/>
                                </a:cubicBezTo>
                                <a:cubicBezTo>
                                  <a:pt x="56388" y="160655"/>
                                  <a:pt x="42799" y="160655"/>
                                  <a:pt x="29337" y="160655"/>
                                </a:cubicBezTo>
                                <a:cubicBezTo>
                                  <a:pt x="29337" y="122048"/>
                                  <a:pt x="29337" y="83566"/>
                                  <a:pt x="29337" y="44958"/>
                                </a:cubicBezTo>
                                <a:cubicBezTo>
                                  <a:pt x="19558" y="44958"/>
                                  <a:pt x="9779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ubicBezTo>
                                  <a:pt x="33020" y="0"/>
                                  <a:pt x="66167" y="0"/>
                                  <a:pt x="99187" y="0"/>
                                </a:cubicBezTo>
                                <a:cubicBezTo>
                                  <a:pt x="99187" y="14987"/>
                                  <a:pt x="99187" y="30099"/>
                                  <a:pt x="99187" y="4495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409448" y="57404"/>
                            <a:ext cx="121158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67894">
                                <a:moveTo>
                                  <a:pt x="0" y="84328"/>
                                </a:move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325" y="0"/>
                                </a:cubicBezTo>
                                <a:cubicBezTo>
                                  <a:pt x="81407" y="0"/>
                                  <a:pt x="97409" y="9271"/>
                                  <a:pt x="108077" y="28067"/>
                                </a:cubicBezTo>
                                <a:cubicBezTo>
                                  <a:pt x="116586" y="43053"/>
                                  <a:pt x="121158" y="61595"/>
                                  <a:pt x="121158" y="83439"/>
                                </a:cubicBezTo>
                                <a:cubicBezTo>
                                  <a:pt x="121158" y="108204"/>
                                  <a:pt x="115570" y="128270"/>
                                  <a:pt x="105029" y="144145"/>
                                </a:cubicBezTo>
                                <a:cubicBezTo>
                                  <a:pt x="94361" y="160147"/>
                                  <a:pt x="79375" y="167894"/>
                                  <a:pt x="60325" y="167894"/>
                                </a:cubicBezTo>
                                <a:cubicBezTo>
                                  <a:pt x="43307" y="167894"/>
                                  <a:pt x="29591" y="161417"/>
                                  <a:pt x="19177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449961" y="99822"/>
                            <a:ext cx="4000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83820">
                                <a:moveTo>
                                  <a:pt x="0" y="41783"/>
                                </a:moveTo>
                                <a:cubicBezTo>
                                  <a:pt x="0" y="56262"/>
                                  <a:pt x="1905" y="66675"/>
                                  <a:pt x="5715" y="73661"/>
                                </a:cubicBezTo>
                                <a:cubicBezTo>
                                  <a:pt x="9398" y="80391"/>
                                  <a:pt x="14224" y="83820"/>
                                  <a:pt x="20066" y="83820"/>
                                </a:cubicBezTo>
                                <a:cubicBezTo>
                                  <a:pt x="25908" y="83820"/>
                                  <a:pt x="30734" y="80518"/>
                                  <a:pt x="34417" y="73661"/>
                                </a:cubicBezTo>
                                <a:cubicBezTo>
                                  <a:pt x="38100" y="66929"/>
                                  <a:pt x="40005" y="56262"/>
                                  <a:pt x="40005" y="41275"/>
                                </a:cubicBezTo>
                                <a:cubicBezTo>
                                  <a:pt x="40005" y="27305"/>
                                  <a:pt x="38100" y="16891"/>
                                  <a:pt x="34290" y="10033"/>
                                </a:cubicBezTo>
                                <a:cubicBezTo>
                                  <a:pt x="30607" y="3302"/>
                                  <a:pt x="25908" y="0"/>
                                  <a:pt x="20320" y="0"/>
                                </a:cubicBezTo>
                                <a:cubicBezTo>
                                  <a:pt x="14478" y="0"/>
                                  <a:pt x="9525" y="3302"/>
                                  <a:pt x="5715" y="10161"/>
                                </a:cubicBezTo>
                                <a:cubicBezTo>
                                  <a:pt x="1905" y="17145"/>
                                  <a:pt x="0" y="27813"/>
                                  <a:pt x="0" y="4178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49656" y="60960"/>
                            <a:ext cx="111506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6" h="160655">
                                <a:moveTo>
                                  <a:pt x="111506" y="160655"/>
                                </a:moveTo>
                                <a:cubicBezTo>
                                  <a:pt x="98044" y="160655"/>
                                  <a:pt x="84582" y="160655"/>
                                  <a:pt x="71247" y="160655"/>
                                </a:cubicBezTo>
                                <a:cubicBezTo>
                                  <a:pt x="71247" y="122048"/>
                                  <a:pt x="71247" y="83566"/>
                                  <a:pt x="71247" y="44958"/>
                                </a:cubicBezTo>
                                <a:cubicBezTo>
                                  <a:pt x="60833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37211" y="0"/>
                                  <a:pt x="74422" y="0"/>
                                  <a:pt x="111506" y="0"/>
                                </a:cubicBezTo>
                                <a:cubicBezTo>
                                  <a:pt x="111506" y="53594"/>
                                  <a:pt x="111506" y="107188"/>
                                  <a:pt x="111506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687070" y="60960"/>
                            <a:ext cx="11633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160655">
                                <a:moveTo>
                                  <a:pt x="116332" y="160655"/>
                                </a:moveTo>
                                <a:cubicBezTo>
                                  <a:pt x="103505" y="160655"/>
                                  <a:pt x="90805" y="160655"/>
                                  <a:pt x="78105" y="160655"/>
                                </a:cubicBezTo>
                                <a:cubicBezTo>
                                  <a:pt x="78105" y="134366"/>
                                  <a:pt x="78105" y="108077"/>
                                  <a:pt x="78105" y="81788"/>
                                </a:cubicBezTo>
                                <a:cubicBezTo>
                                  <a:pt x="65024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2700" y="0"/>
                                  <a:pt x="25400" y="0"/>
                                  <a:pt x="38100" y="0"/>
                                </a:cubicBezTo>
                                <a:cubicBezTo>
                                  <a:pt x="38100" y="26798"/>
                                  <a:pt x="38100" y="53467"/>
                                  <a:pt x="38100" y="80264"/>
                                </a:cubicBezTo>
                                <a:cubicBezTo>
                                  <a:pt x="51308" y="53340"/>
                                  <a:pt x="65024" y="26924"/>
                                  <a:pt x="78232" y="0"/>
                                </a:cubicBezTo>
                                <a:cubicBezTo>
                                  <a:pt x="90932" y="0"/>
                                  <a:pt x="103632" y="0"/>
                                  <a:pt x="116332" y="0"/>
                                </a:cubicBezTo>
                                <a:cubicBezTo>
                                  <a:pt x="116332" y="53594"/>
                                  <a:pt x="116332" y="107188"/>
                                  <a:pt x="116332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824357" y="57404"/>
                            <a:ext cx="121920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67894">
                                <a:moveTo>
                                  <a:pt x="83439" y="101346"/>
                                </a:moveTo>
                                <a:cubicBezTo>
                                  <a:pt x="96266" y="103632"/>
                                  <a:pt x="109220" y="105664"/>
                                  <a:pt x="121920" y="107950"/>
                                </a:cubicBezTo>
                                <a:cubicBezTo>
                                  <a:pt x="119888" y="120269"/>
                                  <a:pt x="116332" y="130683"/>
                                  <a:pt x="111506" y="139573"/>
                                </a:cubicBezTo>
                                <a:cubicBezTo>
                                  <a:pt x="106680" y="148463"/>
                                  <a:pt x="100457" y="155321"/>
                                  <a:pt x="93091" y="160528"/>
                                </a:cubicBezTo>
                                <a:cubicBezTo>
                                  <a:pt x="85598" y="165481"/>
                                  <a:pt x="75946" y="167894"/>
                                  <a:pt x="64389" y="167894"/>
                                </a:cubicBezTo>
                                <a:cubicBezTo>
                                  <a:pt x="53086" y="167894"/>
                                  <a:pt x="43815" y="166370"/>
                                  <a:pt x="36449" y="163068"/>
                                </a:cubicBezTo>
                                <a:cubicBezTo>
                                  <a:pt x="29083" y="159893"/>
                                  <a:pt x="22479" y="154940"/>
                                  <a:pt x="17145" y="147701"/>
                                </a:cubicBezTo>
                                <a:cubicBezTo>
                                  <a:pt x="11938" y="140589"/>
                                  <a:pt x="7620" y="132334"/>
                                  <a:pt x="4572" y="122809"/>
                                </a:cubicBezTo>
                                <a:cubicBezTo>
                                  <a:pt x="1651" y="113284"/>
                                  <a:pt x="0" y="100584"/>
                                  <a:pt x="0" y="84582"/>
                                </a:cubicBezTo>
                                <a:cubicBezTo>
                                  <a:pt x="0" y="68199"/>
                                  <a:pt x="1905" y="54483"/>
                                  <a:pt x="5461" y="43434"/>
                                </a:cubicBezTo>
                                <a:cubicBezTo>
                                  <a:pt x="8128" y="35306"/>
                                  <a:pt x="12065" y="28194"/>
                                  <a:pt x="16637" y="21590"/>
                                </a:cubicBezTo>
                                <a:cubicBezTo>
                                  <a:pt x="21209" y="15240"/>
                                  <a:pt x="26289" y="10668"/>
                                  <a:pt x="31115" y="7493"/>
                                </a:cubicBezTo>
                                <a:cubicBezTo>
                                  <a:pt x="38989" y="2286"/>
                                  <a:pt x="49149" y="0"/>
                                  <a:pt x="61468" y="0"/>
                                </a:cubicBezTo>
                                <a:cubicBezTo>
                                  <a:pt x="78613" y="0"/>
                                  <a:pt x="91948" y="4572"/>
                                  <a:pt x="100838" y="13970"/>
                                </a:cubicBezTo>
                                <a:cubicBezTo>
                                  <a:pt x="109855" y="23495"/>
                                  <a:pt x="116205" y="37211"/>
                                  <a:pt x="119888" y="55245"/>
                                </a:cubicBezTo>
                                <a:cubicBezTo>
                                  <a:pt x="107188" y="57785"/>
                                  <a:pt x="94488" y="60325"/>
                                  <a:pt x="81788" y="62865"/>
                                </a:cubicBezTo>
                                <a:cubicBezTo>
                                  <a:pt x="80645" y="56134"/>
                                  <a:pt x="78486" y="50800"/>
                                  <a:pt x="75311" y="47371"/>
                                </a:cubicBezTo>
                                <a:cubicBezTo>
                                  <a:pt x="72263" y="43815"/>
                                  <a:pt x="67945" y="42164"/>
                                  <a:pt x="62738" y="42164"/>
                                </a:cubicBezTo>
                                <a:cubicBezTo>
                                  <a:pt x="56007" y="42164"/>
                                  <a:pt x="50419" y="45720"/>
                                  <a:pt x="46482" y="53086"/>
                                </a:cubicBezTo>
                                <a:cubicBezTo>
                                  <a:pt x="42418" y="60452"/>
                                  <a:pt x="40132" y="71501"/>
                                  <a:pt x="40132" y="86360"/>
                                </a:cubicBezTo>
                                <a:cubicBezTo>
                                  <a:pt x="40132" y="99441"/>
                                  <a:pt x="42418" y="109474"/>
                                  <a:pt x="46355" y="116332"/>
                                </a:cubicBezTo>
                                <a:cubicBezTo>
                                  <a:pt x="50292" y="123190"/>
                                  <a:pt x="55753" y="126492"/>
                                  <a:pt x="62103" y="126492"/>
                                </a:cubicBezTo>
                                <a:cubicBezTo>
                                  <a:pt x="67310" y="126492"/>
                                  <a:pt x="71882" y="124460"/>
                                  <a:pt x="75565" y="120396"/>
                                </a:cubicBezTo>
                                <a:cubicBezTo>
                                  <a:pt x="78994" y="116332"/>
                                  <a:pt x="81661" y="109982"/>
                                  <a:pt x="83439" y="10134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034288" y="0"/>
                            <a:ext cx="4051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42291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6924" y="0"/>
                                  <a:pt x="40513" y="0"/>
                                </a:cubicBezTo>
                                <a:cubicBezTo>
                                  <a:pt x="40513" y="14097"/>
                                  <a:pt x="40513" y="28194"/>
                                  <a:pt x="40513" y="42291"/>
                                </a:cubicBezTo>
                                <a:cubicBezTo>
                                  <a:pt x="26924" y="42291"/>
                                  <a:pt x="13462" y="42291"/>
                                  <a:pt x="0" y="42291"/>
                                </a:cubicBezTo>
                                <a:cubicBezTo>
                                  <a:pt x="0" y="28194"/>
                                  <a:pt x="0" y="140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010539" y="60960"/>
                            <a:ext cx="64262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225806">
                                <a:moveTo>
                                  <a:pt x="23749" y="0"/>
                                </a:moveTo>
                                <a:cubicBezTo>
                                  <a:pt x="37211" y="0"/>
                                  <a:pt x="50673" y="0"/>
                                  <a:pt x="64262" y="0"/>
                                </a:cubicBezTo>
                                <a:cubicBezTo>
                                  <a:pt x="64262" y="51943"/>
                                  <a:pt x="64262" y="104013"/>
                                  <a:pt x="64262" y="155829"/>
                                </a:cubicBezTo>
                                <a:cubicBezTo>
                                  <a:pt x="64262" y="175641"/>
                                  <a:pt x="63246" y="189612"/>
                                  <a:pt x="61468" y="197993"/>
                                </a:cubicBezTo>
                                <a:cubicBezTo>
                                  <a:pt x="59563" y="206249"/>
                                  <a:pt x="55880" y="212852"/>
                                  <a:pt x="50927" y="218060"/>
                                </a:cubicBezTo>
                                <a:cubicBezTo>
                                  <a:pt x="45974" y="223266"/>
                                  <a:pt x="38481" y="225806"/>
                                  <a:pt x="29083" y="225806"/>
                                </a:cubicBezTo>
                                <a:cubicBezTo>
                                  <a:pt x="21209" y="225806"/>
                                  <a:pt x="11684" y="224028"/>
                                  <a:pt x="0" y="220599"/>
                                </a:cubicBezTo>
                                <a:cubicBezTo>
                                  <a:pt x="1905" y="205613"/>
                                  <a:pt x="4064" y="190627"/>
                                  <a:pt x="6096" y="175768"/>
                                </a:cubicBezTo>
                                <a:cubicBezTo>
                                  <a:pt x="9398" y="176912"/>
                                  <a:pt x="11684" y="177292"/>
                                  <a:pt x="13208" y="177292"/>
                                </a:cubicBezTo>
                                <a:cubicBezTo>
                                  <a:pt x="16637" y="177292"/>
                                  <a:pt x="19304" y="175514"/>
                                  <a:pt x="21082" y="171959"/>
                                </a:cubicBezTo>
                                <a:cubicBezTo>
                                  <a:pt x="22733" y="168402"/>
                                  <a:pt x="23749" y="161290"/>
                                  <a:pt x="23749" y="150495"/>
                                </a:cubicBezTo>
                                <a:cubicBezTo>
                                  <a:pt x="23749" y="100330"/>
                                  <a:pt x="23749" y="50292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095375" y="57404"/>
                            <a:ext cx="122047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167894">
                                <a:moveTo>
                                  <a:pt x="122047" y="99187"/>
                                </a:moveTo>
                                <a:cubicBezTo>
                                  <a:pt x="95123" y="99187"/>
                                  <a:pt x="68072" y="99187"/>
                                  <a:pt x="41021" y="99187"/>
                                </a:cubicBezTo>
                                <a:cubicBezTo>
                                  <a:pt x="41783" y="109093"/>
                                  <a:pt x="43561" y="116332"/>
                                  <a:pt x="46355" y="121285"/>
                                </a:cubicBezTo>
                                <a:cubicBezTo>
                                  <a:pt x="50038" y="128270"/>
                                  <a:pt x="55372" y="131699"/>
                                  <a:pt x="61595" y="131699"/>
                                </a:cubicBezTo>
                                <a:cubicBezTo>
                                  <a:pt x="65532" y="131699"/>
                                  <a:pt x="69342" y="130175"/>
                                  <a:pt x="73025" y="127127"/>
                                </a:cubicBezTo>
                                <a:cubicBezTo>
                                  <a:pt x="75057" y="125222"/>
                                  <a:pt x="77597" y="121920"/>
                                  <a:pt x="80010" y="116967"/>
                                </a:cubicBezTo>
                                <a:cubicBezTo>
                                  <a:pt x="93218" y="118999"/>
                                  <a:pt x="106553" y="120777"/>
                                  <a:pt x="119761" y="122555"/>
                                </a:cubicBezTo>
                                <a:cubicBezTo>
                                  <a:pt x="113919" y="138938"/>
                                  <a:pt x="106299" y="150241"/>
                                  <a:pt x="97790" y="157226"/>
                                </a:cubicBezTo>
                                <a:cubicBezTo>
                                  <a:pt x="89154" y="164465"/>
                                  <a:pt x="76835" y="167894"/>
                                  <a:pt x="60706" y="167894"/>
                                </a:cubicBezTo>
                                <a:cubicBezTo>
                                  <a:pt x="46736" y="167894"/>
                                  <a:pt x="35687" y="164846"/>
                                  <a:pt x="27813" y="158750"/>
                                </a:cubicBezTo>
                                <a:cubicBezTo>
                                  <a:pt x="19685" y="152781"/>
                                  <a:pt x="13081" y="143383"/>
                                  <a:pt x="7874" y="130175"/>
                                </a:cubicBezTo>
                                <a:cubicBezTo>
                                  <a:pt x="2667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34" y="38989"/>
                                  <a:pt x="15748" y="23241"/>
                                </a:cubicBezTo>
                                <a:cubicBezTo>
                                  <a:pt x="26162" y="7620"/>
                                  <a:pt x="40894" y="0"/>
                                  <a:pt x="59563" y="0"/>
                                </a:cubicBezTo>
                                <a:cubicBezTo>
                                  <a:pt x="74676" y="0"/>
                                  <a:pt x="86614" y="3429"/>
                                  <a:pt x="95250" y="10414"/>
                                </a:cubicBezTo>
                                <a:cubicBezTo>
                                  <a:pt x="104013" y="17526"/>
                                  <a:pt x="110744" y="27432"/>
                                  <a:pt x="115189" y="40640"/>
                                </a:cubicBezTo>
                                <a:cubicBezTo>
                                  <a:pt x="119761" y="53848"/>
                                  <a:pt x="122047" y="71120"/>
                                  <a:pt x="122047" y="92202"/>
                                </a:cubicBezTo>
                                <a:cubicBezTo>
                                  <a:pt x="122047" y="94488"/>
                                  <a:pt x="122047" y="96901"/>
                                  <a:pt x="122047" y="991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136523" y="93853"/>
                            <a:ext cx="39751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3274">
                                <a:moveTo>
                                  <a:pt x="39751" y="33274"/>
                                </a:moveTo>
                                <a:cubicBezTo>
                                  <a:pt x="38989" y="21336"/>
                                  <a:pt x="36830" y="12827"/>
                                  <a:pt x="33528" y="7620"/>
                                </a:cubicBezTo>
                                <a:cubicBezTo>
                                  <a:pt x="30226" y="2540"/>
                                  <a:pt x="25654" y="0"/>
                                  <a:pt x="20066" y="0"/>
                                </a:cubicBezTo>
                                <a:cubicBezTo>
                                  <a:pt x="13589" y="0"/>
                                  <a:pt x="8509" y="3937"/>
                                  <a:pt x="4699" y="11557"/>
                                </a:cubicBezTo>
                                <a:cubicBezTo>
                                  <a:pt x="2286" y="16510"/>
                                  <a:pt x="762" y="23749"/>
                                  <a:pt x="0" y="33274"/>
                                </a:cubicBezTo>
                                <a:cubicBezTo>
                                  <a:pt x="13208" y="33274"/>
                                  <a:pt x="26543" y="33274"/>
                                  <a:pt x="39751" y="332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99210" y="0"/>
                            <a:ext cx="190881" cy="28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81" h="282956">
                                <a:moveTo>
                                  <a:pt x="115697" y="77216"/>
                                </a:moveTo>
                                <a:cubicBezTo>
                                  <a:pt x="123571" y="64008"/>
                                  <a:pt x="133985" y="57404"/>
                                  <a:pt x="146431" y="57404"/>
                                </a:cubicBezTo>
                                <a:cubicBezTo>
                                  <a:pt x="160147" y="57404"/>
                                  <a:pt x="170942" y="65405"/>
                                  <a:pt x="178816" y="81280"/>
                                </a:cubicBezTo>
                                <a:cubicBezTo>
                                  <a:pt x="186817" y="97409"/>
                                  <a:pt x="190881" y="118237"/>
                                  <a:pt x="190881" y="143764"/>
                                </a:cubicBezTo>
                                <a:cubicBezTo>
                                  <a:pt x="190881" y="168529"/>
                                  <a:pt x="186817" y="188341"/>
                                  <a:pt x="178816" y="203073"/>
                                </a:cubicBezTo>
                                <a:cubicBezTo>
                                  <a:pt x="170942" y="217932"/>
                                  <a:pt x="160020" y="225298"/>
                                  <a:pt x="146304" y="225298"/>
                                </a:cubicBezTo>
                                <a:cubicBezTo>
                                  <a:pt x="133350" y="225298"/>
                                  <a:pt x="122936" y="218948"/>
                                  <a:pt x="115697" y="206122"/>
                                </a:cubicBezTo>
                                <a:cubicBezTo>
                                  <a:pt x="115697" y="231648"/>
                                  <a:pt x="115697" y="257429"/>
                                  <a:pt x="115697" y="282956"/>
                                </a:cubicBezTo>
                                <a:cubicBezTo>
                                  <a:pt x="102108" y="282956"/>
                                  <a:pt x="88646" y="282956"/>
                                  <a:pt x="75184" y="282956"/>
                                </a:cubicBezTo>
                                <a:cubicBezTo>
                                  <a:pt x="75184" y="257429"/>
                                  <a:pt x="75184" y="231902"/>
                                  <a:pt x="75184" y="206375"/>
                                </a:cubicBezTo>
                                <a:cubicBezTo>
                                  <a:pt x="66929" y="218948"/>
                                  <a:pt x="56515" y="225298"/>
                                  <a:pt x="44196" y="225298"/>
                                </a:cubicBezTo>
                                <a:cubicBezTo>
                                  <a:pt x="30734" y="225298"/>
                                  <a:pt x="19939" y="217297"/>
                                  <a:pt x="11938" y="201168"/>
                                </a:cubicBezTo>
                                <a:cubicBezTo>
                                  <a:pt x="4064" y="185293"/>
                                  <a:pt x="0" y="164465"/>
                                  <a:pt x="0" y="138811"/>
                                </a:cubicBezTo>
                                <a:cubicBezTo>
                                  <a:pt x="0" y="113919"/>
                                  <a:pt x="4064" y="94234"/>
                                  <a:pt x="11938" y="79502"/>
                                </a:cubicBezTo>
                                <a:cubicBezTo>
                                  <a:pt x="19939" y="64770"/>
                                  <a:pt x="30861" y="57404"/>
                                  <a:pt x="44450" y="57404"/>
                                </a:cubicBezTo>
                                <a:cubicBezTo>
                                  <a:pt x="57277" y="57404"/>
                                  <a:pt x="67691" y="64135"/>
                                  <a:pt x="75184" y="77851"/>
                                </a:cubicBezTo>
                                <a:cubicBezTo>
                                  <a:pt x="75184" y="51816"/>
                                  <a:pt x="75184" y="25908"/>
                                  <a:pt x="75184" y="0"/>
                                </a:cubicBezTo>
                                <a:cubicBezTo>
                                  <a:pt x="88646" y="0"/>
                                  <a:pt x="102108" y="0"/>
                                  <a:pt x="115697" y="0"/>
                                </a:cubicBezTo>
                                <a:cubicBezTo>
                                  <a:pt x="115697" y="25654"/>
                                  <a:pt x="115697" y="51435"/>
                                  <a:pt x="115697" y="772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414399" y="102870"/>
                            <a:ext cx="3517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6835">
                                <a:moveTo>
                                  <a:pt x="18669" y="76835"/>
                                </a:moveTo>
                                <a:cubicBezTo>
                                  <a:pt x="24003" y="76835"/>
                                  <a:pt x="28067" y="73533"/>
                                  <a:pt x="30988" y="66675"/>
                                </a:cubicBezTo>
                                <a:cubicBezTo>
                                  <a:pt x="33782" y="59944"/>
                                  <a:pt x="35179" y="50926"/>
                                  <a:pt x="35179" y="39624"/>
                                </a:cubicBezTo>
                                <a:cubicBezTo>
                                  <a:pt x="35179" y="13208"/>
                                  <a:pt x="29591" y="0"/>
                                  <a:pt x="18161" y="0"/>
                                </a:cubicBezTo>
                                <a:cubicBezTo>
                                  <a:pt x="13208" y="0"/>
                                  <a:pt x="8763" y="2921"/>
                                  <a:pt x="5461" y="8763"/>
                                </a:cubicBezTo>
                                <a:cubicBezTo>
                                  <a:pt x="1905" y="14477"/>
                                  <a:pt x="0" y="24511"/>
                                  <a:pt x="0" y="39115"/>
                                </a:cubicBezTo>
                                <a:cubicBezTo>
                                  <a:pt x="0" y="49784"/>
                                  <a:pt x="1651" y="58801"/>
                                  <a:pt x="4826" y="65913"/>
                                </a:cubicBezTo>
                                <a:cubicBezTo>
                                  <a:pt x="8001" y="73278"/>
                                  <a:pt x="12700" y="76835"/>
                                  <a:pt x="18669" y="7683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339596" y="102870"/>
                            <a:ext cx="3517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6835">
                                <a:moveTo>
                                  <a:pt x="17145" y="76835"/>
                                </a:moveTo>
                                <a:cubicBezTo>
                                  <a:pt x="22098" y="76835"/>
                                  <a:pt x="26416" y="74040"/>
                                  <a:pt x="29972" y="68072"/>
                                </a:cubicBezTo>
                                <a:cubicBezTo>
                                  <a:pt x="33401" y="62357"/>
                                  <a:pt x="35179" y="52197"/>
                                  <a:pt x="35179" y="37719"/>
                                </a:cubicBezTo>
                                <a:cubicBezTo>
                                  <a:pt x="35179" y="27051"/>
                                  <a:pt x="33528" y="17907"/>
                                  <a:pt x="30480" y="10795"/>
                                </a:cubicBezTo>
                                <a:cubicBezTo>
                                  <a:pt x="27305" y="3683"/>
                                  <a:pt x="22606" y="0"/>
                                  <a:pt x="16510" y="0"/>
                                </a:cubicBezTo>
                                <a:cubicBezTo>
                                  <a:pt x="11303" y="0"/>
                                  <a:pt x="7239" y="3301"/>
                                  <a:pt x="4445" y="10033"/>
                                </a:cubicBezTo>
                                <a:cubicBezTo>
                                  <a:pt x="1524" y="16890"/>
                                  <a:pt x="0" y="25781"/>
                                  <a:pt x="0" y="37084"/>
                                </a:cubicBezTo>
                                <a:cubicBezTo>
                                  <a:pt x="0" y="63626"/>
                                  <a:pt x="5715" y="76835"/>
                                  <a:pt x="17145" y="7683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504950" y="57404"/>
                            <a:ext cx="121031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67894">
                                <a:moveTo>
                                  <a:pt x="0" y="84328"/>
                                </a:moveTo>
                                <a:cubicBezTo>
                                  <a:pt x="0" y="59817"/>
                                  <a:pt x="5461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198" y="0"/>
                                </a:cubicBezTo>
                                <a:cubicBezTo>
                                  <a:pt x="81407" y="0"/>
                                  <a:pt x="97409" y="9271"/>
                                  <a:pt x="108077" y="28067"/>
                                </a:cubicBezTo>
                                <a:cubicBezTo>
                                  <a:pt x="116586" y="43053"/>
                                  <a:pt x="121031" y="61595"/>
                                  <a:pt x="121031" y="83439"/>
                                </a:cubicBezTo>
                                <a:cubicBezTo>
                                  <a:pt x="121031" y="108204"/>
                                  <a:pt x="115570" y="128270"/>
                                  <a:pt x="104902" y="144145"/>
                                </a:cubicBezTo>
                                <a:cubicBezTo>
                                  <a:pt x="94361" y="160147"/>
                                  <a:pt x="79248" y="167894"/>
                                  <a:pt x="60325" y="167894"/>
                                </a:cubicBezTo>
                                <a:cubicBezTo>
                                  <a:pt x="43307" y="167894"/>
                                  <a:pt x="29464" y="161417"/>
                                  <a:pt x="19177" y="148209"/>
                                </a:cubicBezTo>
                                <a:cubicBezTo>
                                  <a:pt x="6477" y="131826"/>
                                  <a:pt x="0" y="110744"/>
                                  <a:pt x="0" y="8432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545463" y="99822"/>
                            <a:ext cx="3987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" h="83820">
                                <a:moveTo>
                                  <a:pt x="0" y="41783"/>
                                </a:moveTo>
                                <a:cubicBezTo>
                                  <a:pt x="0" y="56262"/>
                                  <a:pt x="1905" y="66675"/>
                                  <a:pt x="5715" y="73661"/>
                                </a:cubicBezTo>
                                <a:cubicBezTo>
                                  <a:pt x="9398" y="80391"/>
                                  <a:pt x="14224" y="83820"/>
                                  <a:pt x="19939" y="83820"/>
                                </a:cubicBezTo>
                                <a:cubicBezTo>
                                  <a:pt x="25781" y="83820"/>
                                  <a:pt x="30734" y="80518"/>
                                  <a:pt x="34417" y="73661"/>
                                </a:cubicBezTo>
                                <a:cubicBezTo>
                                  <a:pt x="37973" y="66929"/>
                                  <a:pt x="39878" y="56262"/>
                                  <a:pt x="39878" y="41275"/>
                                </a:cubicBezTo>
                                <a:cubicBezTo>
                                  <a:pt x="39878" y="27305"/>
                                  <a:pt x="37973" y="16891"/>
                                  <a:pt x="34290" y="10033"/>
                                </a:cubicBezTo>
                                <a:cubicBezTo>
                                  <a:pt x="30607" y="3302"/>
                                  <a:pt x="25781" y="0"/>
                                  <a:pt x="20320" y="0"/>
                                </a:cubicBezTo>
                                <a:cubicBezTo>
                                  <a:pt x="14351" y="0"/>
                                  <a:pt x="9525" y="3302"/>
                                  <a:pt x="5715" y="10161"/>
                                </a:cubicBezTo>
                                <a:cubicBezTo>
                                  <a:pt x="1905" y="17145"/>
                                  <a:pt x="0" y="27813"/>
                                  <a:pt x="0" y="4178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645666" y="57404"/>
                            <a:ext cx="116078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25298">
                                <a:moveTo>
                                  <a:pt x="0" y="225298"/>
                                </a:moveTo>
                                <a:cubicBezTo>
                                  <a:pt x="0" y="151384"/>
                                  <a:pt x="0" y="77470"/>
                                  <a:pt x="0" y="3556"/>
                                </a:cubicBezTo>
                                <a:cubicBezTo>
                                  <a:pt x="12573" y="3556"/>
                                  <a:pt x="25273" y="3556"/>
                                  <a:pt x="37846" y="3556"/>
                                </a:cubicBezTo>
                                <a:cubicBezTo>
                                  <a:pt x="37846" y="11557"/>
                                  <a:pt x="37846" y="19431"/>
                                  <a:pt x="37846" y="27432"/>
                                </a:cubicBezTo>
                                <a:cubicBezTo>
                                  <a:pt x="43053" y="17272"/>
                                  <a:pt x="47879" y="10668"/>
                                  <a:pt x="52197" y="7112"/>
                                </a:cubicBezTo>
                                <a:cubicBezTo>
                                  <a:pt x="58039" y="2413"/>
                                  <a:pt x="64643" y="0"/>
                                  <a:pt x="71755" y="0"/>
                                </a:cubicBezTo>
                                <a:cubicBezTo>
                                  <a:pt x="85852" y="0"/>
                                  <a:pt x="97028" y="8128"/>
                                  <a:pt x="104521" y="24638"/>
                                </a:cubicBezTo>
                                <a:cubicBezTo>
                                  <a:pt x="112014" y="41148"/>
                                  <a:pt x="116078" y="61468"/>
                                  <a:pt x="116078" y="85598"/>
                                </a:cubicBezTo>
                                <a:cubicBezTo>
                                  <a:pt x="116078" y="112395"/>
                                  <a:pt x="111760" y="132588"/>
                                  <a:pt x="103505" y="146685"/>
                                </a:cubicBezTo>
                                <a:cubicBezTo>
                                  <a:pt x="95123" y="160782"/>
                                  <a:pt x="84455" y="167894"/>
                                  <a:pt x="71628" y="167894"/>
                                </a:cubicBezTo>
                                <a:cubicBezTo>
                                  <a:pt x="65278" y="167894"/>
                                  <a:pt x="59690" y="166243"/>
                                  <a:pt x="54610" y="163068"/>
                                </a:cubicBezTo>
                                <a:cubicBezTo>
                                  <a:pt x="49530" y="159766"/>
                                  <a:pt x="44831" y="155067"/>
                                  <a:pt x="40767" y="148717"/>
                                </a:cubicBezTo>
                                <a:cubicBezTo>
                                  <a:pt x="40767" y="174244"/>
                                  <a:pt x="40767" y="199644"/>
                                  <a:pt x="40767" y="225298"/>
                                </a:cubicBezTo>
                                <a:cubicBezTo>
                                  <a:pt x="27305" y="225298"/>
                                  <a:pt x="13589" y="225298"/>
                                  <a:pt x="0" y="2252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686179" y="102616"/>
                            <a:ext cx="35179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6708">
                                <a:moveTo>
                                  <a:pt x="0" y="39116"/>
                                </a:moveTo>
                                <a:cubicBezTo>
                                  <a:pt x="0" y="51816"/>
                                  <a:pt x="1905" y="61214"/>
                                  <a:pt x="5334" y="67437"/>
                                </a:cubicBezTo>
                                <a:cubicBezTo>
                                  <a:pt x="8763" y="73660"/>
                                  <a:pt x="13208" y="76708"/>
                                  <a:pt x="18542" y="76708"/>
                                </a:cubicBezTo>
                                <a:cubicBezTo>
                                  <a:pt x="23241" y="76708"/>
                                  <a:pt x="27305" y="73660"/>
                                  <a:pt x="30353" y="67818"/>
                                </a:cubicBezTo>
                                <a:cubicBezTo>
                                  <a:pt x="33528" y="61849"/>
                                  <a:pt x="35179" y="51816"/>
                                  <a:pt x="35179" y="37846"/>
                                </a:cubicBezTo>
                                <a:cubicBezTo>
                                  <a:pt x="35179" y="24765"/>
                                  <a:pt x="33401" y="15240"/>
                                  <a:pt x="30226" y="9017"/>
                                </a:cubicBezTo>
                                <a:cubicBezTo>
                                  <a:pt x="27051" y="3048"/>
                                  <a:pt x="22860" y="0"/>
                                  <a:pt x="18161" y="0"/>
                                </a:cubicBezTo>
                                <a:cubicBezTo>
                                  <a:pt x="12954" y="0"/>
                                  <a:pt x="8636" y="3048"/>
                                  <a:pt x="5080" y="9271"/>
                                </a:cubicBezTo>
                                <a:cubicBezTo>
                                  <a:pt x="1778" y="15494"/>
                                  <a:pt x="0" y="25400"/>
                                  <a:pt x="0" y="391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782572" y="60960"/>
                            <a:ext cx="14465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60655">
                                <a:moveTo>
                                  <a:pt x="144653" y="160655"/>
                                </a:moveTo>
                                <a:cubicBezTo>
                                  <a:pt x="133350" y="160655"/>
                                  <a:pt x="121920" y="160655"/>
                                  <a:pt x="110490" y="160655"/>
                                </a:cubicBezTo>
                                <a:cubicBezTo>
                                  <a:pt x="110490" y="127127"/>
                                  <a:pt x="110490" y="93473"/>
                                  <a:pt x="110490" y="59944"/>
                                </a:cubicBezTo>
                                <a:cubicBezTo>
                                  <a:pt x="102362" y="93473"/>
                                  <a:pt x="93726" y="127127"/>
                                  <a:pt x="85471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324" y="127000"/>
                                  <a:pt x="42926" y="93473"/>
                                  <a:pt x="34036" y="59944"/>
                                </a:cubicBezTo>
                                <a:cubicBezTo>
                                  <a:pt x="34036" y="93473"/>
                                  <a:pt x="34036" y="127127"/>
                                  <a:pt x="34036" y="160655"/>
                                </a:cubicBezTo>
                                <a:cubicBezTo>
                                  <a:pt x="22733" y="160655"/>
                                  <a:pt x="11303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6002" y="0"/>
                                  <a:pt x="32004" y="0"/>
                                  <a:pt x="48006" y="0"/>
                                </a:cubicBezTo>
                                <a:cubicBezTo>
                                  <a:pt x="56388" y="30988"/>
                                  <a:pt x="65151" y="61595"/>
                                  <a:pt x="73406" y="92456"/>
                                </a:cubicBezTo>
                                <a:cubicBezTo>
                                  <a:pt x="80899" y="61595"/>
                                  <a:pt x="88900" y="30862"/>
                                  <a:pt x="96393" y="0"/>
                                </a:cubicBezTo>
                                <a:cubicBezTo>
                                  <a:pt x="112522" y="0"/>
                                  <a:pt x="128651" y="0"/>
                                  <a:pt x="144653" y="0"/>
                                </a:cubicBezTo>
                                <a:cubicBezTo>
                                  <a:pt x="144653" y="53594"/>
                                  <a:pt x="144653" y="107188"/>
                                  <a:pt x="144653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954530" y="60960"/>
                            <a:ext cx="116459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" h="160655">
                                <a:moveTo>
                                  <a:pt x="116459" y="160655"/>
                                </a:moveTo>
                                <a:cubicBezTo>
                                  <a:pt x="103759" y="160655"/>
                                  <a:pt x="90932" y="160655"/>
                                  <a:pt x="78232" y="160655"/>
                                </a:cubicBezTo>
                                <a:cubicBezTo>
                                  <a:pt x="78232" y="134366"/>
                                  <a:pt x="78232" y="108077"/>
                                  <a:pt x="78232" y="81788"/>
                                </a:cubicBezTo>
                                <a:cubicBezTo>
                                  <a:pt x="65151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2827" y="0"/>
                                  <a:pt x="25527" y="0"/>
                                  <a:pt x="38354" y="0"/>
                                </a:cubicBezTo>
                                <a:cubicBezTo>
                                  <a:pt x="38354" y="26798"/>
                                  <a:pt x="38354" y="53467"/>
                                  <a:pt x="38354" y="80264"/>
                                </a:cubicBezTo>
                                <a:cubicBezTo>
                                  <a:pt x="51435" y="53340"/>
                                  <a:pt x="65151" y="26924"/>
                                  <a:pt x="78232" y="0"/>
                                </a:cubicBezTo>
                                <a:cubicBezTo>
                                  <a:pt x="90932" y="0"/>
                                  <a:pt x="103759" y="0"/>
                                  <a:pt x="116459" y="0"/>
                                </a:cubicBezTo>
                                <a:cubicBezTo>
                                  <a:pt x="116459" y="53594"/>
                                  <a:pt x="116459" y="107188"/>
                                  <a:pt x="116459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096897" y="57404"/>
                            <a:ext cx="116078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25298">
                                <a:moveTo>
                                  <a:pt x="0" y="225298"/>
                                </a:moveTo>
                                <a:cubicBezTo>
                                  <a:pt x="0" y="151384"/>
                                  <a:pt x="0" y="77470"/>
                                  <a:pt x="0" y="3556"/>
                                </a:cubicBezTo>
                                <a:cubicBezTo>
                                  <a:pt x="12700" y="3556"/>
                                  <a:pt x="25273" y="3556"/>
                                  <a:pt x="37846" y="3556"/>
                                </a:cubicBezTo>
                                <a:cubicBezTo>
                                  <a:pt x="37846" y="11557"/>
                                  <a:pt x="37846" y="19431"/>
                                  <a:pt x="37846" y="27432"/>
                                </a:cubicBezTo>
                                <a:cubicBezTo>
                                  <a:pt x="43053" y="17272"/>
                                  <a:pt x="48006" y="10668"/>
                                  <a:pt x="52324" y="7112"/>
                                </a:cubicBezTo>
                                <a:cubicBezTo>
                                  <a:pt x="58166" y="2413"/>
                                  <a:pt x="64643" y="0"/>
                                  <a:pt x="71882" y="0"/>
                                </a:cubicBezTo>
                                <a:cubicBezTo>
                                  <a:pt x="85979" y="0"/>
                                  <a:pt x="97028" y="8128"/>
                                  <a:pt x="104648" y="24638"/>
                                </a:cubicBezTo>
                                <a:cubicBezTo>
                                  <a:pt x="112141" y="41148"/>
                                  <a:pt x="116078" y="61468"/>
                                  <a:pt x="116078" y="85598"/>
                                </a:cubicBezTo>
                                <a:cubicBezTo>
                                  <a:pt x="116078" y="112395"/>
                                  <a:pt x="111760" y="132588"/>
                                  <a:pt x="103505" y="146685"/>
                                </a:cubicBezTo>
                                <a:cubicBezTo>
                                  <a:pt x="95123" y="160782"/>
                                  <a:pt x="84455" y="167894"/>
                                  <a:pt x="71628" y="167894"/>
                                </a:cubicBezTo>
                                <a:cubicBezTo>
                                  <a:pt x="65405" y="167894"/>
                                  <a:pt x="59690" y="166243"/>
                                  <a:pt x="54610" y="163068"/>
                                </a:cubicBezTo>
                                <a:cubicBezTo>
                                  <a:pt x="49530" y="159766"/>
                                  <a:pt x="44831" y="155067"/>
                                  <a:pt x="40767" y="148717"/>
                                </a:cubicBezTo>
                                <a:cubicBezTo>
                                  <a:pt x="40767" y="174244"/>
                                  <a:pt x="40767" y="199644"/>
                                  <a:pt x="40767" y="225298"/>
                                </a:cubicBezTo>
                                <a:cubicBezTo>
                                  <a:pt x="27305" y="225298"/>
                                  <a:pt x="13716" y="225298"/>
                                  <a:pt x="0" y="2252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137410" y="102616"/>
                            <a:ext cx="35179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76708">
                                <a:moveTo>
                                  <a:pt x="0" y="39116"/>
                                </a:moveTo>
                                <a:cubicBezTo>
                                  <a:pt x="0" y="51816"/>
                                  <a:pt x="1905" y="61214"/>
                                  <a:pt x="5334" y="67437"/>
                                </a:cubicBezTo>
                                <a:cubicBezTo>
                                  <a:pt x="8763" y="73660"/>
                                  <a:pt x="13335" y="76708"/>
                                  <a:pt x="18669" y="76708"/>
                                </a:cubicBezTo>
                                <a:cubicBezTo>
                                  <a:pt x="23241" y="76708"/>
                                  <a:pt x="27305" y="73660"/>
                                  <a:pt x="30353" y="67818"/>
                                </a:cubicBezTo>
                                <a:cubicBezTo>
                                  <a:pt x="33655" y="61849"/>
                                  <a:pt x="35179" y="51816"/>
                                  <a:pt x="35179" y="37846"/>
                                </a:cubicBezTo>
                                <a:cubicBezTo>
                                  <a:pt x="35179" y="24765"/>
                                  <a:pt x="33401" y="15240"/>
                                  <a:pt x="30226" y="9017"/>
                                </a:cubicBezTo>
                                <a:cubicBezTo>
                                  <a:pt x="27051" y="3048"/>
                                  <a:pt x="22860" y="0"/>
                                  <a:pt x="18161" y="0"/>
                                </a:cubicBezTo>
                                <a:cubicBezTo>
                                  <a:pt x="12954" y="0"/>
                                  <a:pt x="8636" y="3048"/>
                                  <a:pt x="5207" y="9271"/>
                                </a:cubicBezTo>
                                <a:cubicBezTo>
                                  <a:pt x="1778" y="15494"/>
                                  <a:pt x="0" y="25400"/>
                                  <a:pt x="0" y="391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27453" y="57404"/>
                            <a:ext cx="12141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67894">
                                <a:moveTo>
                                  <a:pt x="41783" y="55626"/>
                                </a:moveTo>
                                <a:cubicBezTo>
                                  <a:pt x="28956" y="53594"/>
                                  <a:pt x="16002" y="51562"/>
                                  <a:pt x="3175" y="49403"/>
                                </a:cubicBezTo>
                                <a:cubicBezTo>
                                  <a:pt x="4572" y="39243"/>
                                  <a:pt x="6731" y="30988"/>
                                  <a:pt x="9525" y="25146"/>
                                </a:cubicBezTo>
                                <a:cubicBezTo>
                                  <a:pt x="12192" y="19177"/>
                                  <a:pt x="16256" y="14351"/>
                                  <a:pt x="21336" y="9779"/>
                                </a:cubicBezTo>
                                <a:cubicBezTo>
                                  <a:pt x="25019" y="6604"/>
                                  <a:pt x="30226" y="4191"/>
                                  <a:pt x="36576" y="2540"/>
                                </a:cubicBezTo>
                                <a:cubicBezTo>
                                  <a:pt x="43053" y="889"/>
                                  <a:pt x="50165" y="0"/>
                                  <a:pt x="57658" y="0"/>
                                </a:cubicBezTo>
                                <a:cubicBezTo>
                                  <a:pt x="69850" y="0"/>
                                  <a:pt x="79502" y="1016"/>
                                  <a:pt x="86868" y="3048"/>
                                </a:cubicBezTo>
                                <a:cubicBezTo>
                                  <a:pt x="94234" y="5207"/>
                                  <a:pt x="100457" y="9398"/>
                                  <a:pt x="105156" y="16002"/>
                                </a:cubicBezTo>
                                <a:cubicBezTo>
                                  <a:pt x="108712" y="20574"/>
                                  <a:pt x="111379" y="26924"/>
                                  <a:pt x="113411" y="35306"/>
                                </a:cubicBezTo>
                                <a:cubicBezTo>
                                  <a:pt x="115316" y="43561"/>
                                  <a:pt x="116332" y="51562"/>
                                  <a:pt x="116332" y="59182"/>
                                </a:cubicBezTo>
                                <a:cubicBezTo>
                                  <a:pt x="116332" y="82677"/>
                                  <a:pt x="116332" y="106426"/>
                                  <a:pt x="116332" y="130048"/>
                                </a:cubicBezTo>
                                <a:cubicBezTo>
                                  <a:pt x="116332" y="137541"/>
                                  <a:pt x="116586" y="143510"/>
                                  <a:pt x="117348" y="147701"/>
                                </a:cubicBezTo>
                                <a:cubicBezTo>
                                  <a:pt x="117983" y="152146"/>
                                  <a:pt x="119380" y="157480"/>
                                  <a:pt x="121412" y="164211"/>
                                </a:cubicBezTo>
                                <a:cubicBezTo>
                                  <a:pt x="108839" y="164211"/>
                                  <a:pt x="96139" y="164211"/>
                                  <a:pt x="83439" y="164211"/>
                                </a:cubicBezTo>
                                <a:cubicBezTo>
                                  <a:pt x="81915" y="160147"/>
                                  <a:pt x="81026" y="156972"/>
                                  <a:pt x="80518" y="154686"/>
                                </a:cubicBezTo>
                                <a:cubicBezTo>
                                  <a:pt x="80010" y="152654"/>
                                  <a:pt x="79629" y="149225"/>
                                  <a:pt x="79121" y="144526"/>
                                </a:cubicBezTo>
                                <a:cubicBezTo>
                                  <a:pt x="73914" y="152273"/>
                                  <a:pt x="68580" y="157861"/>
                                  <a:pt x="63373" y="161163"/>
                                </a:cubicBezTo>
                                <a:cubicBezTo>
                                  <a:pt x="56134" y="165735"/>
                                  <a:pt x="47879" y="167894"/>
                                  <a:pt x="38481" y="167894"/>
                                </a:cubicBezTo>
                                <a:cubicBezTo>
                                  <a:pt x="25781" y="167894"/>
                                  <a:pt x="16256" y="163449"/>
                                  <a:pt x="9779" y="154559"/>
                                </a:cubicBezTo>
                                <a:cubicBezTo>
                                  <a:pt x="3302" y="145542"/>
                                  <a:pt x="0" y="134747"/>
                                  <a:pt x="0" y="121666"/>
                                </a:cubicBezTo>
                                <a:cubicBezTo>
                                  <a:pt x="0" y="109474"/>
                                  <a:pt x="2413" y="99568"/>
                                  <a:pt x="7112" y="91567"/>
                                </a:cubicBezTo>
                                <a:cubicBezTo>
                                  <a:pt x="11684" y="83693"/>
                                  <a:pt x="20447" y="77978"/>
                                  <a:pt x="33020" y="74168"/>
                                </a:cubicBezTo>
                                <a:cubicBezTo>
                                  <a:pt x="48260" y="69342"/>
                                  <a:pt x="58039" y="66294"/>
                                  <a:pt x="62484" y="64262"/>
                                </a:cubicBezTo>
                                <a:cubicBezTo>
                                  <a:pt x="66929" y="62357"/>
                                  <a:pt x="71882" y="60071"/>
                                  <a:pt x="76835" y="57023"/>
                                </a:cubicBezTo>
                                <a:cubicBezTo>
                                  <a:pt x="76835" y="49403"/>
                                  <a:pt x="75819" y="44196"/>
                                  <a:pt x="73787" y="41148"/>
                                </a:cubicBezTo>
                                <a:cubicBezTo>
                                  <a:pt x="71755" y="38100"/>
                                  <a:pt x="68072" y="36576"/>
                                  <a:pt x="62992" y="36576"/>
                                </a:cubicBezTo>
                                <a:cubicBezTo>
                                  <a:pt x="56261" y="36576"/>
                                  <a:pt x="51181" y="38227"/>
                                  <a:pt x="48006" y="41529"/>
                                </a:cubicBezTo>
                                <a:cubicBezTo>
                                  <a:pt x="45466" y="44069"/>
                                  <a:pt x="43434" y="48641"/>
                                  <a:pt x="41783" y="5562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267839" y="145415"/>
                            <a:ext cx="3644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 h="45720">
                                <a:moveTo>
                                  <a:pt x="36449" y="0"/>
                                </a:moveTo>
                                <a:cubicBezTo>
                                  <a:pt x="30861" y="3048"/>
                                  <a:pt x="25146" y="5715"/>
                                  <a:pt x="19050" y="8001"/>
                                </a:cubicBezTo>
                                <a:cubicBezTo>
                                  <a:pt x="10795" y="11303"/>
                                  <a:pt x="5588" y="14605"/>
                                  <a:pt x="3429" y="17907"/>
                                </a:cubicBezTo>
                                <a:cubicBezTo>
                                  <a:pt x="1270" y="21082"/>
                                  <a:pt x="0" y="25019"/>
                                  <a:pt x="0" y="29210"/>
                                </a:cubicBezTo>
                                <a:cubicBezTo>
                                  <a:pt x="0" y="34036"/>
                                  <a:pt x="1270" y="37846"/>
                                  <a:pt x="3429" y="41021"/>
                                </a:cubicBezTo>
                                <a:cubicBezTo>
                                  <a:pt x="5588" y="44196"/>
                                  <a:pt x="8890" y="45720"/>
                                  <a:pt x="13208" y="45720"/>
                                </a:cubicBezTo>
                                <a:cubicBezTo>
                                  <a:pt x="17653" y="45720"/>
                                  <a:pt x="21971" y="44069"/>
                                  <a:pt x="25908" y="40640"/>
                                </a:cubicBezTo>
                                <a:cubicBezTo>
                                  <a:pt x="29718" y="37338"/>
                                  <a:pt x="32385" y="33274"/>
                                  <a:pt x="34036" y="28448"/>
                                </a:cubicBezTo>
                                <a:cubicBezTo>
                                  <a:pt x="35687" y="23749"/>
                                  <a:pt x="36449" y="17526"/>
                                  <a:pt x="36449" y="9779"/>
                                </a:cubicBezTo>
                                <a:cubicBezTo>
                                  <a:pt x="36449" y="6477"/>
                                  <a:pt x="36449" y="3302"/>
                                  <a:pt x="364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369439" y="60960"/>
                            <a:ext cx="117729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160655">
                                <a:moveTo>
                                  <a:pt x="117729" y="160655"/>
                                </a:moveTo>
                                <a:cubicBezTo>
                                  <a:pt x="104140" y="160655"/>
                                  <a:pt x="90805" y="160655"/>
                                  <a:pt x="77216" y="160655"/>
                                </a:cubicBezTo>
                                <a:cubicBezTo>
                                  <a:pt x="77216" y="140462"/>
                                  <a:pt x="77216" y="120269"/>
                                  <a:pt x="77216" y="100076"/>
                                </a:cubicBezTo>
                                <a:cubicBezTo>
                                  <a:pt x="64897" y="100076"/>
                                  <a:pt x="52705" y="100076"/>
                                  <a:pt x="40513" y="100076"/>
                                </a:cubicBezTo>
                                <a:cubicBezTo>
                                  <a:pt x="40513" y="120269"/>
                                  <a:pt x="40513" y="140462"/>
                                  <a:pt x="40513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3462" y="0"/>
                                  <a:pt x="26924" y="0"/>
                                  <a:pt x="40513" y="0"/>
                                </a:cubicBezTo>
                                <a:cubicBezTo>
                                  <a:pt x="40513" y="18415"/>
                                  <a:pt x="40513" y="36830"/>
                                  <a:pt x="40513" y="55118"/>
                                </a:cubicBezTo>
                                <a:cubicBezTo>
                                  <a:pt x="52705" y="55118"/>
                                  <a:pt x="64897" y="55118"/>
                                  <a:pt x="77216" y="55118"/>
                                </a:cubicBezTo>
                                <a:cubicBezTo>
                                  <a:pt x="77216" y="36830"/>
                                  <a:pt x="77216" y="18415"/>
                                  <a:pt x="77216" y="0"/>
                                </a:cubicBezTo>
                                <a:cubicBezTo>
                                  <a:pt x="90805" y="0"/>
                                  <a:pt x="104140" y="0"/>
                                  <a:pt x="117729" y="0"/>
                                </a:cubicBezTo>
                                <a:cubicBezTo>
                                  <a:pt x="117729" y="53594"/>
                                  <a:pt x="117729" y="107188"/>
                                  <a:pt x="117729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580386" y="60960"/>
                            <a:ext cx="11163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60655">
                                <a:moveTo>
                                  <a:pt x="111633" y="160655"/>
                                </a:moveTo>
                                <a:cubicBezTo>
                                  <a:pt x="98171" y="160655"/>
                                  <a:pt x="84709" y="160655"/>
                                  <a:pt x="71120" y="160655"/>
                                </a:cubicBezTo>
                                <a:cubicBezTo>
                                  <a:pt x="71120" y="122048"/>
                                  <a:pt x="71120" y="83566"/>
                                  <a:pt x="71120" y="44958"/>
                                </a:cubicBezTo>
                                <a:cubicBezTo>
                                  <a:pt x="60960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37211" y="0"/>
                                  <a:pt x="74422" y="0"/>
                                  <a:pt x="111633" y="0"/>
                                </a:cubicBezTo>
                                <a:cubicBezTo>
                                  <a:pt x="111633" y="53594"/>
                                  <a:pt x="111633" y="107188"/>
                                  <a:pt x="111633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2716530" y="57404"/>
                            <a:ext cx="116205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225298">
                                <a:moveTo>
                                  <a:pt x="0" y="225298"/>
                                </a:moveTo>
                                <a:cubicBezTo>
                                  <a:pt x="0" y="151384"/>
                                  <a:pt x="0" y="77470"/>
                                  <a:pt x="0" y="3556"/>
                                </a:cubicBezTo>
                                <a:cubicBezTo>
                                  <a:pt x="12700" y="3556"/>
                                  <a:pt x="25273" y="3556"/>
                                  <a:pt x="37973" y="3556"/>
                                </a:cubicBezTo>
                                <a:cubicBezTo>
                                  <a:pt x="37973" y="11557"/>
                                  <a:pt x="37973" y="19431"/>
                                  <a:pt x="37973" y="27432"/>
                                </a:cubicBezTo>
                                <a:cubicBezTo>
                                  <a:pt x="43180" y="17272"/>
                                  <a:pt x="48006" y="10668"/>
                                  <a:pt x="52324" y="7112"/>
                                </a:cubicBezTo>
                                <a:cubicBezTo>
                                  <a:pt x="58166" y="2413"/>
                                  <a:pt x="64770" y="0"/>
                                  <a:pt x="71882" y="0"/>
                                </a:cubicBezTo>
                                <a:cubicBezTo>
                                  <a:pt x="85979" y="0"/>
                                  <a:pt x="97028" y="8128"/>
                                  <a:pt x="104648" y="24638"/>
                                </a:cubicBezTo>
                                <a:cubicBezTo>
                                  <a:pt x="112268" y="41148"/>
                                  <a:pt x="116205" y="61468"/>
                                  <a:pt x="116205" y="85598"/>
                                </a:cubicBezTo>
                                <a:cubicBezTo>
                                  <a:pt x="116205" y="112395"/>
                                  <a:pt x="111887" y="132588"/>
                                  <a:pt x="103505" y="146685"/>
                                </a:cubicBezTo>
                                <a:cubicBezTo>
                                  <a:pt x="95250" y="160782"/>
                                  <a:pt x="84455" y="167894"/>
                                  <a:pt x="71628" y="167894"/>
                                </a:cubicBezTo>
                                <a:cubicBezTo>
                                  <a:pt x="65405" y="167894"/>
                                  <a:pt x="59690" y="166243"/>
                                  <a:pt x="54610" y="163068"/>
                                </a:cubicBezTo>
                                <a:cubicBezTo>
                                  <a:pt x="49530" y="159766"/>
                                  <a:pt x="44831" y="155067"/>
                                  <a:pt x="40894" y="148717"/>
                                </a:cubicBezTo>
                                <a:cubicBezTo>
                                  <a:pt x="40894" y="174244"/>
                                  <a:pt x="40894" y="199644"/>
                                  <a:pt x="40894" y="225298"/>
                                </a:cubicBezTo>
                                <a:cubicBezTo>
                                  <a:pt x="27305" y="225298"/>
                                  <a:pt x="13716" y="225298"/>
                                  <a:pt x="0" y="2252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2757170" y="102616"/>
                            <a:ext cx="35052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708">
                                <a:moveTo>
                                  <a:pt x="0" y="39116"/>
                                </a:moveTo>
                                <a:cubicBezTo>
                                  <a:pt x="0" y="51816"/>
                                  <a:pt x="1778" y="61214"/>
                                  <a:pt x="5207" y="67437"/>
                                </a:cubicBezTo>
                                <a:cubicBezTo>
                                  <a:pt x="8636" y="73660"/>
                                  <a:pt x="13208" y="76708"/>
                                  <a:pt x="18542" y="76708"/>
                                </a:cubicBezTo>
                                <a:cubicBezTo>
                                  <a:pt x="23241" y="76708"/>
                                  <a:pt x="27178" y="73660"/>
                                  <a:pt x="30353" y="67818"/>
                                </a:cubicBezTo>
                                <a:cubicBezTo>
                                  <a:pt x="33528" y="61849"/>
                                  <a:pt x="35052" y="51816"/>
                                  <a:pt x="35052" y="37846"/>
                                </a:cubicBezTo>
                                <a:cubicBezTo>
                                  <a:pt x="35052" y="24765"/>
                                  <a:pt x="33274" y="15240"/>
                                  <a:pt x="30099" y="9017"/>
                                </a:cubicBezTo>
                                <a:cubicBezTo>
                                  <a:pt x="26924" y="3048"/>
                                  <a:pt x="22860" y="0"/>
                                  <a:pt x="18034" y="0"/>
                                </a:cubicBezTo>
                                <a:cubicBezTo>
                                  <a:pt x="12827" y="0"/>
                                  <a:pt x="8509" y="3048"/>
                                  <a:pt x="5207" y="9271"/>
                                </a:cubicBezTo>
                                <a:cubicBezTo>
                                  <a:pt x="1651" y="15494"/>
                                  <a:pt x="0" y="25400"/>
                                  <a:pt x="0" y="391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847086" y="57404"/>
                            <a:ext cx="122047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167894">
                                <a:moveTo>
                                  <a:pt x="122047" y="99187"/>
                                </a:moveTo>
                                <a:cubicBezTo>
                                  <a:pt x="94996" y="99187"/>
                                  <a:pt x="68072" y="99187"/>
                                  <a:pt x="41021" y="99187"/>
                                </a:cubicBezTo>
                                <a:cubicBezTo>
                                  <a:pt x="41656" y="109093"/>
                                  <a:pt x="43561" y="116332"/>
                                  <a:pt x="46228" y="121285"/>
                                </a:cubicBezTo>
                                <a:cubicBezTo>
                                  <a:pt x="50038" y="128270"/>
                                  <a:pt x="55245" y="131699"/>
                                  <a:pt x="61595" y="131699"/>
                                </a:cubicBezTo>
                                <a:cubicBezTo>
                                  <a:pt x="65532" y="131699"/>
                                  <a:pt x="69342" y="130175"/>
                                  <a:pt x="72898" y="127127"/>
                                </a:cubicBezTo>
                                <a:cubicBezTo>
                                  <a:pt x="75057" y="125222"/>
                                  <a:pt x="77470" y="121920"/>
                                  <a:pt x="79883" y="116967"/>
                                </a:cubicBezTo>
                                <a:cubicBezTo>
                                  <a:pt x="93218" y="118999"/>
                                  <a:pt x="106553" y="120777"/>
                                  <a:pt x="119761" y="122555"/>
                                </a:cubicBezTo>
                                <a:cubicBezTo>
                                  <a:pt x="113792" y="138938"/>
                                  <a:pt x="106299" y="150241"/>
                                  <a:pt x="97790" y="157226"/>
                                </a:cubicBezTo>
                                <a:cubicBezTo>
                                  <a:pt x="89154" y="164465"/>
                                  <a:pt x="76835" y="167894"/>
                                  <a:pt x="60706" y="167894"/>
                                </a:cubicBezTo>
                                <a:cubicBezTo>
                                  <a:pt x="46736" y="167894"/>
                                  <a:pt x="35687" y="164846"/>
                                  <a:pt x="27686" y="158750"/>
                                </a:cubicBezTo>
                                <a:cubicBezTo>
                                  <a:pt x="19685" y="152781"/>
                                  <a:pt x="13081" y="143383"/>
                                  <a:pt x="7874" y="130175"/>
                                </a:cubicBezTo>
                                <a:cubicBezTo>
                                  <a:pt x="2667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334" y="38989"/>
                                  <a:pt x="15748" y="23241"/>
                                </a:cubicBezTo>
                                <a:cubicBezTo>
                                  <a:pt x="26162" y="7620"/>
                                  <a:pt x="40894" y="0"/>
                                  <a:pt x="59563" y="0"/>
                                </a:cubicBezTo>
                                <a:cubicBezTo>
                                  <a:pt x="74549" y="0"/>
                                  <a:pt x="86614" y="3429"/>
                                  <a:pt x="95250" y="10414"/>
                                </a:cubicBezTo>
                                <a:cubicBezTo>
                                  <a:pt x="103886" y="17526"/>
                                  <a:pt x="110744" y="27432"/>
                                  <a:pt x="115189" y="40640"/>
                                </a:cubicBezTo>
                                <a:cubicBezTo>
                                  <a:pt x="119634" y="53848"/>
                                  <a:pt x="122047" y="71120"/>
                                  <a:pt x="122047" y="92202"/>
                                </a:cubicBezTo>
                                <a:cubicBezTo>
                                  <a:pt x="122047" y="94488"/>
                                  <a:pt x="122047" y="96901"/>
                                  <a:pt x="122047" y="991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888234" y="93853"/>
                            <a:ext cx="39751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3274">
                                <a:moveTo>
                                  <a:pt x="39751" y="33274"/>
                                </a:moveTo>
                                <a:cubicBezTo>
                                  <a:pt x="38989" y="21336"/>
                                  <a:pt x="36830" y="12827"/>
                                  <a:pt x="33528" y="7620"/>
                                </a:cubicBezTo>
                                <a:cubicBezTo>
                                  <a:pt x="30099" y="2540"/>
                                  <a:pt x="25527" y="0"/>
                                  <a:pt x="19939" y="0"/>
                                </a:cubicBezTo>
                                <a:cubicBezTo>
                                  <a:pt x="13589" y="0"/>
                                  <a:pt x="8509" y="3937"/>
                                  <a:pt x="4572" y="11557"/>
                                </a:cubicBezTo>
                                <a:cubicBezTo>
                                  <a:pt x="2159" y="16510"/>
                                  <a:pt x="635" y="23749"/>
                                  <a:pt x="0" y="33274"/>
                                </a:cubicBezTo>
                                <a:cubicBezTo>
                                  <a:pt x="13208" y="33274"/>
                                  <a:pt x="26543" y="33274"/>
                                  <a:pt x="39751" y="332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989072" y="60960"/>
                            <a:ext cx="1447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60655">
                                <a:moveTo>
                                  <a:pt x="144780" y="160655"/>
                                </a:moveTo>
                                <a:cubicBezTo>
                                  <a:pt x="133350" y="160655"/>
                                  <a:pt x="121920" y="160655"/>
                                  <a:pt x="110617" y="160655"/>
                                </a:cubicBezTo>
                                <a:cubicBezTo>
                                  <a:pt x="110617" y="127127"/>
                                  <a:pt x="110617" y="93473"/>
                                  <a:pt x="110617" y="59944"/>
                                </a:cubicBezTo>
                                <a:cubicBezTo>
                                  <a:pt x="102362" y="93473"/>
                                  <a:pt x="93853" y="127127"/>
                                  <a:pt x="85598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451" y="127000"/>
                                  <a:pt x="43053" y="93473"/>
                                  <a:pt x="34163" y="59944"/>
                                </a:cubicBezTo>
                                <a:cubicBezTo>
                                  <a:pt x="34163" y="93473"/>
                                  <a:pt x="34163" y="127127"/>
                                  <a:pt x="34163" y="160655"/>
                                </a:cubicBezTo>
                                <a:cubicBezTo>
                                  <a:pt x="22860" y="160655"/>
                                  <a:pt x="11430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6002" y="0"/>
                                  <a:pt x="32131" y="0"/>
                                  <a:pt x="48133" y="0"/>
                                </a:cubicBezTo>
                                <a:cubicBezTo>
                                  <a:pt x="56515" y="30988"/>
                                  <a:pt x="65151" y="61595"/>
                                  <a:pt x="73533" y="92456"/>
                                </a:cubicBezTo>
                                <a:cubicBezTo>
                                  <a:pt x="81026" y="61595"/>
                                  <a:pt x="88900" y="30862"/>
                                  <a:pt x="96520" y="0"/>
                                </a:cubicBezTo>
                                <a:cubicBezTo>
                                  <a:pt x="112649" y="0"/>
                                  <a:pt x="128651" y="0"/>
                                  <a:pt x="144780" y="0"/>
                                </a:cubicBezTo>
                                <a:cubicBezTo>
                                  <a:pt x="144780" y="53594"/>
                                  <a:pt x="144780" y="107188"/>
                                  <a:pt x="144780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3154807" y="57404"/>
                            <a:ext cx="12141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67894">
                                <a:moveTo>
                                  <a:pt x="41783" y="55626"/>
                                </a:moveTo>
                                <a:cubicBezTo>
                                  <a:pt x="28956" y="53594"/>
                                  <a:pt x="16002" y="51562"/>
                                  <a:pt x="3175" y="49403"/>
                                </a:cubicBezTo>
                                <a:cubicBezTo>
                                  <a:pt x="4572" y="39243"/>
                                  <a:pt x="6858" y="30988"/>
                                  <a:pt x="9525" y="25146"/>
                                </a:cubicBezTo>
                                <a:cubicBezTo>
                                  <a:pt x="12065" y="19177"/>
                                  <a:pt x="16256" y="14351"/>
                                  <a:pt x="21336" y="9779"/>
                                </a:cubicBezTo>
                                <a:cubicBezTo>
                                  <a:pt x="25019" y="6604"/>
                                  <a:pt x="30099" y="4191"/>
                                  <a:pt x="36703" y="2540"/>
                                </a:cubicBezTo>
                                <a:cubicBezTo>
                                  <a:pt x="43053" y="889"/>
                                  <a:pt x="50038" y="0"/>
                                  <a:pt x="57658" y="0"/>
                                </a:cubicBezTo>
                                <a:cubicBezTo>
                                  <a:pt x="69723" y="0"/>
                                  <a:pt x="79502" y="1016"/>
                                  <a:pt x="86868" y="3048"/>
                                </a:cubicBezTo>
                                <a:cubicBezTo>
                                  <a:pt x="94234" y="5207"/>
                                  <a:pt x="100457" y="9398"/>
                                  <a:pt x="105283" y="16002"/>
                                </a:cubicBezTo>
                                <a:cubicBezTo>
                                  <a:pt x="108585" y="20574"/>
                                  <a:pt x="111506" y="26924"/>
                                  <a:pt x="113411" y="35306"/>
                                </a:cubicBezTo>
                                <a:cubicBezTo>
                                  <a:pt x="115316" y="43561"/>
                                  <a:pt x="116332" y="51562"/>
                                  <a:pt x="116332" y="59182"/>
                                </a:cubicBezTo>
                                <a:cubicBezTo>
                                  <a:pt x="116332" y="82677"/>
                                  <a:pt x="116332" y="106426"/>
                                  <a:pt x="116332" y="130048"/>
                                </a:cubicBezTo>
                                <a:cubicBezTo>
                                  <a:pt x="116332" y="137541"/>
                                  <a:pt x="116713" y="143510"/>
                                  <a:pt x="117348" y="147701"/>
                                </a:cubicBezTo>
                                <a:cubicBezTo>
                                  <a:pt x="117983" y="152146"/>
                                  <a:pt x="119380" y="157480"/>
                                  <a:pt x="121412" y="164211"/>
                                </a:cubicBezTo>
                                <a:cubicBezTo>
                                  <a:pt x="108839" y="164211"/>
                                  <a:pt x="96139" y="164211"/>
                                  <a:pt x="83439" y="164211"/>
                                </a:cubicBezTo>
                                <a:cubicBezTo>
                                  <a:pt x="82042" y="160147"/>
                                  <a:pt x="81026" y="156972"/>
                                  <a:pt x="80518" y="154686"/>
                                </a:cubicBezTo>
                                <a:cubicBezTo>
                                  <a:pt x="80010" y="152654"/>
                                  <a:pt x="79629" y="149225"/>
                                  <a:pt x="79121" y="144526"/>
                                </a:cubicBezTo>
                                <a:cubicBezTo>
                                  <a:pt x="73914" y="152273"/>
                                  <a:pt x="68580" y="157861"/>
                                  <a:pt x="63373" y="161163"/>
                                </a:cubicBezTo>
                                <a:cubicBezTo>
                                  <a:pt x="56261" y="165735"/>
                                  <a:pt x="47879" y="167894"/>
                                  <a:pt x="38354" y="167894"/>
                                </a:cubicBezTo>
                                <a:cubicBezTo>
                                  <a:pt x="25908" y="167894"/>
                                  <a:pt x="16129" y="163449"/>
                                  <a:pt x="9779" y="154559"/>
                                </a:cubicBezTo>
                                <a:cubicBezTo>
                                  <a:pt x="3302" y="145542"/>
                                  <a:pt x="0" y="134747"/>
                                  <a:pt x="0" y="121666"/>
                                </a:cubicBezTo>
                                <a:cubicBezTo>
                                  <a:pt x="0" y="109474"/>
                                  <a:pt x="2413" y="99568"/>
                                  <a:pt x="6985" y="91567"/>
                                </a:cubicBezTo>
                                <a:cubicBezTo>
                                  <a:pt x="11684" y="83693"/>
                                  <a:pt x="20447" y="77978"/>
                                  <a:pt x="33020" y="74168"/>
                                </a:cubicBezTo>
                                <a:cubicBezTo>
                                  <a:pt x="48260" y="69342"/>
                                  <a:pt x="58039" y="66294"/>
                                  <a:pt x="62484" y="64262"/>
                                </a:cubicBezTo>
                                <a:cubicBezTo>
                                  <a:pt x="67056" y="62357"/>
                                  <a:pt x="71755" y="60071"/>
                                  <a:pt x="76835" y="57023"/>
                                </a:cubicBezTo>
                                <a:cubicBezTo>
                                  <a:pt x="76835" y="49403"/>
                                  <a:pt x="75819" y="44196"/>
                                  <a:pt x="73787" y="41148"/>
                                </a:cubicBezTo>
                                <a:cubicBezTo>
                                  <a:pt x="71628" y="38100"/>
                                  <a:pt x="68072" y="36576"/>
                                  <a:pt x="62865" y="36576"/>
                                </a:cubicBezTo>
                                <a:cubicBezTo>
                                  <a:pt x="56261" y="36576"/>
                                  <a:pt x="51308" y="38227"/>
                                  <a:pt x="48133" y="41529"/>
                                </a:cubicBezTo>
                                <a:cubicBezTo>
                                  <a:pt x="45466" y="44069"/>
                                  <a:pt x="43307" y="48641"/>
                                  <a:pt x="41783" y="5562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95320" y="145415"/>
                            <a:ext cx="3632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45720">
                                <a:moveTo>
                                  <a:pt x="36322" y="0"/>
                                </a:moveTo>
                                <a:cubicBezTo>
                                  <a:pt x="30861" y="3048"/>
                                  <a:pt x="25019" y="5715"/>
                                  <a:pt x="18923" y="8001"/>
                                </a:cubicBezTo>
                                <a:cubicBezTo>
                                  <a:pt x="10795" y="11303"/>
                                  <a:pt x="5588" y="14605"/>
                                  <a:pt x="3302" y="17907"/>
                                </a:cubicBezTo>
                                <a:cubicBezTo>
                                  <a:pt x="1016" y="21082"/>
                                  <a:pt x="0" y="25019"/>
                                  <a:pt x="0" y="29210"/>
                                </a:cubicBezTo>
                                <a:cubicBezTo>
                                  <a:pt x="0" y="34036"/>
                                  <a:pt x="1016" y="37846"/>
                                  <a:pt x="3302" y="41021"/>
                                </a:cubicBezTo>
                                <a:cubicBezTo>
                                  <a:pt x="5588" y="44196"/>
                                  <a:pt x="8890" y="45720"/>
                                  <a:pt x="13081" y="45720"/>
                                </a:cubicBezTo>
                                <a:cubicBezTo>
                                  <a:pt x="17526" y="45720"/>
                                  <a:pt x="21844" y="44069"/>
                                  <a:pt x="25654" y="40640"/>
                                </a:cubicBezTo>
                                <a:cubicBezTo>
                                  <a:pt x="29464" y="37338"/>
                                  <a:pt x="32258" y="33274"/>
                                  <a:pt x="33909" y="28448"/>
                                </a:cubicBezTo>
                                <a:cubicBezTo>
                                  <a:pt x="35433" y="23749"/>
                                  <a:pt x="36322" y="17526"/>
                                  <a:pt x="36322" y="9779"/>
                                </a:cubicBezTo>
                                <a:cubicBezTo>
                                  <a:pt x="36322" y="6477"/>
                                  <a:pt x="36322" y="3302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52419" y="60960"/>
                            <a:ext cx="130810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206502">
                                <a:moveTo>
                                  <a:pt x="130810" y="206502"/>
                                </a:moveTo>
                                <a:cubicBezTo>
                                  <a:pt x="121412" y="206502"/>
                                  <a:pt x="112141" y="206502"/>
                                  <a:pt x="102743" y="206502"/>
                                </a:cubicBezTo>
                                <a:cubicBezTo>
                                  <a:pt x="102743" y="191262"/>
                                  <a:pt x="102743" y="175895"/>
                                  <a:pt x="102743" y="160655"/>
                                </a:cubicBezTo>
                                <a:cubicBezTo>
                                  <a:pt x="77851" y="160655"/>
                                  <a:pt x="52959" y="160655"/>
                                  <a:pt x="28067" y="160655"/>
                                </a:cubicBezTo>
                                <a:cubicBezTo>
                                  <a:pt x="28067" y="175895"/>
                                  <a:pt x="28067" y="191262"/>
                                  <a:pt x="28067" y="206502"/>
                                </a:cubicBezTo>
                                <a:cubicBezTo>
                                  <a:pt x="18669" y="206502"/>
                                  <a:pt x="9398" y="206502"/>
                                  <a:pt x="0" y="206502"/>
                                </a:cubicBezTo>
                                <a:cubicBezTo>
                                  <a:pt x="0" y="176149"/>
                                  <a:pt x="0" y="146050"/>
                                  <a:pt x="0" y="115698"/>
                                </a:cubicBezTo>
                                <a:cubicBezTo>
                                  <a:pt x="3429" y="115698"/>
                                  <a:pt x="6858" y="115698"/>
                                  <a:pt x="10160" y="115698"/>
                                </a:cubicBezTo>
                                <a:cubicBezTo>
                                  <a:pt x="17526" y="95631"/>
                                  <a:pt x="21336" y="69215"/>
                                  <a:pt x="21336" y="36576"/>
                                </a:cubicBezTo>
                                <a:cubicBezTo>
                                  <a:pt x="21336" y="24385"/>
                                  <a:pt x="21336" y="12192"/>
                                  <a:pt x="21336" y="0"/>
                                </a:cubicBezTo>
                                <a:cubicBezTo>
                                  <a:pt x="54102" y="0"/>
                                  <a:pt x="86868" y="0"/>
                                  <a:pt x="119634" y="0"/>
                                </a:cubicBezTo>
                                <a:cubicBezTo>
                                  <a:pt x="119634" y="38608"/>
                                  <a:pt x="119634" y="77216"/>
                                  <a:pt x="119634" y="115698"/>
                                </a:cubicBezTo>
                                <a:cubicBezTo>
                                  <a:pt x="123317" y="115698"/>
                                  <a:pt x="127000" y="115698"/>
                                  <a:pt x="130810" y="115698"/>
                                </a:cubicBezTo>
                                <a:cubicBezTo>
                                  <a:pt x="130810" y="146050"/>
                                  <a:pt x="130810" y="176149"/>
                                  <a:pt x="130810" y="20650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3402711" y="105918"/>
                            <a:ext cx="28829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70739">
                                <a:moveTo>
                                  <a:pt x="28829" y="70739"/>
                                </a:moveTo>
                                <a:cubicBezTo>
                                  <a:pt x="28829" y="47244"/>
                                  <a:pt x="28829" y="23622"/>
                                  <a:pt x="28829" y="0"/>
                                </a:cubicBezTo>
                                <a:cubicBezTo>
                                  <a:pt x="22352" y="0"/>
                                  <a:pt x="15875" y="0"/>
                                  <a:pt x="9525" y="0"/>
                                </a:cubicBezTo>
                                <a:cubicBezTo>
                                  <a:pt x="9525" y="762"/>
                                  <a:pt x="9525" y="1397"/>
                                  <a:pt x="9525" y="2032"/>
                                </a:cubicBezTo>
                                <a:cubicBezTo>
                                  <a:pt x="9525" y="24257"/>
                                  <a:pt x="6223" y="47244"/>
                                  <a:pt x="0" y="70739"/>
                                </a:cubicBezTo>
                                <a:cubicBezTo>
                                  <a:pt x="9525" y="70739"/>
                                  <a:pt x="19177" y="70739"/>
                                  <a:pt x="28829" y="707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3492881" y="57404"/>
                            <a:ext cx="121158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67894">
                                <a:moveTo>
                                  <a:pt x="0" y="84328"/>
                                </a:move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325" y="0"/>
                                </a:cubicBezTo>
                                <a:cubicBezTo>
                                  <a:pt x="81407" y="0"/>
                                  <a:pt x="97536" y="9271"/>
                                  <a:pt x="108077" y="28067"/>
                                </a:cubicBezTo>
                                <a:cubicBezTo>
                                  <a:pt x="116586" y="43053"/>
                                  <a:pt x="121158" y="61595"/>
                                  <a:pt x="121158" y="83439"/>
                                </a:cubicBezTo>
                                <a:cubicBezTo>
                                  <a:pt x="121158" y="108204"/>
                                  <a:pt x="115570" y="128270"/>
                                  <a:pt x="105029" y="144145"/>
                                </a:cubicBezTo>
                                <a:cubicBezTo>
                                  <a:pt x="94361" y="160147"/>
                                  <a:pt x="79248" y="167894"/>
                                  <a:pt x="60325" y="167894"/>
                                </a:cubicBezTo>
                                <a:cubicBezTo>
                                  <a:pt x="43307" y="167894"/>
                                  <a:pt x="29591" y="161417"/>
                                  <a:pt x="19304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3533394" y="99822"/>
                            <a:ext cx="4000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83820">
                                <a:moveTo>
                                  <a:pt x="0" y="41783"/>
                                </a:moveTo>
                                <a:cubicBezTo>
                                  <a:pt x="0" y="56262"/>
                                  <a:pt x="1905" y="66675"/>
                                  <a:pt x="5715" y="73661"/>
                                </a:cubicBezTo>
                                <a:cubicBezTo>
                                  <a:pt x="9525" y="80391"/>
                                  <a:pt x="14224" y="83820"/>
                                  <a:pt x="20066" y="83820"/>
                                </a:cubicBezTo>
                                <a:cubicBezTo>
                                  <a:pt x="25908" y="83820"/>
                                  <a:pt x="30734" y="80518"/>
                                  <a:pt x="34544" y="73661"/>
                                </a:cubicBezTo>
                                <a:cubicBezTo>
                                  <a:pt x="38100" y="66929"/>
                                  <a:pt x="40005" y="56262"/>
                                  <a:pt x="40005" y="41275"/>
                                </a:cubicBezTo>
                                <a:cubicBezTo>
                                  <a:pt x="40005" y="27305"/>
                                  <a:pt x="38100" y="16891"/>
                                  <a:pt x="34417" y="10033"/>
                                </a:cubicBezTo>
                                <a:cubicBezTo>
                                  <a:pt x="30607" y="3302"/>
                                  <a:pt x="25908" y="0"/>
                                  <a:pt x="20447" y="0"/>
                                </a:cubicBezTo>
                                <a:cubicBezTo>
                                  <a:pt x="14478" y="0"/>
                                  <a:pt x="9652" y="3302"/>
                                  <a:pt x="5715" y="10161"/>
                                </a:cubicBezTo>
                                <a:cubicBezTo>
                                  <a:pt x="1905" y="17145"/>
                                  <a:pt x="0" y="27813"/>
                                  <a:pt x="0" y="4178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28644" y="57404"/>
                            <a:ext cx="121920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67894">
                                <a:moveTo>
                                  <a:pt x="83439" y="101346"/>
                                </a:moveTo>
                                <a:cubicBezTo>
                                  <a:pt x="96266" y="103632"/>
                                  <a:pt x="109093" y="105664"/>
                                  <a:pt x="121920" y="107950"/>
                                </a:cubicBezTo>
                                <a:cubicBezTo>
                                  <a:pt x="119761" y="120269"/>
                                  <a:pt x="116205" y="130683"/>
                                  <a:pt x="111506" y="139573"/>
                                </a:cubicBezTo>
                                <a:cubicBezTo>
                                  <a:pt x="106680" y="148463"/>
                                  <a:pt x="100457" y="155321"/>
                                  <a:pt x="92964" y="160528"/>
                                </a:cubicBezTo>
                                <a:cubicBezTo>
                                  <a:pt x="85471" y="165481"/>
                                  <a:pt x="75946" y="167894"/>
                                  <a:pt x="64262" y="167894"/>
                                </a:cubicBezTo>
                                <a:cubicBezTo>
                                  <a:pt x="53086" y="167894"/>
                                  <a:pt x="43815" y="166370"/>
                                  <a:pt x="36322" y="163068"/>
                                </a:cubicBezTo>
                                <a:cubicBezTo>
                                  <a:pt x="28956" y="159893"/>
                                  <a:pt x="22479" y="154940"/>
                                  <a:pt x="17145" y="147701"/>
                                </a:cubicBezTo>
                                <a:cubicBezTo>
                                  <a:pt x="11811" y="140589"/>
                                  <a:pt x="7620" y="132334"/>
                                  <a:pt x="4572" y="122809"/>
                                </a:cubicBezTo>
                                <a:cubicBezTo>
                                  <a:pt x="1524" y="113284"/>
                                  <a:pt x="0" y="100584"/>
                                  <a:pt x="0" y="84582"/>
                                </a:cubicBezTo>
                                <a:cubicBezTo>
                                  <a:pt x="0" y="68199"/>
                                  <a:pt x="1905" y="54483"/>
                                  <a:pt x="5588" y="43434"/>
                                </a:cubicBezTo>
                                <a:cubicBezTo>
                                  <a:pt x="8128" y="35306"/>
                                  <a:pt x="12065" y="28194"/>
                                  <a:pt x="16637" y="21590"/>
                                </a:cubicBezTo>
                                <a:cubicBezTo>
                                  <a:pt x="21336" y="15240"/>
                                  <a:pt x="26289" y="10668"/>
                                  <a:pt x="31115" y="7493"/>
                                </a:cubicBezTo>
                                <a:cubicBezTo>
                                  <a:pt x="38989" y="2286"/>
                                  <a:pt x="49149" y="0"/>
                                  <a:pt x="61468" y="0"/>
                                </a:cubicBezTo>
                                <a:cubicBezTo>
                                  <a:pt x="78613" y="0"/>
                                  <a:pt x="91948" y="4572"/>
                                  <a:pt x="100838" y="13970"/>
                                </a:cubicBezTo>
                                <a:cubicBezTo>
                                  <a:pt x="109728" y="23495"/>
                                  <a:pt x="116205" y="37211"/>
                                  <a:pt x="119761" y="55245"/>
                                </a:cubicBezTo>
                                <a:cubicBezTo>
                                  <a:pt x="107188" y="57785"/>
                                  <a:pt x="94488" y="60325"/>
                                  <a:pt x="81788" y="62865"/>
                                </a:cubicBezTo>
                                <a:cubicBezTo>
                                  <a:pt x="80645" y="56134"/>
                                  <a:pt x="78359" y="50800"/>
                                  <a:pt x="75311" y="47371"/>
                                </a:cubicBezTo>
                                <a:cubicBezTo>
                                  <a:pt x="72136" y="43815"/>
                                  <a:pt x="67818" y="42164"/>
                                  <a:pt x="62611" y="42164"/>
                                </a:cubicBezTo>
                                <a:cubicBezTo>
                                  <a:pt x="56007" y="42164"/>
                                  <a:pt x="50419" y="45720"/>
                                  <a:pt x="46482" y="53086"/>
                                </a:cubicBezTo>
                                <a:cubicBezTo>
                                  <a:pt x="42291" y="60452"/>
                                  <a:pt x="40259" y="71501"/>
                                  <a:pt x="40259" y="86360"/>
                                </a:cubicBezTo>
                                <a:cubicBezTo>
                                  <a:pt x="40259" y="99441"/>
                                  <a:pt x="42291" y="109474"/>
                                  <a:pt x="46355" y="116332"/>
                                </a:cubicBezTo>
                                <a:cubicBezTo>
                                  <a:pt x="50419" y="123190"/>
                                  <a:pt x="55626" y="126492"/>
                                  <a:pt x="61976" y="126492"/>
                                </a:cubicBezTo>
                                <a:cubicBezTo>
                                  <a:pt x="67310" y="126492"/>
                                  <a:pt x="71755" y="124460"/>
                                  <a:pt x="75438" y="120396"/>
                                </a:cubicBezTo>
                                <a:cubicBezTo>
                                  <a:pt x="78867" y="116332"/>
                                  <a:pt x="81788" y="109982"/>
                                  <a:pt x="83439" y="10134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758819" y="60960"/>
                            <a:ext cx="99187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160655">
                                <a:moveTo>
                                  <a:pt x="99187" y="44958"/>
                                </a:moveTo>
                                <a:cubicBezTo>
                                  <a:pt x="89281" y="44958"/>
                                  <a:pt x="79629" y="44958"/>
                                  <a:pt x="69850" y="44958"/>
                                </a:cubicBezTo>
                                <a:cubicBezTo>
                                  <a:pt x="69850" y="83566"/>
                                  <a:pt x="69850" y="122048"/>
                                  <a:pt x="69850" y="160655"/>
                                </a:cubicBezTo>
                                <a:cubicBezTo>
                                  <a:pt x="56261" y="160655"/>
                                  <a:pt x="42926" y="160655"/>
                                  <a:pt x="29337" y="160655"/>
                                </a:cubicBezTo>
                                <a:cubicBezTo>
                                  <a:pt x="29337" y="122048"/>
                                  <a:pt x="29337" y="83566"/>
                                  <a:pt x="29337" y="44958"/>
                                </a:cubicBezTo>
                                <a:cubicBezTo>
                                  <a:pt x="19558" y="44958"/>
                                  <a:pt x="9906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ubicBezTo>
                                  <a:pt x="33147" y="0"/>
                                  <a:pt x="66167" y="0"/>
                                  <a:pt x="99187" y="0"/>
                                </a:cubicBezTo>
                                <a:cubicBezTo>
                                  <a:pt x="99187" y="14987"/>
                                  <a:pt x="99187" y="30099"/>
                                  <a:pt x="99187" y="4495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60800" y="60960"/>
                            <a:ext cx="124333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225806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8321" y="0"/>
                                  <a:pt x="42545" y="0"/>
                                </a:cubicBezTo>
                                <a:cubicBezTo>
                                  <a:pt x="49657" y="35687"/>
                                  <a:pt x="57150" y="71248"/>
                                  <a:pt x="64262" y="106935"/>
                                </a:cubicBezTo>
                                <a:cubicBezTo>
                                  <a:pt x="70866" y="71248"/>
                                  <a:pt x="77851" y="35687"/>
                                  <a:pt x="84455" y="0"/>
                                </a:cubicBezTo>
                                <a:cubicBezTo>
                                  <a:pt x="97790" y="0"/>
                                  <a:pt x="110998" y="0"/>
                                  <a:pt x="124333" y="0"/>
                                </a:cubicBezTo>
                                <a:cubicBezTo>
                                  <a:pt x="110617" y="57277"/>
                                  <a:pt x="96139" y="114427"/>
                                  <a:pt x="82550" y="171704"/>
                                </a:cubicBezTo>
                                <a:cubicBezTo>
                                  <a:pt x="77724" y="191262"/>
                                  <a:pt x="72771" y="204470"/>
                                  <a:pt x="67818" y="211328"/>
                                </a:cubicBezTo>
                                <a:cubicBezTo>
                                  <a:pt x="60960" y="220980"/>
                                  <a:pt x="50165" y="225806"/>
                                  <a:pt x="35814" y="225806"/>
                                </a:cubicBezTo>
                                <a:cubicBezTo>
                                  <a:pt x="29845" y="225806"/>
                                  <a:pt x="21082" y="224663"/>
                                  <a:pt x="8763" y="222250"/>
                                </a:cubicBezTo>
                                <a:cubicBezTo>
                                  <a:pt x="7747" y="207899"/>
                                  <a:pt x="6731" y="193549"/>
                                  <a:pt x="5715" y="179198"/>
                                </a:cubicBezTo>
                                <a:cubicBezTo>
                                  <a:pt x="11430" y="182118"/>
                                  <a:pt x="17907" y="183515"/>
                                  <a:pt x="25019" y="183515"/>
                                </a:cubicBezTo>
                                <a:cubicBezTo>
                                  <a:pt x="29845" y="183515"/>
                                  <a:pt x="33782" y="181864"/>
                                  <a:pt x="36703" y="178436"/>
                                </a:cubicBezTo>
                                <a:cubicBezTo>
                                  <a:pt x="39497" y="175134"/>
                                  <a:pt x="42037" y="169291"/>
                                  <a:pt x="44196" y="160655"/>
                                </a:cubicBezTo>
                                <a:cubicBezTo>
                                  <a:pt x="29718" y="107062"/>
                                  <a:pt x="14478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996182" y="60960"/>
                            <a:ext cx="11163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60655">
                                <a:moveTo>
                                  <a:pt x="111633" y="160655"/>
                                </a:moveTo>
                                <a:cubicBezTo>
                                  <a:pt x="98171" y="160655"/>
                                  <a:pt x="84709" y="160655"/>
                                  <a:pt x="71120" y="160655"/>
                                </a:cubicBezTo>
                                <a:cubicBezTo>
                                  <a:pt x="71120" y="122048"/>
                                  <a:pt x="71120" y="83566"/>
                                  <a:pt x="71120" y="44958"/>
                                </a:cubicBezTo>
                                <a:cubicBezTo>
                                  <a:pt x="60960" y="44958"/>
                                  <a:pt x="50673" y="44958"/>
                                  <a:pt x="40386" y="44958"/>
                                </a:cubicBezTo>
                                <a:cubicBezTo>
                                  <a:pt x="40386" y="83566"/>
                                  <a:pt x="40386" y="122048"/>
                                  <a:pt x="40386" y="160655"/>
                                </a:cubicBezTo>
                                <a:cubicBezTo>
                                  <a:pt x="26924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37211" y="0"/>
                                  <a:pt x="74422" y="0"/>
                                  <a:pt x="111633" y="0"/>
                                </a:cubicBezTo>
                                <a:cubicBezTo>
                                  <a:pt x="111633" y="53594"/>
                                  <a:pt x="111633" y="107188"/>
                                  <a:pt x="111633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4133596" y="60960"/>
                            <a:ext cx="117856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160655">
                                <a:moveTo>
                                  <a:pt x="117856" y="160655"/>
                                </a:moveTo>
                                <a:cubicBezTo>
                                  <a:pt x="104267" y="160655"/>
                                  <a:pt x="90678" y="160655"/>
                                  <a:pt x="77216" y="160655"/>
                                </a:cubicBezTo>
                                <a:cubicBezTo>
                                  <a:pt x="77216" y="140462"/>
                                  <a:pt x="77216" y="120269"/>
                                  <a:pt x="77216" y="100076"/>
                                </a:cubicBezTo>
                                <a:cubicBezTo>
                                  <a:pt x="65024" y="100076"/>
                                  <a:pt x="52705" y="100076"/>
                                  <a:pt x="40513" y="100076"/>
                                </a:cubicBezTo>
                                <a:cubicBezTo>
                                  <a:pt x="40513" y="120269"/>
                                  <a:pt x="40513" y="140462"/>
                                  <a:pt x="40513" y="160655"/>
                                </a:cubicBezTo>
                                <a:cubicBezTo>
                                  <a:pt x="27051" y="160655"/>
                                  <a:pt x="13462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3462" y="0"/>
                                  <a:pt x="27051" y="0"/>
                                  <a:pt x="40513" y="0"/>
                                </a:cubicBezTo>
                                <a:cubicBezTo>
                                  <a:pt x="40513" y="18415"/>
                                  <a:pt x="40513" y="36830"/>
                                  <a:pt x="40513" y="55118"/>
                                </a:cubicBezTo>
                                <a:cubicBezTo>
                                  <a:pt x="52705" y="55118"/>
                                  <a:pt x="65024" y="55118"/>
                                  <a:pt x="77216" y="55118"/>
                                </a:cubicBezTo>
                                <a:cubicBezTo>
                                  <a:pt x="77216" y="36830"/>
                                  <a:pt x="77216" y="18415"/>
                                  <a:pt x="77216" y="0"/>
                                </a:cubicBezTo>
                                <a:cubicBezTo>
                                  <a:pt x="90678" y="0"/>
                                  <a:pt x="104267" y="0"/>
                                  <a:pt x="117856" y="0"/>
                                </a:cubicBezTo>
                                <a:cubicBezTo>
                                  <a:pt x="117856" y="53594"/>
                                  <a:pt x="117856" y="107188"/>
                                  <a:pt x="117856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4272280" y="57404"/>
                            <a:ext cx="121031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67894">
                                <a:moveTo>
                                  <a:pt x="0" y="84328"/>
                                </a:moveTo>
                                <a:cubicBezTo>
                                  <a:pt x="0" y="59817"/>
                                  <a:pt x="5588" y="39751"/>
                                  <a:pt x="16256" y="23749"/>
                                </a:cubicBezTo>
                                <a:cubicBezTo>
                                  <a:pt x="26924" y="7874"/>
                                  <a:pt x="41783" y="0"/>
                                  <a:pt x="60198" y="0"/>
                                </a:cubicBezTo>
                                <a:cubicBezTo>
                                  <a:pt x="81407" y="0"/>
                                  <a:pt x="97409" y="9271"/>
                                  <a:pt x="108077" y="28067"/>
                                </a:cubicBezTo>
                                <a:cubicBezTo>
                                  <a:pt x="116586" y="43053"/>
                                  <a:pt x="121031" y="61595"/>
                                  <a:pt x="121031" y="83439"/>
                                </a:cubicBezTo>
                                <a:cubicBezTo>
                                  <a:pt x="121031" y="108204"/>
                                  <a:pt x="115570" y="128270"/>
                                  <a:pt x="105029" y="144145"/>
                                </a:cubicBezTo>
                                <a:cubicBezTo>
                                  <a:pt x="94234" y="160147"/>
                                  <a:pt x="79248" y="167894"/>
                                  <a:pt x="60198" y="167894"/>
                                </a:cubicBezTo>
                                <a:cubicBezTo>
                                  <a:pt x="43307" y="167894"/>
                                  <a:pt x="29464" y="161417"/>
                                  <a:pt x="19177" y="148209"/>
                                </a:cubicBezTo>
                                <a:cubicBezTo>
                                  <a:pt x="6604" y="131826"/>
                                  <a:pt x="0" y="110744"/>
                                  <a:pt x="0" y="8432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4312666" y="99822"/>
                            <a:ext cx="4013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 h="83820">
                                <a:moveTo>
                                  <a:pt x="0" y="41783"/>
                                </a:moveTo>
                                <a:cubicBezTo>
                                  <a:pt x="0" y="56262"/>
                                  <a:pt x="2032" y="66675"/>
                                  <a:pt x="5842" y="73661"/>
                                </a:cubicBezTo>
                                <a:cubicBezTo>
                                  <a:pt x="9525" y="80391"/>
                                  <a:pt x="14351" y="83820"/>
                                  <a:pt x="20193" y="83820"/>
                                </a:cubicBezTo>
                                <a:cubicBezTo>
                                  <a:pt x="26035" y="83820"/>
                                  <a:pt x="30734" y="80518"/>
                                  <a:pt x="34544" y="73661"/>
                                </a:cubicBezTo>
                                <a:cubicBezTo>
                                  <a:pt x="38100" y="66929"/>
                                  <a:pt x="40132" y="56262"/>
                                  <a:pt x="40132" y="41275"/>
                                </a:cubicBezTo>
                                <a:cubicBezTo>
                                  <a:pt x="40132" y="27305"/>
                                  <a:pt x="38100" y="16891"/>
                                  <a:pt x="34417" y="10033"/>
                                </a:cubicBezTo>
                                <a:cubicBezTo>
                                  <a:pt x="30607" y="3302"/>
                                  <a:pt x="26035" y="0"/>
                                  <a:pt x="20447" y="0"/>
                                </a:cubicBezTo>
                                <a:cubicBezTo>
                                  <a:pt x="14605" y="0"/>
                                  <a:pt x="9652" y="3302"/>
                                  <a:pt x="5842" y="10161"/>
                                </a:cubicBezTo>
                                <a:cubicBezTo>
                                  <a:pt x="2032" y="17145"/>
                                  <a:pt x="0" y="27813"/>
                                  <a:pt x="0" y="4178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4414266" y="60960"/>
                            <a:ext cx="144653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60655">
                                <a:moveTo>
                                  <a:pt x="144653" y="160655"/>
                                </a:moveTo>
                                <a:cubicBezTo>
                                  <a:pt x="133350" y="160655"/>
                                  <a:pt x="121920" y="160655"/>
                                  <a:pt x="110490" y="160655"/>
                                </a:cubicBezTo>
                                <a:cubicBezTo>
                                  <a:pt x="110490" y="127127"/>
                                  <a:pt x="110490" y="93473"/>
                                  <a:pt x="110490" y="59944"/>
                                </a:cubicBezTo>
                                <a:cubicBezTo>
                                  <a:pt x="102362" y="93473"/>
                                  <a:pt x="93726" y="127127"/>
                                  <a:pt x="85471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214" y="160655"/>
                                </a:cubicBezTo>
                                <a:cubicBezTo>
                                  <a:pt x="52324" y="127000"/>
                                  <a:pt x="42926" y="93473"/>
                                  <a:pt x="34036" y="59944"/>
                                </a:cubicBezTo>
                                <a:cubicBezTo>
                                  <a:pt x="34036" y="93473"/>
                                  <a:pt x="34036" y="127127"/>
                                  <a:pt x="34036" y="160655"/>
                                </a:cubicBezTo>
                                <a:cubicBezTo>
                                  <a:pt x="22733" y="160655"/>
                                  <a:pt x="11303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6002" y="0"/>
                                  <a:pt x="32004" y="0"/>
                                  <a:pt x="48133" y="0"/>
                                </a:cubicBezTo>
                                <a:cubicBezTo>
                                  <a:pt x="56388" y="30988"/>
                                  <a:pt x="65024" y="61595"/>
                                  <a:pt x="73406" y="92456"/>
                                </a:cubicBezTo>
                                <a:cubicBezTo>
                                  <a:pt x="80899" y="61595"/>
                                  <a:pt x="88900" y="30862"/>
                                  <a:pt x="96520" y="0"/>
                                </a:cubicBezTo>
                                <a:cubicBezTo>
                                  <a:pt x="112522" y="0"/>
                                  <a:pt x="128524" y="0"/>
                                  <a:pt x="144653" y="0"/>
                                </a:cubicBezTo>
                                <a:cubicBezTo>
                                  <a:pt x="144653" y="53594"/>
                                  <a:pt x="144653" y="107188"/>
                                  <a:pt x="144653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4654043" y="60960"/>
                            <a:ext cx="1447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60655">
                                <a:moveTo>
                                  <a:pt x="144780" y="160655"/>
                                </a:moveTo>
                                <a:cubicBezTo>
                                  <a:pt x="133350" y="160655"/>
                                  <a:pt x="122047" y="160655"/>
                                  <a:pt x="110617" y="160655"/>
                                </a:cubicBezTo>
                                <a:cubicBezTo>
                                  <a:pt x="110617" y="127127"/>
                                  <a:pt x="110617" y="93473"/>
                                  <a:pt x="110617" y="59944"/>
                                </a:cubicBezTo>
                                <a:cubicBezTo>
                                  <a:pt x="102489" y="93473"/>
                                  <a:pt x="93853" y="127127"/>
                                  <a:pt x="85598" y="160655"/>
                                </a:cubicBezTo>
                                <a:cubicBezTo>
                                  <a:pt x="77470" y="160655"/>
                                  <a:pt x="69342" y="160655"/>
                                  <a:pt x="61341" y="160655"/>
                                </a:cubicBezTo>
                                <a:cubicBezTo>
                                  <a:pt x="52451" y="127000"/>
                                  <a:pt x="43053" y="93473"/>
                                  <a:pt x="34163" y="59944"/>
                                </a:cubicBezTo>
                                <a:cubicBezTo>
                                  <a:pt x="34163" y="93473"/>
                                  <a:pt x="34163" y="127127"/>
                                  <a:pt x="34163" y="160655"/>
                                </a:cubicBezTo>
                                <a:cubicBezTo>
                                  <a:pt x="22860" y="160655"/>
                                  <a:pt x="11430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6129" y="0"/>
                                  <a:pt x="32131" y="0"/>
                                  <a:pt x="48133" y="0"/>
                                </a:cubicBezTo>
                                <a:cubicBezTo>
                                  <a:pt x="56515" y="30988"/>
                                  <a:pt x="65278" y="61595"/>
                                  <a:pt x="73533" y="92456"/>
                                </a:cubicBezTo>
                                <a:cubicBezTo>
                                  <a:pt x="81026" y="61595"/>
                                  <a:pt x="89027" y="30862"/>
                                  <a:pt x="96520" y="0"/>
                                </a:cubicBezTo>
                                <a:cubicBezTo>
                                  <a:pt x="112649" y="0"/>
                                  <a:pt x="128778" y="0"/>
                                  <a:pt x="144780" y="0"/>
                                </a:cubicBezTo>
                                <a:cubicBezTo>
                                  <a:pt x="144780" y="53594"/>
                                  <a:pt x="144780" y="107188"/>
                                  <a:pt x="144780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4819777" y="57404"/>
                            <a:ext cx="12141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67894">
                                <a:moveTo>
                                  <a:pt x="41910" y="55626"/>
                                </a:moveTo>
                                <a:cubicBezTo>
                                  <a:pt x="28956" y="53594"/>
                                  <a:pt x="16002" y="51562"/>
                                  <a:pt x="3175" y="49403"/>
                                </a:cubicBezTo>
                                <a:cubicBezTo>
                                  <a:pt x="4572" y="39243"/>
                                  <a:pt x="6858" y="30988"/>
                                  <a:pt x="9525" y="25146"/>
                                </a:cubicBezTo>
                                <a:cubicBezTo>
                                  <a:pt x="12192" y="19177"/>
                                  <a:pt x="16256" y="14351"/>
                                  <a:pt x="21336" y="9779"/>
                                </a:cubicBezTo>
                                <a:cubicBezTo>
                                  <a:pt x="25019" y="6604"/>
                                  <a:pt x="30226" y="4191"/>
                                  <a:pt x="36703" y="2540"/>
                                </a:cubicBezTo>
                                <a:cubicBezTo>
                                  <a:pt x="43180" y="889"/>
                                  <a:pt x="50165" y="0"/>
                                  <a:pt x="57658" y="0"/>
                                </a:cubicBezTo>
                                <a:cubicBezTo>
                                  <a:pt x="69850" y="0"/>
                                  <a:pt x="79502" y="1016"/>
                                  <a:pt x="86868" y="3048"/>
                                </a:cubicBezTo>
                                <a:cubicBezTo>
                                  <a:pt x="94234" y="5207"/>
                                  <a:pt x="100457" y="9398"/>
                                  <a:pt x="105283" y="16002"/>
                                </a:cubicBezTo>
                                <a:cubicBezTo>
                                  <a:pt x="108712" y="20574"/>
                                  <a:pt x="111506" y="26924"/>
                                  <a:pt x="113411" y="35306"/>
                                </a:cubicBezTo>
                                <a:cubicBezTo>
                                  <a:pt x="115316" y="43561"/>
                                  <a:pt x="116459" y="51562"/>
                                  <a:pt x="116459" y="59182"/>
                                </a:cubicBezTo>
                                <a:cubicBezTo>
                                  <a:pt x="116459" y="82677"/>
                                  <a:pt x="116459" y="106426"/>
                                  <a:pt x="116459" y="130048"/>
                                </a:cubicBezTo>
                                <a:cubicBezTo>
                                  <a:pt x="116459" y="137541"/>
                                  <a:pt x="116713" y="143510"/>
                                  <a:pt x="117475" y="147701"/>
                                </a:cubicBezTo>
                                <a:cubicBezTo>
                                  <a:pt x="117983" y="152146"/>
                                  <a:pt x="119380" y="157480"/>
                                  <a:pt x="121412" y="164211"/>
                                </a:cubicBezTo>
                                <a:cubicBezTo>
                                  <a:pt x="108839" y="164211"/>
                                  <a:pt x="96139" y="164211"/>
                                  <a:pt x="83439" y="164211"/>
                                </a:cubicBezTo>
                                <a:cubicBezTo>
                                  <a:pt x="82042" y="160147"/>
                                  <a:pt x="81026" y="156972"/>
                                  <a:pt x="80518" y="154686"/>
                                </a:cubicBezTo>
                                <a:cubicBezTo>
                                  <a:pt x="80137" y="152654"/>
                                  <a:pt x="79629" y="149225"/>
                                  <a:pt x="79121" y="144526"/>
                                </a:cubicBezTo>
                                <a:cubicBezTo>
                                  <a:pt x="73914" y="152273"/>
                                  <a:pt x="68580" y="157861"/>
                                  <a:pt x="63373" y="161163"/>
                                </a:cubicBezTo>
                                <a:cubicBezTo>
                                  <a:pt x="56261" y="165735"/>
                                  <a:pt x="47879" y="167894"/>
                                  <a:pt x="38481" y="167894"/>
                                </a:cubicBezTo>
                                <a:cubicBezTo>
                                  <a:pt x="25908" y="167894"/>
                                  <a:pt x="16256" y="163449"/>
                                  <a:pt x="9779" y="154559"/>
                                </a:cubicBezTo>
                                <a:cubicBezTo>
                                  <a:pt x="3302" y="145542"/>
                                  <a:pt x="0" y="134747"/>
                                  <a:pt x="0" y="121666"/>
                                </a:cubicBezTo>
                                <a:cubicBezTo>
                                  <a:pt x="0" y="109474"/>
                                  <a:pt x="2413" y="99568"/>
                                  <a:pt x="7112" y="91567"/>
                                </a:cubicBezTo>
                                <a:cubicBezTo>
                                  <a:pt x="11684" y="83693"/>
                                  <a:pt x="20447" y="77978"/>
                                  <a:pt x="33020" y="74168"/>
                                </a:cubicBezTo>
                                <a:cubicBezTo>
                                  <a:pt x="48260" y="69342"/>
                                  <a:pt x="58166" y="66294"/>
                                  <a:pt x="62484" y="64262"/>
                                </a:cubicBezTo>
                                <a:cubicBezTo>
                                  <a:pt x="67056" y="62357"/>
                                  <a:pt x="71882" y="60071"/>
                                  <a:pt x="76835" y="57023"/>
                                </a:cubicBezTo>
                                <a:cubicBezTo>
                                  <a:pt x="76835" y="49403"/>
                                  <a:pt x="75946" y="44196"/>
                                  <a:pt x="73787" y="41148"/>
                                </a:cubicBezTo>
                                <a:cubicBezTo>
                                  <a:pt x="71755" y="38100"/>
                                  <a:pt x="68072" y="36576"/>
                                  <a:pt x="62992" y="36576"/>
                                </a:cubicBezTo>
                                <a:cubicBezTo>
                                  <a:pt x="56261" y="36576"/>
                                  <a:pt x="51308" y="38227"/>
                                  <a:pt x="48133" y="41529"/>
                                </a:cubicBezTo>
                                <a:cubicBezTo>
                                  <a:pt x="45466" y="44069"/>
                                  <a:pt x="43434" y="48641"/>
                                  <a:pt x="41910" y="5562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4860290" y="145415"/>
                            <a:ext cx="3632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45720">
                                <a:moveTo>
                                  <a:pt x="36322" y="0"/>
                                </a:moveTo>
                                <a:cubicBezTo>
                                  <a:pt x="30861" y="3048"/>
                                  <a:pt x="25019" y="5715"/>
                                  <a:pt x="19050" y="8001"/>
                                </a:cubicBezTo>
                                <a:cubicBezTo>
                                  <a:pt x="10795" y="11303"/>
                                  <a:pt x="5588" y="14605"/>
                                  <a:pt x="3302" y="17907"/>
                                </a:cubicBezTo>
                                <a:cubicBezTo>
                                  <a:pt x="1143" y="21082"/>
                                  <a:pt x="0" y="25019"/>
                                  <a:pt x="0" y="29210"/>
                                </a:cubicBezTo>
                                <a:cubicBezTo>
                                  <a:pt x="0" y="34036"/>
                                  <a:pt x="1143" y="37846"/>
                                  <a:pt x="3302" y="41021"/>
                                </a:cubicBezTo>
                                <a:cubicBezTo>
                                  <a:pt x="5588" y="44196"/>
                                  <a:pt x="8890" y="45720"/>
                                  <a:pt x="13208" y="45720"/>
                                </a:cubicBezTo>
                                <a:cubicBezTo>
                                  <a:pt x="17653" y="45720"/>
                                  <a:pt x="21971" y="44069"/>
                                  <a:pt x="25781" y="40640"/>
                                </a:cubicBezTo>
                                <a:cubicBezTo>
                                  <a:pt x="29591" y="37338"/>
                                  <a:pt x="32385" y="33274"/>
                                  <a:pt x="34036" y="28448"/>
                                </a:cubicBezTo>
                                <a:cubicBezTo>
                                  <a:pt x="35560" y="23749"/>
                                  <a:pt x="36322" y="17526"/>
                                  <a:pt x="36322" y="9779"/>
                                </a:cubicBezTo>
                                <a:cubicBezTo>
                                  <a:pt x="36322" y="6477"/>
                                  <a:pt x="36322" y="3302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4950206" y="60960"/>
                            <a:ext cx="9906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60655">
                                <a:moveTo>
                                  <a:pt x="99060" y="44958"/>
                                </a:moveTo>
                                <a:cubicBezTo>
                                  <a:pt x="89281" y="44958"/>
                                  <a:pt x="79502" y="44958"/>
                                  <a:pt x="69723" y="44958"/>
                                </a:cubicBezTo>
                                <a:cubicBezTo>
                                  <a:pt x="69723" y="83566"/>
                                  <a:pt x="69723" y="122048"/>
                                  <a:pt x="69723" y="160655"/>
                                </a:cubicBezTo>
                                <a:cubicBezTo>
                                  <a:pt x="56261" y="160655"/>
                                  <a:pt x="42799" y="160655"/>
                                  <a:pt x="29210" y="160655"/>
                                </a:cubicBezTo>
                                <a:cubicBezTo>
                                  <a:pt x="29210" y="122048"/>
                                  <a:pt x="29210" y="83566"/>
                                  <a:pt x="29210" y="44958"/>
                                </a:cubicBezTo>
                                <a:cubicBezTo>
                                  <a:pt x="19431" y="44958"/>
                                  <a:pt x="9652" y="44958"/>
                                  <a:pt x="0" y="44958"/>
                                </a:cubicBezTo>
                                <a:cubicBezTo>
                                  <a:pt x="0" y="30099"/>
                                  <a:pt x="0" y="14987"/>
                                  <a:pt x="0" y="0"/>
                                </a:cubicBezTo>
                                <a:cubicBezTo>
                                  <a:pt x="33020" y="0"/>
                                  <a:pt x="66040" y="0"/>
                                  <a:pt x="99060" y="0"/>
                                </a:cubicBezTo>
                                <a:cubicBezTo>
                                  <a:pt x="99060" y="14987"/>
                                  <a:pt x="99060" y="30099"/>
                                  <a:pt x="99060" y="4495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5058538" y="57404"/>
                            <a:ext cx="122174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" h="167894">
                                <a:moveTo>
                                  <a:pt x="122174" y="99187"/>
                                </a:moveTo>
                                <a:cubicBezTo>
                                  <a:pt x="95123" y="99187"/>
                                  <a:pt x="68199" y="99187"/>
                                  <a:pt x="41148" y="99187"/>
                                </a:cubicBezTo>
                                <a:cubicBezTo>
                                  <a:pt x="41910" y="109093"/>
                                  <a:pt x="43688" y="116332"/>
                                  <a:pt x="46482" y="121285"/>
                                </a:cubicBezTo>
                                <a:cubicBezTo>
                                  <a:pt x="50292" y="128270"/>
                                  <a:pt x="55499" y="131699"/>
                                  <a:pt x="61722" y="131699"/>
                                </a:cubicBezTo>
                                <a:cubicBezTo>
                                  <a:pt x="65659" y="131699"/>
                                  <a:pt x="69469" y="130175"/>
                                  <a:pt x="73025" y="127127"/>
                                </a:cubicBezTo>
                                <a:cubicBezTo>
                                  <a:pt x="75184" y="125222"/>
                                  <a:pt x="77597" y="121920"/>
                                  <a:pt x="80137" y="116967"/>
                                </a:cubicBezTo>
                                <a:cubicBezTo>
                                  <a:pt x="93345" y="118999"/>
                                  <a:pt x="106680" y="120777"/>
                                  <a:pt x="119888" y="122555"/>
                                </a:cubicBezTo>
                                <a:cubicBezTo>
                                  <a:pt x="113919" y="138938"/>
                                  <a:pt x="106426" y="150241"/>
                                  <a:pt x="97790" y="157226"/>
                                </a:cubicBezTo>
                                <a:cubicBezTo>
                                  <a:pt x="89281" y="164465"/>
                                  <a:pt x="76835" y="167894"/>
                                  <a:pt x="60833" y="167894"/>
                                </a:cubicBezTo>
                                <a:cubicBezTo>
                                  <a:pt x="46736" y="167894"/>
                                  <a:pt x="35814" y="164846"/>
                                  <a:pt x="27813" y="158750"/>
                                </a:cubicBezTo>
                                <a:cubicBezTo>
                                  <a:pt x="19939" y="152781"/>
                                  <a:pt x="13081" y="143383"/>
                                  <a:pt x="8001" y="130175"/>
                                </a:cubicBezTo>
                                <a:cubicBezTo>
                                  <a:pt x="2794" y="117094"/>
                                  <a:pt x="0" y="101981"/>
                                  <a:pt x="0" y="84201"/>
                                </a:cubicBezTo>
                                <a:cubicBezTo>
                                  <a:pt x="0" y="59182"/>
                                  <a:pt x="5461" y="38989"/>
                                  <a:pt x="16002" y="23241"/>
                                </a:cubicBezTo>
                                <a:cubicBezTo>
                                  <a:pt x="26289" y="7620"/>
                                  <a:pt x="41021" y="0"/>
                                  <a:pt x="59563" y="0"/>
                                </a:cubicBezTo>
                                <a:cubicBezTo>
                                  <a:pt x="74676" y="0"/>
                                  <a:pt x="86614" y="3429"/>
                                  <a:pt x="95377" y="10414"/>
                                </a:cubicBezTo>
                                <a:cubicBezTo>
                                  <a:pt x="104013" y="17526"/>
                                  <a:pt x="110871" y="27432"/>
                                  <a:pt x="115316" y="40640"/>
                                </a:cubicBezTo>
                                <a:cubicBezTo>
                                  <a:pt x="119761" y="53848"/>
                                  <a:pt x="122174" y="71120"/>
                                  <a:pt x="122174" y="92202"/>
                                </a:cubicBezTo>
                                <a:cubicBezTo>
                                  <a:pt x="122174" y="94488"/>
                                  <a:pt x="122174" y="96901"/>
                                  <a:pt x="122174" y="991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5099813" y="93853"/>
                            <a:ext cx="39878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" h="33274">
                                <a:moveTo>
                                  <a:pt x="39878" y="33274"/>
                                </a:moveTo>
                                <a:cubicBezTo>
                                  <a:pt x="38989" y="21336"/>
                                  <a:pt x="36957" y="12827"/>
                                  <a:pt x="33528" y="7620"/>
                                </a:cubicBezTo>
                                <a:cubicBezTo>
                                  <a:pt x="30099" y="2540"/>
                                  <a:pt x="25527" y="0"/>
                                  <a:pt x="20066" y="0"/>
                                </a:cubicBezTo>
                                <a:cubicBezTo>
                                  <a:pt x="13589" y="0"/>
                                  <a:pt x="8382" y="3937"/>
                                  <a:pt x="4572" y="11557"/>
                                </a:cubicBezTo>
                                <a:cubicBezTo>
                                  <a:pt x="2286" y="16510"/>
                                  <a:pt x="635" y="23749"/>
                                  <a:pt x="0" y="33274"/>
                                </a:cubicBezTo>
                                <a:cubicBezTo>
                                  <a:pt x="13335" y="33274"/>
                                  <a:pt x="26543" y="33274"/>
                                  <a:pt x="39878" y="332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5199507" y="57404"/>
                            <a:ext cx="116078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25298">
                                <a:moveTo>
                                  <a:pt x="0" y="225298"/>
                                </a:moveTo>
                                <a:cubicBezTo>
                                  <a:pt x="0" y="151384"/>
                                  <a:pt x="0" y="77470"/>
                                  <a:pt x="0" y="3556"/>
                                </a:cubicBezTo>
                                <a:cubicBezTo>
                                  <a:pt x="12573" y="3556"/>
                                  <a:pt x="25146" y="3556"/>
                                  <a:pt x="37846" y="3556"/>
                                </a:cubicBezTo>
                                <a:cubicBezTo>
                                  <a:pt x="37846" y="11557"/>
                                  <a:pt x="37846" y="19431"/>
                                  <a:pt x="37846" y="27432"/>
                                </a:cubicBezTo>
                                <a:cubicBezTo>
                                  <a:pt x="42926" y="17272"/>
                                  <a:pt x="47879" y="10668"/>
                                  <a:pt x="52197" y="7112"/>
                                </a:cubicBezTo>
                                <a:cubicBezTo>
                                  <a:pt x="58039" y="2413"/>
                                  <a:pt x="64643" y="0"/>
                                  <a:pt x="71755" y="0"/>
                                </a:cubicBezTo>
                                <a:cubicBezTo>
                                  <a:pt x="85852" y="0"/>
                                  <a:pt x="96901" y="8128"/>
                                  <a:pt x="104521" y="24638"/>
                                </a:cubicBezTo>
                                <a:cubicBezTo>
                                  <a:pt x="112014" y="41148"/>
                                  <a:pt x="116078" y="61468"/>
                                  <a:pt x="116078" y="85598"/>
                                </a:cubicBezTo>
                                <a:cubicBezTo>
                                  <a:pt x="116078" y="112395"/>
                                  <a:pt x="111760" y="132588"/>
                                  <a:pt x="103378" y="146685"/>
                                </a:cubicBezTo>
                                <a:cubicBezTo>
                                  <a:pt x="95123" y="160782"/>
                                  <a:pt x="84328" y="167894"/>
                                  <a:pt x="71628" y="167894"/>
                                </a:cubicBezTo>
                                <a:cubicBezTo>
                                  <a:pt x="65278" y="167894"/>
                                  <a:pt x="59563" y="166243"/>
                                  <a:pt x="54610" y="163068"/>
                                </a:cubicBezTo>
                                <a:cubicBezTo>
                                  <a:pt x="49403" y="159766"/>
                                  <a:pt x="44831" y="155067"/>
                                  <a:pt x="40767" y="148717"/>
                                </a:cubicBezTo>
                                <a:cubicBezTo>
                                  <a:pt x="40767" y="174244"/>
                                  <a:pt x="40767" y="199644"/>
                                  <a:pt x="40767" y="225298"/>
                                </a:cubicBezTo>
                                <a:cubicBezTo>
                                  <a:pt x="27178" y="225298"/>
                                  <a:pt x="13589" y="225298"/>
                                  <a:pt x="0" y="22529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5240020" y="102616"/>
                            <a:ext cx="35052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708">
                                <a:moveTo>
                                  <a:pt x="0" y="39116"/>
                                </a:moveTo>
                                <a:cubicBezTo>
                                  <a:pt x="0" y="51816"/>
                                  <a:pt x="1778" y="61214"/>
                                  <a:pt x="5207" y="67437"/>
                                </a:cubicBezTo>
                                <a:cubicBezTo>
                                  <a:pt x="8636" y="73660"/>
                                  <a:pt x="13081" y="76708"/>
                                  <a:pt x="18542" y="76708"/>
                                </a:cubicBezTo>
                                <a:cubicBezTo>
                                  <a:pt x="23241" y="76708"/>
                                  <a:pt x="27178" y="73660"/>
                                  <a:pt x="30353" y="67818"/>
                                </a:cubicBezTo>
                                <a:cubicBezTo>
                                  <a:pt x="33401" y="61849"/>
                                  <a:pt x="35052" y="51816"/>
                                  <a:pt x="35052" y="37846"/>
                                </a:cubicBezTo>
                                <a:cubicBezTo>
                                  <a:pt x="35052" y="24765"/>
                                  <a:pt x="33401" y="15240"/>
                                  <a:pt x="30099" y="9017"/>
                                </a:cubicBezTo>
                                <a:cubicBezTo>
                                  <a:pt x="26924" y="3048"/>
                                  <a:pt x="22860" y="0"/>
                                  <a:pt x="18034" y="0"/>
                                </a:cubicBezTo>
                                <a:cubicBezTo>
                                  <a:pt x="12827" y="0"/>
                                  <a:pt x="8509" y="3048"/>
                                  <a:pt x="5080" y="9271"/>
                                </a:cubicBezTo>
                                <a:cubicBezTo>
                                  <a:pt x="1651" y="15494"/>
                                  <a:pt x="0" y="25400"/>
                                  <a:pt x="0" y="391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36286" y="60960"/>
                            <a:ext cx="11633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160655">
                                <a:moveTo>
                                  <a:pt x="116332" y="160655"/>
                                </a:moveTo>
                                <a:cubicBezTo>
                                  <a:pt x="103632" y="160655"/>
                                  <a:pt x="90805" y="160655"/>
                                  <a:pt x="78105" y="160655"/>
                                </a:cubicBezTo>
                                <a:cubicBezTo>
                                  <a:pt x="78105" y="134366"/>
                                  <a:pt x="78105" y="108077"/>
                                  <a:pt x="78105" y="81788"/>
                                </a:cubicBezTo>
                                <a:cubicBezTo>
                                  <a:pt x="65151" y="108204"/>
                                  <a:pt x="51435" y="134239"/>
                                  <a:pt x="38481" y="160655"/>
                                </a:cubicBezTo>
                                <a:cubicBezTo>
                                  <a:pt x="25654" y="160655"/>
                                  <a:pt x="12827" y="160655"/>
                                  <a:pt x="0" y="160655"/>
                                </a:cubicBezTo>
                                <a:cubicBezTo>
                                  <a:pt x="0" y="107188"/>
                                  <a:pt x="0" y="53594"/>
                                  <a:pt x="0" y="0"/>
                                </a:cubicBezTo>
                                <a:cubicBezTo>
                                  <a:pt x="12700" y="0"/>
                                  <a:pt x="25400" y="0"/>
                                  <a:pt x="38227" y="0"/>
                                </a:cubicBezTo>
                                <a:cubicBezTo>
                                  <a:pt x="38227" y="26798"/>
                                  <a:pt x="38227" y="53467"/>
                                  <a:pt x="38227" y="80264"/>
                                </a:cubicBezTo>
                                <a:cubicBezTo>
                                  <a:pt x="51308" y="53340"/>
                                  <a:pt x="65151" y="26924"/>
                                  <a:pt x="78232" y="0"/>
                                </a:cubicBezTo>
                                <a:cubicBezTo>
                                  <a:pt x="90932" y="0"/>
                                  <a:pt x="103632" y="0"/>
                                  <a:pt x="116332" y="0"/>
                                </a:cubicBezTo>
                                <a:cubicBezTo>
                                  <a:pt x="116332" y="53594"/>
                                  <a:pt x="116332" y="107188"/>
                                  <a:pt x="116332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5480050" y="0"/>
                            <a:ext cx="4051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42291">
                                <a:moveTo>
                                  <a:pt x="0" y="0"/>
                                </a:moveTo>
                                <a:cubicBezTo>
                                  <a:pt x="13462" y="0"/>
                                  <a:pt x="27051" y="0"/>
                                  <a:pt x="40513" y="0"/>
                                </a:cubicBezTo>
                                <a:cubicBezTo>
                                  <a:pt x="40513" y="14097"/>
                                  <a:pt x="40513" y="28194"/>
                                  <a:pt x="40513" y="42291"/>
                                </a:cubicBezTo>
                                <a:cubicBezTo>
                                  <a:pt x="27051" y="42291"/>
                                  <a:pt x="13462" y="42291"/>
                                  <a:pt x="0" y="42291"/>
                                </a:cubicBezTo>
                                <a:cubicBezTo>
                                  <a:pt x="0" y="28194"/>
                                  <a:pt x="0" y="140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5456301" y="60960"/>
                            <a:ext cx="64262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225806">
                                <a:moveTo>
                                  <a:pt x="23749" y="0"/>
                                </a:moveTo>
                                <a:cubicBezTo>
                                  <a:pt x="37211" y="0"/>
                                  <a:pt x="50800" y="0"/>
                                  <a:pt x="64262" y="0"/>
                                </a:cubicBezTo>
                                <a:cubicBezTo>
                                  <a:pt x="64262" y="51943"/>
                                  <a:pt x="64262" y="104013"/>
                                  <a:pt x="64262" y="155829"/>
                                </a:cubicBezTo>
                                <a:cubicBezTo>
                                  <a:pt x="64262" y="175641"/>
                                  <a:pt x="63372" y="189612"/>
                                  <a:pt x="61468" y="197993"/>
                                </a:cubicBezTo>
                                <a:cubicBezTo>
                                  <a:pt x="59690" y="206249"/>
                                  <a:pt x="56007" y="212852"/>
                                  <a:pt x="50927" y="218060"/>
                                </a:cubicBezTo>
                                <a:cubicBezTo>
                                  <a:pt x="45974" y="223266"/>
                                  <a:pt x="38481" y="225806"/>
                                  <a:pt x="29083" y="225806"/>
                                </a:cubicBezTo>
                                <a:cubicBezTo>
                                  <a:pt x="21209" y="225806"/>
                                  <a:pt x="11684" y="224028"/>
                                  <a:pt x="0" y="220599"/>
                                </a:cubicBezTo>
                                <a:cubicBezTo>
                                  <a:pt x="2032" y="205613"/>
                                  <a:pt x="4191" y="190627"/>
                                  <a:pt x="6096" y="175768"/>
                                </a:cubicBezTo>
                                <a:cubicBezTo>
                                  <a:pt x="9397" y="176912"/>
                                  <a:pt x="11684" y="177292"/>
                                  <a:pt x="13335" y="177292"/>
                                </a:cubicBezTo>
                                <a:cubicBezTo>
                                  <a:pt x="16637" y="177292"/>
                                  <a:pt x="19304" y="175514"/>
                                  <a:pt x="21082" y="171959"/>
                                </a:cubicBezTo>
                                <a:cubicBezTo>
                                  <a:pt x="22860" y="168402"/>
                                  <a:pt x="23749" y="161290"/>
                                  <a:pt x="23749" y="150495"/>
                                </a:cubicBezTo>
                                <a:cubicBezTo>
                                  <a:pt x="23749" y="100330"/>
                                  <a:pt x="23749" y="50292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41264" y="57404"/>
                            <a:ext cx="121412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67894">
                                <a:moveTo>
                                  <a:pt x="41783" y="55626"/>
                                </a:moveTo>
                                <a:cubicBezTo>
                                  <a:pt x="28829" y="53594"/>
                                  <a:pt x="16002" y="51562"/>
                                  <a:pt x="3175" y="49403"/>
                                </a:cubicBezTo>
                                <a:cubicBezTo>
                                  <a:pt x="4573" y="39243"/>
                                  <a:pt x="6731" y="30988"/>
                                  <a:pt x="9525" y="25146"/>
                                </a:cubicBezTo>
                                <a:cubicBezTo>
                                  <a:pt x="12065" y="19177"/>
                                  <a:pt x="16256" y="14351"/>
                                  <a:pt x="21336" y="9779"/>
                                </a:cubicBezTo>
                                <a:cubicBezTo>
                                  <a:pt x="24892" y="6604"/>
                                  <a:pt x="30099" y="4191"/>
                                  <a:pt x="36576" y="2540"/>
                                </a:cubicBezTo>
                                <a:cubicBezTo>
                                  <a:pt x="43053" y="889"/>
                                  <a:pt x="50038" y="0"/>
                                  <a:pt x="57658" y="0"/>
                                </a:cubicBezTo>
                                <a:cubicBezTo>
                                  <a:pt x="69723" y="0"/>
                                  <a:pt x="79502" y="1016"/>
                                  <a:pt x="86868" y="3048"/>
                                </a:cubicBezTo>
                                <a:cubicBezTo>
                                  <a:pt x="94235" y="5207"/>
                                  <a:pt x="100457" y="9398"/>
                                  <a:pt x="105284" y="16002"/>
                                </a:cubicBezTo>
                                <a:cubicBezTo>
                                  <a:pt x="108585" y="20574"/>
                                  <a:pt x="111379" y="26924"/>
                                  <a:pt x="113411" y="35306"/>
                                </a:cubicBezTo>
                                <a:cubicBezTo>
                                  <a:pt x="115316" y="43561"/>
                                  <a:pt x="116332" y="51562"/>
                                  <a:pt x="116332" y="59182"/>
                                </a:cubicBezTo>
                                <a:cubicBezTo>
                                  <a:pt x="116332" y="82677"/>
                                  <a:pt x="116332" y="106426"/>
                                  <a:pt x="116332" y="130048"/>
                                </a:cubicBezTo>
                                <a:cubicBezTo>
                                  <a:pt x="116332" y="137541"/>
                                  <a:pt x="116713" y="143510"/>
                                  <a:pt x="117348" y="147701"/>
                                </a:cubicBezTo>
                                <a:cubicBezTo>
                                  <a:pt x="117984" y="152146"/>
                                  <a:pt x="119380" y="157480"/>
                                  <a:pt x="121412" y="164211"/>
                                </a:cubicBezTo>
                                <a:cubicBezTo>
                                  <a:pt x="108712" y="164211"/>
                                  <a:pt x="96139" y="164211"/>
                                  <a:pt x="83439" y="164211"/>
                                </a:cubicBezTo>
                                <a:cubicBezTo>
                                  <a:pt x="82042" y="160147"/>
                                  <a:pt x="81026" y="156972"/>
                                  <a:pt x="80391" y="154686"/>
                                </a:cubicBezTo>
                                <a:cubicBezTo>
                                  <a:pt x="80010" y="152654"/>
                                  <a:pt x="79629" y="149225"/>
                                  <a:pt x="79122" y="144526"/>
                                </a:cubicBezTo>
                                <a:cubicBezTo>
                                  <a:pt x="73914" y="152273"/>
                                  <a:pt x="68580" y="157861"/>
                                  <a:pt x="63373" y="161163"/>
                                </a:cubicBezTo>
                                <a:cubicBezTo>
                                  <a:pt x="56261" y="165735"/>
                                  <a:pt x="47752" y="167894"/>
                                  <a:pt x="38354" y="167894"/>
                                </a:cubicBezTo>
                                <a:cubicBezTo>
                                  <a:pt x="25781" y="167894"/>
                                  <a:pt x="16129" y="163449"/>
                                  <a:pt x="9779" y="154559"/>
                                </a:cubicBezTo>
                                <a:cubicBezTo>
                                  <a:pt x="3302" y="145542"/>
                                  <a:pt x="0" y="134747"/>
                                  <a:pt x="0" y="121666"/>
                                </a:cubicBezTo>
                                <a:cubicBezTo>
                                  <a:pt x="0" y="109474"/>
                                  <a:pt x="2413" y="99568"/>
                                  <a:pt x="6985" y="91567"/>
                                </a:cubicBezTo>
                                <a:cubicBezTo>
                                  <a:pt x="11557" y="83693"/>
                                  <a:pt x="20448" y="77978"/>
                                  <a:pt x="33020" y="74168"/>
                                </a:cubicBezTo>
                                <a:cubicBezTo>
                                  <a:pt x="48133" y="69342"/>
                                  <a:pt x="58039" y="66294"/>
                                  <a:pt x="62485" y="64262"/>
                                </a:cubicBezTo>
                                <a:cubicBezTo>
                                  <a:pt x="67056" y="62357"/>
                                  <a:pt x="71755" y="60071"/>
                                  <a:pt x="76835" y="57023"/>
                                </a:cubicBezTo>
                                <a:cubicBezTo>
                                  <a:pt x="76835" y="49403"/>
                                  <a:pt x="75819" y="44196"/>
                                  <a:pt x="73787" y="41148"/>
                                </a:cubicBezTo>
                                <a:cubicBezTo>
                                  <a:pt x="71628" y="38100"/>
                                  <a:pt x="68073" y="36576"/>
                                  <a:pt x="62865" y="36576"/>
                                </a:cubicBezTo>
                                <a:cubicBezTo>
                                  <a:pt x="56261" y="36576"/>
                                  <a:pt x="51308" y="38227"/>
                                  <a:pt x="48133" y="41529"/>
                                </a:cubicBezTo>
                                <a:cubicBezTo>
                                  <a:pt x="45466" y="44069"/>
                                  <a:pt x="43307" y="48641"/>
                                  <a:pt x="41783" y="5562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5581777" y="145415"/>
                            <a:ext cx="3632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45720">
                                <a:moveTo>
                                  <a:pt x="36322" y="0"/>
                                </a:moveTo>
                                <a:cubicBezTo>
                                  <a:pt x="30735" y="3048"/>
                                  <a:pt x="24892" y="5715"/>
                                  <a:pt x="18923" y="8001"/>
                                </a:cubicBezTo>
                                <a:cubicBezTo>
                                  <a:pt x="10795" y="11303"/>
                                  <a:pt x="5461" y="14605"/>
                                  <a:pt x="3302" y="17907"/>
                                </a:cubicBezTo>
                                <a:cubicBezTo>
                                  <a:pt x="1016" y="21082"/>
                                  <a:pt x="0" y="25019"/>
                                  <a:pt x="0" y="29210"/>
                                </a:cubicBezTo>
                                <a:cubicBezTo>
                                  <a:pt x="0" y="34036"/>
                                  <a:pt x="1016" y="37846"/>
                                  <a:pt x="3302" y="41021"/>
                                </a:cubicBezTo>
                                <a:cubicBezTo>
                                  <a:pt x="5461" y="44196"/>
                                  <a:pt x="8890" y="45720"/>
                                  <a:pt x="13081" y="45720"/>
                                </a:cubicBezTo>
                                <a:cubicBezTo>
                                  <a:pt x="17526" y="45720"/>
                                  <a:pt x="21844" y="44069"/>
                                  <a:pt x="25654" y="40640"/>
                                </a:cubicBezTo>
                                <a:cubicBezTo>
                                  <a:pt x="29464" y="37338"/>
                                  <a:pt x="32258" y="33274"/>
                                  <a:pt x="33910" y="28448"/>
                                </a:cubicBezTo>
                                <a:cubicBezTo>
                                  <a:pt x="35433" y="23749"/>
                                  <a:pt x="36322" y="17526"/>
                                  <a:pt x="36322" y="9779"/>
                                </a:cubicBezTo>
                                <a:cubicBezTo>
                                  <a:pt x="36322" y="6477"/>
                                  <a:pt x="36322" y="3302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5672328" y="60960"/>
                            <a:ext cx="130556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5354">
                                <a:moveTo>
                                  <a:pt x="130556" y="160655"/>
                                </a:moveTo>
                                <a:cubicBezTo>
                                  <a:pt x="117221" y="160655"/>
                                  <a:pt x="103759" y="160655"/>
                                  <a:pt x="90297" y="160655"/>
                                </a:cubicBezTo>
                                <a:cubicBezTo>
                                  <a:pt x="90297" y="122048"/>
                                  <a:pt x="90297" y="83566"/>
                                  <a:pt x="90297" y="44958"/>
                                </a:cubicBezTo>
                                <a:cubicBezTo>
                                  <a:pt x="80010" y="44958"/>
                                  <a:pt x="69723" y="44958"/>
                                  <a:pt x="59563" y="44958"/>
                                </a:cubicBezTo>
                                <a:cubicBezTo>
                                  <a:pt x="59563" y="67437"/>
                                  <a:pt x="59563" y="89916"/>
                                  <a:pt x="59563" y="112523"/>
                                </a:cubicBezTo>
                                <a:cubicBezTo>
                                  <a:pt x="59563" y="130429"/>
                                  <a:pt x="57023" y="143637"/>
                                  <a:pt x="52451" y="152400"/>
                                </a:cubicBezTo>
                                <a:cubicBezTo>
                                  <a:pt x="47625" y="161037"/>
                                  <a:pt x="40259" y="165354"/>
                                  <a:pt x="30226" y="165354"/>
                                </a:cubicBezTo>
                                <a:cubicBezTo>
                                  <a:pt x="19050" y="165354"/>
                                  <a:pt x="8890" y="163830"/>
                                  <a:pt x="0" y="160655"/>
                                </a:cubicBezTo>
                                <a:cubicBezTo>
                                  <a:pt x="0" y="145415"/>
                                  <a:pt x="0" y="130302"/>
                                  <a:pt x="0" y="115062"/>
                                </a:cubicBezTo>
                                <a:cubicBezTo>
                                  <a:pt x="4699" y="117475"/>
                                  <a:pt x="8382" y="118491"/>
                                  <a:pt x="10922" y="118491"/>
                                </a:cubicBezTo>
                                <a:cubicBezTo>
                                  <a:pt x="16383" y="118491"/>
                                  <a:pt x="19050" y="112268"/>
                                  <a:pt x="19050" y="100076"/>
                                </a:cubicBezTo>
                                <a:cubicBezTo>
                                  <a:pt x="19050" y="66675"/>
                                  <a:pt x="19050" y="33401"/>
                                  <a:pt x="19050" y="0"/>
                                </a:cubicBezTo>
                                <a:cubicBezTo>
                                  <a:pt x="56261" y="0"/>
                                  <a:pt x="93472" y="0"/>
                                  <a:pt x="130556" y="0"/>
                                </a:cubicBezTo>
                                <a:cubicBezTo>
                                  <a:pt x="130556" y="53594"/>
                                  <a:pt x="130556" y="107188"/>
                                  <a:pt x="130556" y="1606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815712" y="60960"/>
                            <a:ext cx="124460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225806">
                                <a:moveTo>
                                  <a:pt x="0" y="0"/>
                                </a:moveTo>
                                <a:cubicBezTo>
                                  <a:pt x="14350" y="0"/>
                                  <a:pt x="28448" y="0"/>
                                  <a:pt x="42672" y="0"/>
                                </a:cubicBezTo>
                                <a:cubicBezTo>
                                  <a:pt x="49784" y="35687"/>
                                  <a:pt x="57276" y="71248"/>
                                  <a:pt x="64388" y="106935"/>
                                </a:cubicBezTo>
                                <a:cubicBezTo>
                                  <a:pt x="70993" y="71248"/>
                                  <a:pt x="77977" y="35687"/>
                                  <a:pt x="84582" y="0"/>
                                </a:cubicBezTo>
                                <a:cubicBezTo>
                                  <a:pt x="97789" y="0"/>
                                  <a:pt x="111125" y="0"/>
                                  <a:pt x="124460" y="0"/>
                                </a:cubicBezTo>
                                <a:cubicBezTo>
                                  <a:pt x="110871" y="57277"/>
                                  <a:pt x="96265" y="114427"/>
                                  <a:pt x="82550" y="171704"/>
                                </a:cubicBezTo>
                                <a:cubicBezTo>
                                  <a:pt x="77850" y="191262"/>
                                  <a:pt x="72898" y="204470"/>
                                  <a:pt x="67945" y="211328"/>
                                </a:cubicBezTo>
                                <a:cubicBezTo>
                                  <a:pt x="61087" y="220980"/>
                                  <a:pt x="50292" y="225806"/>
                                  <a:pt x="35940" y="225806"/>
                                </a:cubicBezTo>
                                <a:cubicBezTo>
                                  <a:pt x="29972" y="225806"/>
                                  <a:pt x="21082" y="224663"/>
                                  <a:pt x="8889" y="222250"/>
                                </a:cubicBezTo>
                                <a:cubicBezTo>
                                  <a:pt x="7874" y="207899"/>
                                  <a:pt x="6858" y="193549"/>
                                  <a:pt x="5842" y="179198"/>
                                </a:cubicBezTo>
                                <a:cubicBezTo>
                                  <a:pt x="11557" y="182118"/>
                                  <a:pt x="18034" y="183515"/>
                                  <a:pt x="25146" y="183515"/>
                                </a:cubicBezTo>
                                <a:cubicBezTo>
                                  <a:pt x="29972" y="183515"/>
                                  <a:pt x="33909" y="181864"/>
                                  <a:pt x="36830" y="178436"/>
                                </a:cubicBezTo>
                                <a:cubicBezTo>
                                  <a:pt x="39624" y="175134"/>
                                  <a:pt x="42163" y="169291"/>
                                  <a:pt x="44196" y="160655"/>
                                </a:cubicBezTo>
                                <a:cubicBezTo>
                                  <a:pt x="29718" y="107062"/>
                                  <a:pt x="14477" y="53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5951728" y="160020"/>
                            <a:ext cx="4318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61595">
                                <a:moveTo>
                                  <a:pt x="0" y="0"/>
                                </a:moveTo>
                                <a:cubicBezTo>
                                  <a:pt x="14351" y="0"/>
                                  <a:pt x="28702" y="0"/>
                                  <a:pt x="43180" y="0"/>
                                </a:cubicBezTo>
                                <a:cubicBezTo>
                                  <a:pt x="43180" y="20447"/>
                                  <a:pt x="43180" y="41021"/>
                                  <a:pt x="43180" y="61595"/>
                                </a:cubicBezTo>
                                <a:cubicBezTo>
                                  <a:pt x="28702" y="61595"/>
                                  <a:pt x="14351" y="61595"/>
                                  <a:pt x="0" y="61595"/>
                                </a:cubicBezTo>
                                <a:cubicBezTo>
                                  <a:pt x="0" y="41021"/>
                                  <a:pt x="0" y="2044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F2B33E" id="Group 4253" o:spid="_x0000_s1026" style="width:472.05pt;height:22.6pt;mso-position-horizontal-relative:char;mso-position-vertical-relative:line" coordsize="59949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">
                <v:shape id="Shape 643" o:spid="_x0000_s1027" style="position:absolute;width:1483;height:2225;visibility:visible;mso-wrap-style:square;v-text-anchor:top" coordsize="148374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" path="m23419,v41618,,83337,,124955,c148374,73787,148374,147701,148374,221615v-14999,,-29997,,-45009,c103365,165862,103365,110109,103365,54483v-11709,,-23419,,-35128,c68237,77089,68237,99822,68237,122555v,27940,-1003,48642,-2832,61722c63487,197485,58725,207010,51689,213360v-7226,6224,-18847,9144,-34861,9144c11989,222504,6312,221742,,220091,,205105,,190119,,175134v2197,,4483,,6680,c12802,175134,17196,173101,19571,169037v2476,-4064,3848,-11557,3848,-22478c23419,97790,23419,48895,23419,xe" fillcolor="yellow" stroked="f" strokeweight="0">
                  <v:stroke miterlimit="83231f" joinstyle="miter"/>
                  <v:path arrowok="t" textboxrect="0,0,148374,222504"/>
                </v:shape>
                <v:shape id="Shape 644" o:spid="_x0000_s1028" style="position:absolute;left:1704;top:574;width:611;height:1678;visibility:visible;mso-wrap-style:square;v-text-anchor:top" coordsize="61151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" path="m59550,r1601,204l61151,36475r-8581,2895c50016,41307,47797,44196,45923,48006v-2476,4953,-4026,12192,-4661,21717l61151,69723r,29464l41161,99187v647,9906,2476,17145,5219,22098c48298,124777,50562,127381,53118,129111r8033,2449l61151,167841r-432,53c46749,167894,35763,164846,27813,158750,19850,152781,13170,143383,7963,130175,2743,117094,,101981,,84201,,59182,5398,38989,15913,23241,26251,7620,40983,,59550,xe" fillcolor="yellow" stroked="f" strokeweight="0">
                  <v:stroke miterlimit="83231f" joinstyle="miter"/>
                  <v:path arrowok="t" textboxrect="0,0,61151,167894"/>
                </v:shape>
                <v:shape id="Shape 645" o:spid="_x0000_s1029" style="position:absolute;left:2315;top:1743;width:586;height:509;visibility:visible;mso-wrap-style:square;v-text-anchor:top" coordsize="58623,5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" path="m18872,c32207,2032,45415,3810,58623,5587,52781,21971,45288,33274,36652,40259v-4254,3619,-9493,6286,-15684,8048l,50873,,14592r457,140c4521,14732,8331,13208,11887,10160,14046,8255,16459,4952,18872,xe" fillcolor="yellow" stroked="f" strokeweight="0">
                  <v:stroke miterlimit="83231f" joinstyle="miter"/>
                  <v:path arrowok="t" textboxrect="0,0,58623,50873"/>
                </v:shape>
                <v:shape id="Shape 646" o:spid="_x0000_s1030" style="position:absolute;left:2315;top:576;width:609;height:989;visibility:visible;mso-wrap-style:square;v-text-anchor:top" coordsize="60909,9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" path="m,l18694,2384v5957,1730,11100,4334,15418,7826c42875,17322,49606,27228,54051,40436v4572,13208,6858,30480,6858,51562c60909,94284,60909,96697,60909,98983l,98983,,69519r19888,c19126,57581,16967,49072,13538,43865,10236,38785,5664,36245,76,36245l,36271,,xe" fillcolor="yellow" stroked="f" strokeweight="0">
                  <v:stroke miterlimit="83231f" joinstyle="miter"/>
                  <v:path arrowok="t" textboxrect="0,0,60909,98983"/>
                </v:shape>
                <v:shape id="Shape 647" o:spid="_x0000_s1031" style="position:absolute;left:3008;top:609;width:992;height:1607;visibility:visible;mso-wrap-style:square;v-text-anchor:top" coordsize="99187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" path="m,c33020,,66167,,99187,v,14987,,30099,,44958c89408,44958,79629,44958,69850,44958v,38608,,77090,,115697c56388,160655,42799,160655,29337,160655v,-38607,,-77089,,-115697c19558,44958,9779,44958,,44958,,30099,,14987,,xe" fillcolor="yellow" stroked="f" strokeweight="0">
                  <v:stroke miterlimit="83231f" joinstyle="miter"/>
                  <v:path arrowok="t" textboxrect="0,0,99187,160655"/>
                </v:shape>
                <v:shape id="Shape 648" o:spid="_x0000_s1032" style="position:absolute;left:4094;top:574;width:605;height:1678;visibility:visible;mso-wrap-style:square;v-text-anchor:top" coordsize="60515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" path="m60325,r190,48l60515,42516r-7747,2410c50324,46609,48133,49149,46228,52578v-3810,6985,-5715,17653,-5715,31623c40513,98679,42418,109093,46228,116078v1842,3365,3969,5905,6366,7604l60515,126218r,41632l60325,167894v-17018,,-30734,-6477,-41148,-19685c6604,131826,,110744,,84328,,59817,5588,39751,16256,23749,26924,7874,41783,,60325,xe" fillcolor="yellow" stroked="f" strokeweight="0">
                  <v:stroke miterlimit="83231f" joinstyle="miter"/>
                  <v:path arrowok="t" textboxrect="0,0,60515,167894"/>
                </v:shape>
                <v:shape id="Shape 649" o:spid="_x0000_s1033" style="position:absolute;left:4699;top:574;width:607;height:1678;visibility:visible;mso-wrap-style:square;v-text-anchor:top" coordsize="60643,16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" path="m,l27591,6937v7969,4667,14637,11684,19971,21082c56071,43005,60643,61547,60643,83391v,24765,-5588,44831,-16129,60706c39180,152098,32766,158035,25305,161972l,167802,,126170r64,20c5906,126190,10732,122888,14415,116030v3683,-6731,5588,-17399,5588,-32385c20003,69675,18098,59261,14288,52403,10605,45672,5906,42370,318,42370l,42469,,xe" fillcolor="yellow" stroked="f" strokeweight="0">
                  <v:stroke miterlimit="83231f" joinstyle="miter"/>
                  <v:path arrowok="t" textboxrect="0,0,60643,167802"/>
                </v:shape>
                <v:shape id="Shape 650" o:spid="_x0000_s1034" style="position:absolute;left:5496;top:609;width:1115;height:1607;visibility:visible;mso-wrap-style:square;v-text-anchor:top" coordsize="111506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" path="m,c37211,,74422,,111506,v,53594,,107188,,160655c98044,160655,84582,160655,71247,160655v,-38607,,-77089,,-115697c60833,44958,50673,44958,40386,44958v,38608,,77090,,115697c26924,160655,13462,160655,,160655,,107188,,53594,,xe" fillcolor="yellow" stroked="f" strokeweight="0">
                  <v:stroke miterlimit="83231f" joinstyle="miter"/>
                  <v:path arrowok="t" textboxrect="0,0,111506,160655"/>
                </v:shape>
                <v:shape id="Shape 651" o:spid="_x0000_s1035" style="position:absolute;left:6870;top:609;width:1164;height:1607;visibility:visible;mso-wrap-style:square;v-text-anchor:top" coordsize="116332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" path="m,c12700,,25400,,38100,v,26798,,53467,,80264c51308,53340,65024,26924,78232,v12700,,25400,,38100,c116332,53594,116332,107188,116332,160655v-12827,,-25527,,-38227,c78105,134366,78105,108077,78105,81788,65024,108204,51435,134239,38481,160655v-12827,,-25654,,-38481,c,107188,,53594,,xe" fillcolor="yellow" stroked="f" strokeweight="0">
                  <v:stroke miterlimit="83231f" joinstyle="miter"/>
                  <v:path arrowok="t" textboxrect="0,0,116332,160655"/>
                </v:shape>
                <v:shape id="Shape 652" o:spid="_x0000_s1036" style="position:absolute;left:8243;top:574;width:1219;height:1678;visibility:visible;mso-wrap-style:square;v-text-anchor:top" coordsize="121920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" path="m61468,v17145,,30480,4572,39370,13970c109855,23495,116205,37211,119888,55245v-12700,2540,-25400,5080,-38100,7620c80645,56134,78486,50800,75311,47371,72263,43815,67945,42164,62738,42164v-6731,,-12319,3556,-16256,10922c42418,60452,40132,71501,40132,86360v,13081,2286,23114,6223,29972c50292,123190,55753,126492,62103,126492v5207,,9779,-2032,13462,-6096c78994,116332,81661,109982,83439,101346v12827,2286,25781,4318,38481,6604c119888,120269,116332,130683,111506,139573v-4826,8890,-11049,15748,-18415,20955c85598,165481,75946,167894,64389,167894v-11303,,-20574,-1524,-27940,-4826c29083,159893,22479,154940,17145,147701,11938,140589,7620,132334,4572,122809,1651,113284,,100584,,84582,,68199,1905,54483,5461,43434,8128,35306,12065,28194,16637,21590,21209,15240,26289,10668,31115,7493,38989,2286,49149,,61468,xe" fillcolor="yellow" stroked="f" strokeweight="0">
                  <v:stroke miterlimit="83231f" joinstyle="miter"/>
                  <v:path arrowok="t" textboxrect="0,0,121920,167894"/>
                </v:shape>
                <v:shape id="Shape 653" o:spid="_x0000_s1037" style="position:absolute;left:10105;top:609;width:643;height:2258;visibility:visible;mso-wrap-style:square;v-text-anchor:top" coordsize="64262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" path="m23749,c37211,,50673,,64262,v,51943,,104013,,155829c64262,175641,63246,189612,61468,197993v-1905,8256,-5588,14859,-10541,20067c45974,223266,38481,225806,29083,225806v-7874,,-17399,-1778,-29083,-5207c1905,205613,4064,190627,6096,175768v3302,1144,5588,1524,7112,1524c16637,177292,19304,175514,21082,171959v1651,-3557,2667,-10669,2667,-21464c23749,100330,23749,50292,23749,xe" fillcolor="yellow" stroked="f" strokeweight="0">
                  <v:stroke miterlimit="83231f" joinstyle="miter"/>
                  <v:path arrowok="t" textboxrect="0,0,64262,225806"/>
                </v:shape>
                <v:shape id="Shape 654" o:spid="_x0000_s1038" style="position:absolute;left:10342;width:406;height:422;visibility:visible;mso-wrap-style:square;v-text-anchor:top" coordsize="40513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" path="m,c13462,,26924,,40513,v,14097,,28194,,42291c26924,42291,13462,42291,,42291,,28194,,14097,,xe" fillcolor="yellow" stroked="f" strokeweight="0">
                  <v:stroke miterlimit="83231f" joinstyle="miter"/>
                  <v:path arrowok="t" textboxrect="0,0,40513,42291"/>
                </v:shape>
                <v:shape id="Shape 655" o:spid="_x0000_s1039" style="position:absolute;left:10953;top:574;width:610;height:1678;visibility:visible;mso-wrap-style:square;v-text-anchor:top" coordsize="61023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" path="m59563,r1460,186l61023,36513r-8493,2857c49974,41307,47752,44196,45847,48006v-2413,4953,-3937,12192,-4699,21717l61023,69723r,29464l41021,99187v762,9906,2540,17145,5334,22098c48196,124777,50451,127381,53022,129111r8001,2415l61023,167855r-317,39c46736,167894,35687,164846,27813,158750,19685,152781,13081,143383,7874,130175,2667,117094,,101981,,84201,,59182,5334,38989,15748,23241,26162,7620,40894,,59563,xe" fillcolor="yellow" stroked="f" strokeweight="0">
                  <v:stroke miterlimit="83231f" joinstyle="miter"/>
                  <v:path arrowok="t" textboxrect="0,0,61023,167894"/>
                </v:shape>
                <v:shape id="Shape 656" o:spid="_x0000_s1040" style="position:absolute;left:11563;top:1743;width:588;height:509;visibility:visible;mso-wrap-style:square;v-text-anchor:top" coordsize="58738,5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" path="m18986,c32195,2032,45530,3810,58738,5587,52896,21971,45276,33274,36767,40259v-4319,3619,-9557,6286,-15733,8048l,50887,,14559r571,173c4508,14732,8318,13208,12002,10160,14033,8255,16574,4952,18986,xe" fillcolor="yellow" stroked="f" strokeweight="0">
                  <v:stroke miterlimit="83231f" joinstyle="miter"/>
                  <v:path arrowok="t" textboxrect="0,0,58738,50887"/>
                </v:shape>
                <v:shape id="Shape 657" o:spid="_x0000_s1041" style="position:absolute;left:11563;top:575;width:611;height:990;visibility:visible;mso-wrap-style:square;v-text-anchor:top" coordsize="61024,9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" path="m,l18812,2401v5953,1731,11097,4334,15415,7827c42989,17340,49721,27245,54165,40454v4573,13207,6859,30479,6859,51562c61024,94302,61024,96715,61024,99001l,99001,,69536r19876,c19114,57598,16955,49090,13652,43882,10351,38803,5779,36263,190,36263l,36327,,xe" fillcolor="yellow" stroked="f" strokeweight="0">
                  <v:stroke miterlimit="83231f" joinstyle="miter"/>
                  <v:path arrowok="t" textboxrect="0,0,61024,99001"/>
                </v:shape>
                <v:shape id="Shape 658" o:spid="_x0000_s1042" style="position:absolute;left:12992;top:574;width:579;height:1678;visibility:visible;mso-wrap-style:square;v-text-anchor:top" coordsize="57976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" path="m44450,l57976,3956r,41875l56896,45466v-5207,,-9271,3302,-12065,10033c41910,62357,40386,71247,40386,82550v,26543,5715,39751,17145,39751l57976,121997r,42053l44196,167894v-13462,,-24257,-8001,-32258,-24130c4064,127889,,107061,,81407,,56515,4064,36830,11938,22098,19939,7366,30861,,44450,xe" fillcolor="yellow" stroked="f" strokeweight="0">
                  <v:stroke miterlimit="83231f" joinstyle="miter"/>
                  <v:path arrowok="t" textboxrect="0,0,57976,167894"/>
                </v:shape>
                <v:shape id="Shape 659" o:spid="_x0000_s1043" style="position:absolute;left:13571;width:748;height:2829;visibility:visible;mso-wrap-style:square;v-text-anchor:top" coordsize="74803,28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" path="m17209,c30671,,44133,,57721,v,25654,,51435,,77216c61659,70612,66230,65659,71374,62357r3429,-994l74803,103265r-12129,8369c59118,117348,57214,127381,57214,141986v,10668,1651,19686,4826,26798c63627,172466,65596,175197,67913,177006r6890,2334l74803,221594r-3921,-1075c65754,217329,61341,212535,57721,206122v,25526,,51307,,76834c44133,282956,30671,282956,17209,282956v,-25527,,-51054,,-76581c13081,212661,8414,217392,3239,220551l,221455,,179402r12383,-8460c15812,165227,17590,155067,17590,140589v,-10667,-1651,-19812,-4700,-26924c11303,110109,9335,107411,7001,105601l,103235,,61360r3842,1124c8985,65881,13462,70993,17209,77851v,-26035,,-51943,,-77851xe" fillcolor="yellow" stroked="f" strokeweight="0">
                  <v:stroke miterlimit="83231f" joinstyle="miter"/>
                  <v:path arrowok="t" textboxrect="0,0,74803,282956"/>
                </v:shape>
                <v:shape id="Shape 660" o:spid="_x0000_s1044" style="position:absolute;left:14319;top:574;width:581;height:1678;visibility:visible;mso-wrap-style:square;v-text-anchor:top" coordsize="5810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" path="m13652,c27368,,38163,8001,46037,23876v8001,16129,12065,36957,12065,62484c58102,111125,54038,130937,46037,145669v-7874,14859,-18796,22225,-32512,22225l,164189,,121936r1079,365c6413,122301,10477,118999,13398,112141v2794,-6731,4191,-15748,4191,-27051c17589,58674,12001,45466,571,45466l,45860,,3959,13652,xe" fillcolor="yellow" stroked="f" strokeweight="0">
                  <v:stroke miterlimit="83231f" joinstyle="miter"/>
                  <v:path arrowok="t" textboxrect="0,0,58102,167894"/>
                </v:shape>
                <v:shape id="Shape 661" o:spid="_x0000_s1045" style="position:absolute;left:15049;top:574;width:605;height:1678;visibility:visible;mso-wrap-style:square;v-text-anchor:top" coordsize="6045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" path="m60198,r254,64l60452,42535r-7731,2391c50292,46609,48133,49149,46228,52578v-3810,6985,-5715,17653,-5715,31623c40513,98679,42418,109093,46228,116078v1842,3365,3969,5905,6350,7604l60452,126238r,41626l60325,167894v-17018,,-30861,-6477,-41148,-19685c6477,131826,,110744,,84328,,59817,5461,39751,16256,23749,26924,7874,41783,,60198,xe" fillcolor="yellow" stroked="f" strokeweight="0">
                  <v:stroke miterlimit="83231f" joinstyle="miter"/>
                  <v:path arrowok="t" textboxrect="0,0,60452,167894"/>
                </v:shape>
                <v:shape id="Shape 662" o:spid="_x0000_s1046" style="position:absolute;left:15654;top:574;width:605;height:1678;visibility:visible;mso-wrap-style:square;v-text-anchor:top" coordsize="60579,16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" path="m,l27639,6921v7985,4668,14652,11684,19986,21083c56134,42990,60579,61531,60579,83376v,24765,-5461,44830,-16129,60705c39180,152082,32766,158019,25305,161956l,167801,,126174v5842,,10795,-3302,14478,-10159c18034,109283,19939,98616,19939,83629v,-13970,-1905,-24384,-5588,-31241c10668,45656,5842,42354,381,42354l,42472,,xe" fillcolor="yellow" stroked="f" strokeweight="0">
                  <v:stroke miterlimit="83231f" joinstyle="miter"/>
                  <v:path arrowok="t" textboxrect="0,0,60579,167801"/>
                </v:shape>
                <v:shape id="Shape 663" o:spid="_x0000_s1047" style="position:absolute;left:16456;top:609;width:581;height:2218;visibility:visible;mso-wrap-style:square;v-text-anchor:top" coordsize="58103,2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" path="m,c12573,,25273,,37846,v,8001,,15875,,23876c43053,13716,47879,7112,52197,3556l58103,1409r,40652l45593,50927v-3302,6223,-5080,16129,-5080,29846c40513,93473,42418,102870,45847,109093r12256,8603l58103,160502r-3493,-990c49530,156211,44831,151512,40767,145162v,25526,,50926,,76580c27305,221742,13589,221742,,221742,,147828,,73914,,xe" fillcolor="yellow" stroked="f" strokeweight="0">
                  <v:stroke miterlimit="83231f" joinstyle="miter"/>
                  <v:path arrowok="t" textboxrect="0,0,58103,221742"/>
                </v:shape>
                <v:shape id="Shape 664" o:spid="_x0000_s1048" style="position:absolute;left:17037;top:574;width:580;height:1678;visibility:visible;mso-wrap-style:square;v-text-anchor:top" coordsize="57976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" path="m13652,c27749,,38926,8128,46418,24638v7493,16510,11558,36830,11558,60960c57976,112395,53657,132588,45402,146685v-8382,14097,-19050,21209,-31876,21209l,164058,,121251r952,669c5651,121920,9715,118872,12763,113030v3175,-5969,4826,-16002,4826,-29972c17589,69977,15811,60452,12636,54229,9461,48260,5270,45212,571,45212l,45617,,4964,13652,xe" fillcolor="yellow" stroked="f" strokeweight="0">
                  <v:stroke miterlimit="83231f" joinstyle="miter"/>
                  <v:path arrowok="t" textboxrect="0,0,57976,167894"/>
                </v:shape>
                <v:shape id="Shape 665" o:spid="_x0000_s1049" style="position:absolute;left:17825;top:609;width:1447;height:1607;visibility:visible;mso-wrap-style:square;v-text-anchor:top" coordsize="14465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" path="m,c16002,,32004,,48006,v8382,30988,17145,61595,25400,92456c80899,61595,88900,30862,96393,v16129,,32258,,48260,c144653,53594,144653,107188,144653,160655v-11303,,-22733,,-34163,c110490,127127,110490,93473,110490,59944,102362,93473,93726,127127,85471,160655v-8001,,-16129,,-24257,c52324,127000,42926,93473,34036,59944v,33529,,67183,,100711c22733,160655,11303,160655,,160655,,107188,,53594,,xe" fillcolor="yellow" stroked="f" strokeweight="0">
                  <v:stroke miterlimit="83231f" joinstyle="miter"/>
                  <v:path arrowok="t" textboxrect="0,0,144653,160655"/>
                </v:shape>
                <v:shape id="Shape 666" o:spid="_x0000_s1050" style="position:absolute;left:19545;top:609;width:1164;height:1607;visibility:visible;mso-wrap-style:square;v-text-anchor:top" coordsize="116459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" path="m,c12827,,25527,,38354,v,26798,,53467,,80264c51435,53340,65151,26924,78232,v12700,,25527,,38227,c116459,53594,116459,107188,116459,160655v-12700,,-25527,,-38227,c78232,134366,78232,108077,78232,81788,65151,108204,51435,134239,38481,160655v-12827,,-25654,,-38481,c,107188,,53594,,xe" fillcolor="yellow" stroked="f" strokeweight="0">
                  <v:stroke miterlimit="83231f" joinstyle="miter"/>
                  <v:path arrowok="t" textboxrect="0,0,116459,160655"/>
                </v:shape>
                <v:shape id="Shape 667" o:spid="_x0000_s1051" style="position:absolute;left:20968;top:609;width:581;height:2218;visibility:visible;mso-wrap-style:square;v-text-anchor:top" coordsize="58102,2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" path="m,c12700,,25273,,37846,v,8001,,15875,,23876c43053,13716,48006,7112,52324,3556l58102,1455r,40610l45720,50927v-3429,6223,-5207,16129,-5207,29846c40513,93473,42418,102870,45847,109093r12255,8521l58102,160502r-3492,-990c49530,156211,44831,151512,40767,145162v,25526,,50926,,76580c27305,221742,13716,221742,,221742,,147828,,73914,,xe" fillcolor="yellow" stroked="f" strokeweight="0">
                  <v:stroke miterlimit="83231f" joinstyle="miter"/>
                  <v:path arrowok="t" textboxrect="0,0,58102,221742"/>
                </v:shape>
                <v:shape id="Shape 668" o:spid="_x0000_s1052" style="position:absolute;left:21550;top:574;width:579;height:1678;visibility:visible;mso-wrap-style:square;v-text-anchor:top" coordsize="57976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" path="m13779,c27876,,38926,8128,46545,24638v7493,16510,11431,36830,11431,60960c57976,112395,53657,132588,45402,146685v-8382,14097,-19050,21209,-31876,21209l,164058,,121169r1079,751c5651,121920,9715,118872,12763,113030v3302,-5969,4826,-16002,4826,-29972c17589,69977,15811,60452,12636,54229,9461,48260,5270,45212,571,45212l,45621,,5011,13779,xe" fillcolor="yellow" stroked="f" strokeweight="0">
                  <v:stroke miterlimit="83231f" joinstyle="miter"/>
                  <v:path arrowok="t" textboxrect="0,0,57976,167894"/>
                </v:shape>
                <v:shape id="Shape 669" o:spid="_x0000_s1053" style="position:absolute;left:22274;top:1230;width:586;height:1022;visibility:visible;mso-wrap-style:square;v-text-anchor:top" coordsize="58611,10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" path="m58611,r,30858l43815,40240v-2159,3175,-3429,7112,-3429,11303c40386,56369,41656,60179,43815,63354v2159,3175,5461,4699,9779,4699l58611,66046r,30727l38481,102216v-12700,,-22225,-4445,-28702,-13335c3302,79865,,69069,,55988,,43796,2413,33890,7112,25890,11684,18015,20447,12300,33020,8490,40640,6077,46895,4109,51800,2489l58611,xe" fillcolor="yellow" stroked="f" strokeweight="0">
                  <v:stroke miterlimit="83231f" joinstyle="miter"/>
                  <v:path arrowok="t" textboxrect="0,0,58611,102216"/>
                </v:shape>
                <v:shape id="Shape 670" o:spid="_x0000_s1054" style="position:absolute;left:22306;top:574;width:554;height:556;visibility:visible;mso-wrap-style:square;v-text-anchor:top" coordsize="55436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" path="m54483,r953,99l55436,38024,44831,41529v-2540,2540,-4572,7112,-6223,14097c25781,53594,12827,51562,,49403,1397,39243,3556,30988,6350,25146,9017,19177,13081,14351,18161,9779,21844,6604,27051,4191,33401,2540,39878,889,46990,,54483,xe" fillcolor="yellow" stroked="f" strokeweight="0">
                  <v:stroke miterlimit="83231f" joinstyle="miter"/>
                  <v:path arrowok="t" textboxrect="0,0,55436,55626"/>
                </v:shape>
                <v:shape id="Shape 671" o:spid="_x0000_s1055" style="position:absolute;left:22860;top:575;width:628;height:1641;visibility:visible;mso-wrap-style:square;v-text-anchor:top" coordsize="62801,16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" path="m,l28257,2948v7366,2159,13589,6350,18288,12955c50101,20475,52768,26825,54801,35206v1904,8255,2920,16257,2920,23876c57721,82578,57721,106327,57721,129948v,7494,255,13462,1017,17654c59372,152046,60770,157380,62801,164112v-12573,,-25273,,-37973,c23304,160047,22415,156872,21907,154587v-508,-2032,-889,-5461,-1397,-10160c15303,152173,9970,157762,4763,161064l,162351,,131625r7683,-3073c11493,125250,14160,121185,15811,116359v1652,-4699,2413,-10921,2413,-18668c18224,94389,18224,91214,18224,87911,12636,90959,6921,93627,826,95913l,96436,,65578,3873,64163v4445,-1906,9398,-4192,14351,-7240c18224,49304,17208,44096,15176,41048,13145,38001,9461,36477,4382,36477l,37925,,xe" fillcolor="yellow" stroked="f" strokeweight="0">
                  <v:stroke miterlimit="83231f" joinstyle="miter"/>
                  <v:path arrowok="t" textboxrect="0,0,62801,164112"/>
                </v:shape>
                <v:shape id="Shape 672" o:spid="_x0000_s1056" style="position:absolute;left:23694;top:609;width:1177;height:1607;visibility:visible;mso-wrap-style:square;v-text-anchor:top" coordsize="117729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" path="m,c13462,,26924,,40513,v,18415,,36830,,55118c52705,55118,64897,55118,77216,55118v,-18288,,-36703,,-55118c90805,,104140,,117729,v,53594,,107188,,160655c104140,160655,90805,160655,77216,160655v,-20193,,-40386,,-60579c64897,100076,52705,100076,40513,100076v,20193,,40386,,60579c26924,160655,13462,160655,,160655,,107188,,53594,,xe" fillcolor="yellow" stroked="f" strokeweight="0">
                  <v:stroke miterlimit="83231f" joinstyle="miter"/>
                  <v:path arrowok="t" textboxrect="0,0,117729,160655"/>
                </v:shape>
                <v:shape id="Shape 673" o:spid="_x0000_s1057" style="position:absolute;left:25803;top:609;width:1117;height:1607;visibility:visible;mso-wrap-style:square;v-text-anchor:top" coordsize="11163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" path="m,c37211,,74422,,111633,v,53594,,107188,,160655c98171,160655,84709,160655,71120,160655v,-38607,,-77089,,-115697c60960,44958,50673,44958,40386,44958v,38608,,77090,,115697c26924,160655,13462,160655,,160655,,107188,,53594,,xe" fillcolor="yellow" stroked="f" strokeweight="0">
                  <v:stroke miterlimit="83231f" joinstyle="miter"/>
                  <v:path arrowok="t" textboxrect="0,0,111633,160655"/>
                </v:shape>
                <v:shape id="Shape 674" o:spid="_x0000_s1058" style="position:absolute;left:27165;top:609;width:581;height:2218;visibility:visible;mso-wrap-style:square;v-text-anchor:top" coordsize="58166,2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" path="m,c12700,,25273,,37973,v,8001,,15875,,23876c43180,13716,48006,7112,52324,3556l58166,1432r,40591l45847,50927v-3556,6223,-5207,16129,-5207,29846c40640,93473,42418,102870,45847,109093r12319,8565l58166,160520r-3556,-1008c49530,156211,44831,151512,40894,145162v,25526,,50926,,76580c27305,221742,13716,221742,,221742,,147828,,73914,,xe" fillcolor="yellow" stroked="f" strokeweight="0">
                  <v:stroke miterlimit="83231f" joinstyle="miter"/>
                  <v:path arrowok="t" textboxrect="0,0,58166,221742"/>
                </v:shape>
                <v:shape id="Shape 675" o:spid="_x0000_s1059" style="position:absolute;left:27746;top:574;width:581;height:1678;visibility:visible;mso-wrap-style:square;v-text-anchor:top" coordsize="58039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" path="m13716,c27813,,38862,8128,46482,24638v7620,16510,11557,36830,11557,60960c58039,112395,53721,132588,45339,146685v-8255,14097,-19050,21209,-31877,21209l,164076,,121214r1016,706c5715,121920,9652,118872,12827,113030v3175,-5969,4699,-16002,4699,-29972c17526,69977,15748,60452,12573,54229,9398,48260,5334,45212,508,45212l,45579,,4987,13716,xe" fillcolor="yellow" stroked="f" strokeweight="0">
                  <v:stroke miterlimit="83231f" joinstyle="miter"/>
                  <v:path arrowok="t" textboxrect="0,0,58039,167894"/>
                </v:shape>
                <v:shape id="Shape 676" o:spid="_x0000_s1060" style="position:absolute;left:28470;top:574;width:611;height:1678;visibility:visible;mso-wrap-style:square;v-text-anchor:top" coordsize="61023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" path="m59563,r1460,187l61023,36471r-8524,2899c49943,41307,47689,44196,45720,48006v-2413,4953,-3937,12192,-4572,21717l61023,69723r,29464l41021,99187v635,9906,2540,17145,5207,22098c48133,124777,50387,127381,52959,129111r8064,2417l61023,167855r-317,39c46736,167894,35687,164846,27686,158750,19685,152781,13081,143383,7874,130175,2667,117094,,101981,,84201,,59182,5334,38989,15748,23241,26162,7620,40894,,59563,xe" fillcolor="yellow" stroked="f" strokeweight="0">
                  <v:stroke miterlimit="83231f" joinstyle="miter"/>
                  <v:path arrowok="t" textboxrect="0,0,61023,167894"/>
                </v:shape>
                <v:shape id="Shape 677" o:spid="_x0000_s1061" style="position:absolute;left:29081;top:1743;width:587;height:509;visibility:visible;mso-wrap-style:square;v-text-anchor:top" coordsize="58738,5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" path="m18860,c32195,2032,45530,3810,58738,5587,52768,21971,45276,33274,36767,40259v-4318,3619,-9557,6286,-15733,8048l,50887,,14560r572,172c4509,14732,8318,13208,11874,10160,14034,8255,16447,4952,18860,xe" fillcolor="yellow" stroked="f" strokeweight="0">
                  <v:stroke miterlimit="83231f" joinstyle="miter"/>
                  <v:path arrowok="t" textboxrect="0,0,58738,50887"/>
                </v:shape>
                <v:shape id="Shape 678" o:spid="_x0000_s1062" style="position:absolute;left:29081;top:575;width:610;height:990;visibility:visible;mso-wrap-style:square;v-text-anchor:top" coordsize="61024,9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" path="m,l18764,2401v5969,1730,11145,4334,15463,7826c42863,17339,49721,27245,54166,40453v4445,13208,6858,30480,6858,51562c61024,94301,61024,96714,61024,99000l,99000,,69536r19876,c19114,57598,16955,49089,13653,43882,10224,38802,5652,36262,64,36262l,36284,,xe" fillcolor="yellow" stroked="f" strokeweight="0">
                  <v:stroke miterlimit="83231f" joinstyle="miter"/>
                  <v:path arrowok="t" textboxrect="0,0,61024,99000"/>
                </v:shape>
                <v:shape id="Shape 679" o:spid="_x0000_s1063" style="position:absolute;left:29890;top:609;width:1448;height:1607;visibility:visible;mso-wrap-style:square;v-text-anchor:top" coordsize="1447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" path="m,c16002,,32131,,48133,v8382,30988,17018,61595,25400,92456c81026,61595,88900,30862,96520,v16129,,32131,,48260,c144780,53594,144780,107188,144780,160655v-11430,,-22860,,-34163,c110617,127127,110617,93473,110617,59944,102362,93473,93853,127127,85598,160655v-8128,,-16256,,-24384,c52451,127000,43053,93473,34163,59944v,33529,,67183,,100711c22860,160655,11430,160655,,160655,,107188,,53594,,xe" fillcolor="yellow" stroked="f" strokeweight="0">
                  <v:stroke miterlimit="83231f" joinstyle="miter"/>
                  <v:path arrowok="t" textboxrect="0,0,144780,160655"/>
                </v:shape>
                <v:shape id="Shape 680" o:spid="_x0000_s1064" style="position:absolute;left:31548;top:1230;width:586;height:1022;visibility:visible;mso-wrap-style:square;v-text-anchor:top" coordsize="58674,10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" path="m58674,r,30841l43815,40263v-2286,3175,-3302,7112,-3302,11303c40513,56392,41529,60202,43815,63377v2286,3175,5588,4699,9779,4699l58674,66024r,30749l38354,102239v-12446,,-22225,-4445,-28575,-13335c3302,79888,,69092,,56012,,43819,2413,33913,6985,25913,11684,18038,20447,12324,33020,8513,40640,6100,46894,4132,51800,2513l58674,xe" fillcolor="yellow" stroked="f" strokeweight="0">
                  <v:stroke miterlimit="83231f" joinstyle="miter"/>
                  <v:path arrowok="t" textboxrect="0,0,58674,102239"/>
                </v:shape>
                <v:shape id="Shape 681" o:spid="_x0000_s1065" style="position:absolute;left:31579;top:574;width:555;height:556;visibility:visible;mso-wrap-style:square;v-text-anchor:top" coordsize="55499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" path="m54483,r1016,106l55499,37985,44958,41529v-2667,2540,-4826,7112,-6350,14097c25781,53594,12827,51562,,49403,1397,39243,3683,30988,6350,25146,8890,19177,13081,14351,18161,9779,21844,6604,26924,4191,33528,2540,39878,889,46863,,54483,xe" fillcolor="yellow" stroked="f" strokeweight="0">
                  <v:stroke miterlimit="83231f" joinstyle="miter"/>
                  <v:path arrowok="t" textboxrect="0,0,55499,55626"/>
                </v:shape>
                <v:shape id="Shape 682" o:spid="_x0000_s1066" style="position:absolute;left:32134;top:575;width:628;height:1641;visibility:visible;mso-wrap-style:square;v-text-anchor:top" coordsize="62738,16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" path="m,l28194,2942v7366,2159,13589,6350,18415,12954c49911,20468,52832,26818,54737,35200v1905,8255,2921,16256,2921,23876c57658,82571,57658,106320,57658,129942v,7493,381,13462,1016,17653c59309,152040,60706,157374,62738,164105v-12573,,-25273,,-37973,c23368,160041,22352,156866,21844,154580v-508,-2032,-889,-5461,-1397,-10160c15240,152167,9906,157755,4699,161057l,162321,,131572r7493,-3027c11303,125243,14097,121179,15748,116353v1524,-4699,2413,-10922,2413,-18669c18161,94382,18161,91207,18161,87905,12700,90953,6858,93620,762,95906l,96389,,65549,3810,64156v4572,-1905,9271,-4191,14351,-7239c18161,49297,17145,44090,15113,41042,12954,37994,9398,36470,4191,36470l,37879,,xe" fillcolor="yellow" stroked="f" strokeweight="0">
                  <v:stroke miterlimit="83231f" joinstyle="miter"/>
                  <v:path arrowok="t" textboxrect="0,0,62738,164105"/>
                </v:shape>
                <v:shape id="Shape 683" o:spid="_x0000_s1067" style="position:absolute;left:33524;top:609;width:647;height:2065;visibility:visible;mso-wrap-style:square;v-text-anchor:top" coordsize="64706,2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" path="m21336,l64706,r,44958l59817,44958v,762,,1397,,2032c59817,69215,56515,92202,50292,115698r14414,l64706,160655r-36639,c28067,175895,28067,191262,28067,206502v-9398,,-18669,,-28067,c,176149,,146050,,115698v3429,,6858,,10160,c17526,95631,21336,69215,21336,36576v,-12191,,-24384,,-36576xe" fillcolor="yellow" stroked="f" strokeweight="0">
                  <v:stroke miterlimit="83231f" joinstyle="miter"/>
                  <v:path arrowok="t" textboxrect="0,0,64706,206502"/>
                </v:shape>
                <v:shape id="Shape 684" o:spid="_x0000_s1068" style="position:absolute;left:34171;top:609;width:661;height:2065;visibility:visible;mso-wrap-style:square;v-text-anchor:top" coordsize="66104,2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" path="m,l54928,v,38608,,77216,,115698c58611,115698,62294,115698,66104,115698v,30352,,60451,,90804c56706,206502,47435,206502,38037,206502v,-15240,,-30607,,-45847l,160655,,115698r14415,c14415,92202,14415,68580,14415,44958l,44958,,xe" fillcolor="yellow" stroked="f" strokeweight="0">
                  <v:stroke miterlimit="83231f" joinstyle="miter"/>
                  <v:path arrowok="t" textboxrect="0,0,66104,206502"/>
                </v:shape>
                <v:shape id="Shape 685" o:spid="_x0000_s1069" style="position:absolute;left:34928;top:574;width:605;height:1678;visibility:visible;mso-wrap-style:square;v-text-anchor:top" coordsize="60516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" path="m60325,r191,48l60516,42555r-7684,2371c50387,46609,48196,49149,46228,52578v-3810,6985,-5715,17653,-5715,31623c40513,98679,42418,109093,46228,116078v1905,3365,4032,5905,6413,7604l60516,126218r,41632l60325,167894v-17018,,-30734,-6477,-41021,-19685c6604,131826,,110744,,84328,,59817,5588,39751,16256,23749,26924,7874,41783,,60325,xe" fillcolor="yellow" stroked="f" strokeweight="0">
                  <v:stroke miterlimit="83231f" joinstyle="miter"/>
                  <v:path arrowok="t" textboxrect="0,0,60516,167894"/>
                </v:shape>
                <v:shape id="Shape 686" o:spid="_x0000_s1070" style="position:absolute;left:35533;top:574;width:607;height:1678;visibility:visible;mso-wrap-style:square;v-text-anchor:top" coordsize="60642,16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" path="m,l27638,6937v7985,4667,14653,11684,19923,21082c56070,43005,60642,61547,60642,83391v,24765,-5588,44831,-16129,60706c39179,152098,32734,158035,25257,161972l,167802,,126170r63,20c5905,126190,10731,122888,14541,116030v3556,-6731,5461,-17399,5461,-32385c20002,69675,18097,59261,14414,52403,10604,45672,5905,42370,444,42370l,42507,,xe" fillcolor="yellow" stroked="f" strokeweight="0">
                  <v:stroke miterlimit="83231f" joinstyle="miter"/>
                  <v:path arrowok="t" textboxrect="0,0,60642,167802"/>
                </v:shape>
                <v:shape id="Shape 687" o:spid="_x0000_s1071" style="position:absolute;left:36286;top:574;width:1219;height:1678;visibility:visible;mso-wrap-style:square;v-text-anchor:top" coordsize="121920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" path="m61468,v17145,,30480,4572,39370,13970c109728,23495,116205,37211,119761,55245v-12573,2540,-25273,5080,-37973,7620c80645,56134,78359,50800,75311,47371,72136,43815,67818,42164,62611,42164v-6604,,-12192,3556,-16129,10922c42291,60452,40259,71501,40259,86360v,13081,2032,23114,6096,29972c50419,123190,55626,126492,61976,126492v5334,,9779,-2032,13462,-6096c78867,116332,81788,109982,83439,101346v12827,2286,25654,4318,38481,6604c119761,120269,116205,130683,111506,139573v-4826,8890,-11049,15748,-18542,20955c85471,165481,75946,167894,64262,167894v-11176,,-20447,-1524,-27940,-4826c28956,159893,22479,154940,17145,147701,11811,140589,7620,132334,4572,122809,1524,113284,,100584,,84582,,68199,1905,54483,5588,43434,8128,35306,12065,28194,16637,21590,21336,15240,26289,10668,31115,7493,38989,2286,49149,,61468,xe" fillcolor="yellow" stroked="f" strokeweight="0">
                  <v:stroke miterlimit="83231f" joinstyle="miter"/>
                  <v:path arrowok="t" textboxrect="0,0,121920,167894"/>
                </v:shape>
                <v:shape id="Shape 688" o:spid="_x0000_s1072" style="position:absolute;left:37588;top:609;width:992;height:1607;visibility:visible;mso-wrap-style:square;v-text-anchor:top" coordsize="99187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" path="m,c33147,,66167,,99187,v,14987,,30099,,44958c89281,44958,79629,44958,69850,44958v,38608,,77090,,115697c56261,160655,42926,160655,29337,160655v,-38607,,-77089,,-115697c19558,44958,9906,44958,,44958,,30099,,14987,,xe" fillcolor="yellow" stroked="f" strokeweight="0">
                  <v:stroke miterlimit="83231f" joinstyle="miter"/>
                  <v:path arrowok="t" textboxrect="0,0,99187,160655"/>
                </v:shape>
                <v:shape id="Shape 689" o:spid="_x0000_s1073" style="position:absolute;left:38608;top:609;width:1243;height:2258;visibility:visible;mso-wrap-style:square;v-text-anchor:top" coordsize="124333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" path="m,c14224,,28321,,42545,v7112,35687,14605,71248,21717,106935c70866,71248,77851,35687,84455,v13335,,26543,,39878,c110617,57277,96139,114427,82550,171704v-4826,19558,-9779,32766,-14732,39624c60960,220980,50165,225806,35814,225806v-5969,,-14732,-1143,-27051,-3556c7747,207899,6731,193549,5715,179198v5715,2920,12192,4317,19304,4317c29845,183515,33782,181864,36703,178436v2794,-3302,5334,-9145,7493,-17781c29718,107062,14478,53594,,xe" fillcolor="yellow" stroked="f" strokeweight="0">
                  <v:stroke miterlimit="83231f" joinstyle="miter"/>
                  <v:path arrowok="t" textboxrect="0,0,124333,225806"/>
                </v:shape>
                <v:shape id="Shape 690" o:spid="_x0000_s1074" style="position:absolute;left:39961;top:609;width:1117;height:1607;visibility:visible;mso-wrap-style:square;v-text-anchor:top" coordsize="11163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" path="m,c37211,,74422,,111633,v,53594,,107188,,160655c98171,160655,84709,160655,71120,160655v,-38607,,-77089,,-115697c60960,44958,50673,44958,40386,44958v,38608,,77090,,115697c26924,160655,13462,160655,,160655,,107188,,53594,,xe" fillcolor="yellow" stroked="f" strokeweight="0">
                  <v:stroke miterlimit="83231f" joinstyle="miter"/>
                  <v:path arrowok="t" textboxrect="0,0,111633,160655"/>
                </v:shape>
                <v:shape id="Shape 691" o:spid="_x0000_s1075" style="position:absolute;left:41335;top:609;width:1179;height:1607;visibility:visible;mso-wrap-style:square;v-text-anchor:top" coordsize="117856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" path="m,c13462,,27051,,40513,v,18415,,36830,,55118c52705,55118,65024,55118,77216,55118v,-18288,,-36703,,-55118c90678,,104267,,117856,v,53594,,107188,,160655c104267,160655,90678,160655,77216,160655v,-20193,,-40386,,-60579c65024,100076,52705,100076,40513,100076v,20193,,40386,,60579c27051,160655,13462,160655,,160655,,107188,,53594,,xe" fillcolor="yellow" stroked="f" strokeweight="0">
                  <v:stroke miterlimit="83231f" joinstyle="miter"/>
                  <v:path arrowok="t" textboxrect="0,0,117856,160655"/>
                </v:shape>
                <v:shape id="Shape 692" o:spid="_x0000_s1076" style="position:absolute;left:42722;top:574;width:605;height:1678;visibility:visible;mso-wrap-style:square;v-text-anchor:top" coordsize="6045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" path="m60198,r254,64l60452,42536r-7684,2390c50324,46609,48133,49149,46228,52578v-3810,6985,-5842,17653,-5842,31623c40386,98679,42418,109093,46228,116078v1842,3365,3969,5905,6366,7604l60452,126198r,41637l60198,167894v-16891,,-30734,-6477,-41021,-19685c6604,131826,,110744,,84328,,59817,5588,39751,16256,23749,26924,7874,41783,,60198,xe" fillcolor="yellow" stroked="f" strokeweight="0">
                  <v:stroke miterlimit="83231f" joinstyle="miter"/>
                  <v:path arrowok="t" textboxrect="0,0,60452,167894"/>
                </v:shape>
                <v:shape id="Shape 693" o:spid="_x0000_s1077" style="position:absolute;left:43327;top:574;width:606;height:1678;visibility:visible;mso-wrap-style:square;v-text-anchor:top" coordsize="60579,16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" path="m,l27638,6921v7985,4667,14653,11684,19987,21083c56134,42989,60579,61531,60579,83375v,24765,-5461,44831,-16002,60706c39179,152082,32734,158019,25257,161956l,167771,,126134r127,40c5969,126174,10668,122872,14478,116014v3556,-6731,5588,-17399,5588,-32385c20066,69659,18034,59245,14351,52387,10541,45656,5969,42354,381,42354l,42472,,xe" fillcolor="yellow" stroked="f" strokeweight="0">
                  <v:stroke miterlimit="83231f" joinstyle="miter"/>
                  <v:path arrowok="t" textboxrect="0,0,60579,167771"/>
                </v:shape>
                <v:shape id="Shape 694" o:spid="_x0000_s1078" style="position:absolute;left:44142;top:609;width:1447;height:1607;visibility:visible;mso-wrap-style:square;v-text-anchor:top" coordsize="14465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" path="m,c16002,,32004,,48133,v8255,30988,16891,61595,25273,92456c80899,61595,88900,30862,96520,v16002,,32004,,48133,c144653,53594,144653,107188,144653,160655v-11303,,-22733,,-34163,c110490,127127,110490,93473,110490,59944,102362,93473,93726,127127,85471,160655v-8001,,-16129,,-24257,c52324,127000,42926,93473,34036,59944v,33529,,67183,,100711c22733,160655,11303,160655,,160655,,107188,,53594,,xe" fillcolor="yellow" stroked="f" strokeweight="0">
                  <v:stroke miterlimit="83231f" joinstyle="miter"/>
                  <v:path arrowok="t" textboxrect="0,0,144653,160655"/>
                </v:shape>
                <v:shape id="Shape 695" o:spid="_x0000_s1079" style="position:absolute;left:46540;top:609;width:1448;height:1607;visibility:visible;mso-wrap-style:square;v-text-anchor:top" coordsize="1447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" path="m,c16129,,32131,,48133,v8382,30988,17145,61595,25400,92456c81026,61595,89027,30862,96520,v16129,,32258,,48260,c144780,53594,144780,107188,144780,160655v-11430,,-22733,,-34163,c110617,127127,110617,93473,110617,59944,102489,93473,93853,127127,85598,160655v-8128,,-16256,,-24257,c52451,127000,43053,93473,34163,59944v,33529,,67183,,100711c22860,160655,11430,160655,,160655,,107188,,53594,,xe" fillcolor="yellow" stroked="f" strokeweight="0">
                  <v:stroke miterlimit="83231f" joinstyle="miter"/>
                  <v:path arrowok="t" textboxrect="0,0,144780,160655"/>
                </v:shape>
                <v:shape id="Shape 696" o:spid="_x0000_s1080" style="position:absolute;left:48197;top:1230;width:587;height:1022;visibility:visible;mso-wrap-style:square;v-text-anchor:top" coordsize="58674,1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" path="m58674,r,30910l43815,40257v-2159,3175,-3302,7112,-3302,11303c40513,56386,41656,60196,43815,63371v2286,3175,5588,4699,9906,4699l58674,66069r,30704l38481,102233v-12573,,-22225,-4445,-28702,-13335c3302,79881,,69086,,56005,,43813,2413,33907,7112,25906,11684,18032,20447,12317,33020,8507,40640,6094,46927,4126,51848,2506l58674,xe" fillcolor="yellow" stroked="f" strokeweight="0">
                  <v:stroke miterlimit="83231f" joinstyle="miter"/>
                  <v:path arrowok="t" textboxrect="0,0,58674,102233"/>
                </v:shape>
                <v:shape id="Shape 697" o:spid="_x0000_s1081" style="position:absolute;left:48229;top:574;width:555;height:556;visibility:visible;mso-wrap-style:square;v-text-anchor:top" coordsize="55499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" path="m54483,r1016,106l55499,38016,44958,41529v-2667,2540,-4699,7112,-6223,14097c25781,53594,12827,51562,,49403,1397,39243,3683,30988,6350,25146,9017,19177,13081,14351,18161,9779,21844,6604,27051,4191,33528,2540,40005,889,46990,,54483,xe" fillcolor="yellow" stroked="f" strokeweight="0">
                  <v:stroke miterlimit="83231f" joinstyle="miter"/>
                  <v:path arrowok="t" textboxrect="0,0,55499,55626"/>
                </v:shape>
                <v:shape id="Shape 698" o:spid="_x0000_s1082" style="position:absolute;left:48784;top:575;width:627;height:1641;visibility:visible;mso-wrap-style:square;v-text-anchor:top" coordsize="62738,16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" path="m,l28194,2942v7366,2159,13589,6350,18415,12954c50038,20468,52832,26818,54737,35200v1905,8255,3048,16256,3048,23876c57785,82571,57785,106320,57785,129942v,7493,254,13462,1016,17653c59309,152040,60706,157374,62738,164105v-12573,,-25273,,-37973,c23368,160041,22352,156866,21844,154580v-381,-2032,-889,-5461,-1397,-10160c15240,152167,9906,157755,4699,161057l,162328,,131624r7620,-3079c11430,125243,14224,121179,15875,116353v1524,-4699,2286,-10922,2286,-18669c18161,94382,18161,91207,18161,87905,12700,90953,6858,93620,889,95906l,96465,,65555,3810,64156v4572,-1905,9398,-4191,14351,-7239c18161,49297,17272,44090,15113,41042,13081,37994,9398,36470,4318,36470l,37910,,xe" fillcolor="yellow" stroked="f" strokeweight="0">
                  <v:stroke miterlimit="83231f" joinstyle="miter"/>
                  <v:path arrowok="t" textboxrect="0,0,62738,164105"/>
                </v:shape>
                <v:shape id="Shape 699" o:spid="_x0000_s1083" style="position:absolute;left:49502;top:609;width:990;height:1607;visibility:visible;mso-wrap-style:square;v-text-anchor:top" coordsize="9906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" path="m,c33020,,66040,,99060,v,14987,,30099,,44958c89281,44958,79502,44958,69723,44958v,38608,,77090,,115697c56261,160655,42799,160655,29210,160655v,-38607,,-77089,,-115697c19431,44958,9652,44958,,44958,,30099,,14987,,xe" fillcolor="yellow" stroked="f" strokeweight="0">
                  <v:stroke miterlimit="83231f" joinstyle="miter"/>
                  <v:path arrowok="t" textboxrect="0,0,99060,160655"/>
                </v:shape>
                <v:shape id="Shape 700" o:spid="_x0000_s1084" style="position:absolute;left:50585;top:574;width:612;height:1678;visibility:visible;mso-wrap-style:square;v-text-anchor:top" coordsize="61214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" path="m59563,r1651,210l61214,36491r-8620,2879c50006,41307,47752,44196,45847,48006v-2286,4953,-3937,12192,-4572,21717l61214,69723r,29464l41148,99187v762,9906,2540,17145,5334,22098c48387,124777,50641,127381,53197,129111r8017,2434l61214,167847r-381,47c46736,167894,35814,164846,27813,158750,19939,152781,13081,143383,8001,130175,2794,117094,,101981,,84201,,59182,5461,38989,16002,23241,26289,7620,41021,,59563,xe" fillcolor="yellow" stroked="f" strokeweight="0">
                  <v:stroke miterlimit="83231f" joinstyle="miter"/>
                  <v:path arrowok="t" textboxrect="0,0,61214,167894"/>
                </v:shape>
                <v:shape id="Shape 701" o:spid="_x0000_s1085" style="position:absolute;left:51197;top:1743;width:587;height:509;visibility:visible;mso-wrap-style:square;v-text-anchor:top" coordsize="58674,5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" path="m18923,c32131,2032,45466,3810,58674,5587,52705,21971,45212,33274,36576,40259v-4254,3619,-9493,6286,-15668,8048l,50879,,14577r508,155c4445,14732,8255,13208,11811,10160,13970,8255,16383,4952,18923,xe" fillcolor="yellow" stroked="f" strokeweight="0">
                  <v:stroke miterlimit="83231f" joinstyle="miter"/>
                  <v:path arrowok="t" textboxrect="0,0,58674,50879"/>
                </v:shape>
                <v:shape id="Shape 702" o:spid="_x0000_s1086" style="position:absolute;left:51197;top:576;width:610;height:989;visibility:visible;mso-wrap-style:square;v-text-anchor:top" coordsize="60960,9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" path="m,l18638,2377v5969,1731,11144,4334,15525,7827c42799,17316,49657,27221,54102,40430v4445,13207,6858,30479,6858,51562c60960,94278,60960,96691,60960,98977l,98977,,69512r19939,c19050,57574,17018,49066,13589,43858,10160,38779,5588,36238,127,36238l,36281,,xe" fillcolor="yellow" stroked="f" strokeweight="0">
                  <v:stroke miterlimit="83231f" joinstyle="miter"/>
                  <v:path arrowok="t" textboxrect="0,0,60960,98977"/>
                </v:shape>
                <v:shape id="Shape 703" o:spid="_x0000_s1087" style="position:absolute;left:51995;top:609;width:580;height:2218;visibility:visible;mso-wrap-style:square;v-text-anchor:top" coordsize="58039,2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" path="m,c12573,,25146,,37846,v,8001,,15875,,23876c42926,13716,47879,7112,52197,3556l58039,1432r,40588l45593,50927v-3429,6223,-5080,16129,-5080,29846c40513,93473,42291,102870,45720,109093r12319,8565l58039,160484r-3429,-972c49403,156211,44831,151512,40767,145162v,25526,,50926,,76580c27178,221742,13589,221742,,221742,,147828,,73914,,xe" fillcolor="yellow" stroked="f" strokeweight="0">
                  <v:stroke miterlimit="83231f" joinstyle="miter"/>
                  <v:path arrowok="t" textboxrect="0,0,58039,221742"/>
                </v:shape>
                <v:shape id="Shape 704" o:spid="_x0000_s1088" style="position:absolute;left:52575;top:574;width:580;height:1678;visibility:visible;mso-wrap-style:square;v-text-anchor:top" coordsize="58039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" path="m13716,c27813,,38862,8128,46482,24638v7493,16510,11557,36830,11557,60960c58039,112395,53721,132588,45339,146685v-8255,14097,-19050,21209,-31750,21209l,164040,,121214r1016,706c5715,121920,9652,118872,12827,113030v3048,-5969,4699,-16002,4699,-29972c17526,69977,15875,60452,12573,54229,9398,48260,5334,45212,508,45212l,45575,,4987,13716,xe" fillcolor="yellow" stroked="f" strokeweight="0">
                  <v:stroke miterlimit="83231f" joinstyle="miter"/>
                  <v:path arrowok="t" textboxrect="0,0,58039,167894"/>
                </v:shape>
                <v:shape id="Shape 705" o:spid="_x0000_s1089" style="position:absolute;left:53362;top:609;width:1164;height:1607;visibility:visible;mso-wrap-style:square;v-text-anchor:top" coordsize="116332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" path="m,c12700,,25400,,38227,v,26798,,53467,,80264c51308,53340,65151,26924,78232,v12700,,25400,,38100,c116332,53594,116332,107188,116332,160655v-12700,,-25527,,-38227,c78105,134366,78105,108077,78105,81788,65151,108204,51435,134239,38481,160655v-12827,,-25654,,-38481,c,107188,,53594,,xe" fillcolor="yellow" stroked="f" strokeweight="0">
                  <v:stroke miterlimit="83231f" joinstyle="miter"/>
                  <v:path arrowok="t" textboxrect="0,0,116332,160655"/>
                </v:shape>
                <v:shape id="Shape 706" o:spid="_x0000_s1090" style="position:absolute;left:54563;top:609;width:642;height:2258;visibility:visible;mso-wrap-style:square;v-text-anchor:top" coordsize="64262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" path="m23749,c37211,,50800,,64262,v,51943,,104013,,155829c64262,175641,63372,189612,61468,197993v-1778,8256,-5461,14859,-10541,20067c45974,223266,38481,225806,29083,225806v-7874,,-17399,-1778,-29083,-5207c2032,205613,4191,190627,6096,175768v3301,1144,5588,1524,7239,1524c16637,177292,19304,175514,21082,171959v1778,-3557,2667,-10669,2667,-21464c23749,100330,23749,50292,23749,xe" fillcolor="yellow" stroked="f" strokeweight="0">
                  <v:stroke miterlimit="83231f" joinstyle="miter"/>
                  <v:path arrowok="t" textboxrect="0,0,64262,225806"/>
                </v:shape>
                <v:shape id="Shape 707" o:spid="_x0000_s1091" style="position:absolute;left:54800;width:405;height:422;visibility:visible;mso-wrap-style:square;v-text-anchor:top" coordsize="40513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" path="m,c13462,,27051,,40513,v,14097,,28194,,42291c27051,42291,13462,42291,,42291,,28194,,14097,,xe" fillcolor="yellow" stroked="f" strokeweight="0">
                  <v:stroke miterlimit="83231f" joinstyle="miter"/>
                  <v:path arrowok="t" textboxrect="0,0,40513,42291"/>
                </v:shape>
                <v:shape id="Shape 708" o:spid="_x0000_s1092" style="position:absolute;left:55412;top:1230;width:587;height:1022;visibility:visible;mso-wrap-style:square;v-text-anchor:top" coordsize="58674,10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" path="m58674,r,30739l49387,35316v-2619,1651,-4493,3302,-5572,4953c41529,43444,40513,47381,40513,51572v,4826,1016,8636,3302,11811c45974,66558,49403,68082,53594,68082r5080,-2052l58674,96778r-20320,5467c25781,102245,16129,97800,9779,88910,3302,79894,,69098,,56018,,43825,2413,33919,6985,25919,11557,18044,20448,12329,33020,8519,40577,6106,46832,4138,51753,2518l58674,xe" fillcolor="yellow" stroked="f" strokeweight="0">
                  <v:stroke miterlimit="83231f" joinstyle="miter"/>
                  <v:path arrowok="t" textboxrect="0,0,58674,102245"/>
                </v:shape>
                <v:shape id="Shape 709" o:spid="_x0000_s1093" style="position:absolute;left:55444;top:574;width:555;height:556;visibility:visible;mso-wrap-style:square;v-text-anchor:top" coordsize="55499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" path="m54483,r1016,106l55499,37985,44958,41529v-2667,2540,-4826,7112,-6350,14097c25654,53594,12827,51562,,49403,1398,39243,3556,30988,6350,25146,8890,19177,13081,14351,18161,9779,21717,6604,26924,4191,33401,2540,39878,889,46863,,54483,xe" fillcolor="yellow" stroked="f" strokeweight="0">
                  <v:stroke miterlimit="83231f" joinstyle="miter"/>
                  <v:path arrowok="t" textboxrect="0,0,55499,55626"/>
                </v:shape>
                <v:shape id="Shape 710" o:spid="_x0000_s1094" style="position:absolute;left:55999;top:575;width:627;height:1641;visibility:visible;mso-wrap-style:square;v-text-anchor:top" coordsize="62738,16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" path="m,l28194,2942v7367,2159,13589,6350,18416,12954c49911,20468,52705,26818,54737,35200v1905,8255,2921,16256,2921,23876c57658,82571,57658,106320,57658,129942v,7493,381,13462,1016,17653c59310,152040,60706,157374,62738,164105v-12700,,-25273,,-37973,c23368,160041,22352,156866,21717,154580v-381,-2032,-762,-5461,-1269,-10160c15240,152167,9906,157755,4699,161057l,162321,,131572r7493,-3027c11303,125243,14098,121179,15749,116353v1524,-4699,2412,-10922,2412,-18669c18161,94382,18161,91207,18161,87905,12574,90953,6731,93620,762,95906l,96282,,65543,3811,64156v4571,-1905,9270,-4191,14350,-7239c18161,49297,17145,44090,15113,41042,12954,37994,9399,36470,4191,36470l,37879,,xe" fillcolor="yellow" stroked="f" strokeweight="0">
                  <v:stroke miterlimit="83231f" joinstyle="miter"/>
                  <v:path arrowok="t" textboxrect="0,0,62738,164105"/>
                </v:shape>
                <v:shape id="Shape 711" o:spid="_x0000_s1095" style="position:absolute;left:56723;top:609;width:1305;height:1654;visibility:visible;mso-wrap-style:square;v-text-anchor:top" coordsize="130556,16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" path="m19050,c56261,,93472,,130556,v,53594,,107188,,160655c117221,160655,103759,160655,90297,160655v,-38607,,-77089,,-115697c80010,44958,69723,44958,59563,44958v,22479,,44958,,67565c59563,130429,57023,143637,52451,152400v-4826,8637,-12192,12954,-22225,12954c19050,165354,8890,163830,,160655,,145415,,130302,,115062v4699,2413,8382,3429,10922,3429c16383,118491,19050,112268,19050,100076v,-33401,,-66675,,-100076xe" fillcolor="yellow" stroked="f" strokeweight="0">
                  <v:stroke miterlimit="83231f" joinstyle="miter"/>
                  <v:path arrowok="t" textboxrect="0,0,130556,165354"/>
                </v:shape>
                <v:shape id="Shape 712" o:spid="_x0000_s1096" style="position:absolute;left:58157;top:609;width:1244;height:2258;visibility:visible;mso-wrap-style:square;v-text-anchor:top" coordsize="124460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" path="m,c14350,,28448,,42672,v7112,35687,14604,71248,21716,106935c70993,71248,77977,35687,84582,v13207,,26543,,39878,c110871,57277,96265,114427,82550,171704v-4700,19558,-9652,32766,-14605,39624c61087,220980,50292,225806,35940,225806v-5968,,-14858,-1143,-27051,-3556c7874,207899,6858,193549,5842,179198v5715,2920,12192,4317,19304,4317c29972,183515,33909,181864,36830,178436v2794,-3302,5333,-9145,7366,-17781c29718,107062,14477,53594,,xe" fillcolor="yellow" stroked="f" strokeweight="0">
                  <v:stroke miterlimit="83231f" joinstyle="miter"/>
                  <v:path arrowok="t" textboxrect="0,0,124460,225806"/>
                </v:shape>
                <v:shape id="Shape 713" o:spid="_x0000_s1097" style="position:absolute;left:59517;top:1600;width:432;height:616;visibility:visible;mso-wrap-style:square;v-text-anchor:top" coordsize="4318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" path="m,c14351,,28702,,43180,v,20447,,41021,,61595c28702,61595,14351,61595,,61595,,41021,,20447,,xe" fillcolor="yellow" stroked="f" strokeweight="0">
                  <v:stroke miterlimit="83231f" joinstyle="miter"/>
                  <v:path arrowok="t" textboxrect="0,0,43180,61595"/>
                </v:shape>
                <v:shape id="Shape 714" o:spid="_x0000_s1098" style="position:absolute;width:1483;height:2225;visibility:visible;mso-wrap-style:square;v-text-anchor:top" coordsize="148374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" path="m148374,221615v-14999,,-29997,,-45009,c103365,165862,103365,110109,103365,54483v-11709,,-23419,,-35128,c68237,77089,68237,99822,68237,122555v,27940,-1003,48642,-2832,61722c63487,197485,58725,207010,51689,213360v-7226,6224,-18847,9144,-34861,9144c11989,222504,6312,221742,,220091,,205105,,190119,,175134v2197,,4483,,6680,c12802,175134,17196,173101,19571,169037v2476,-4064,3848,-11557,3848,-22478c23419,97790,23419,48895,23419,v41618,,83337,,124955,c148374,73787,148374,147701,148374,221615xe" filled="f">
                  <v:stroke miterlimit="1" joinstyle="miter"/>
                  <v:path arrowok="t" textboxrect="0,0,148374,222504"/>
                </v:shape>
                <v:shape id="Shape 715" o:spid="_x0000_s1099" style="position:absolute;left:1704;top:574;width:1220;height:1678;visibility:visible;mso-wrap-style:square;v-text-anchor:top" coordsize="122060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" path="m122060,99187v-26924,,-53848,,-80899,c41808,109093,43637,116332,46380,121285v3836,6985,9056,10414,15228,10414c65672,131699,69482,130175,73038,127127v2159,-1905,4572,-5207,6985,-10160c93358,118999,106566,120777,119774,122555v-5842,16383,-13335,27686,-21971,34671c89294,164465,76848,167894,60719,167894v-13970,,-24956,-3048,-32906,-9144c19850,152781,13170,143383,7963,130175,2743,117094,,101981,,84201,,59182,5398,38989,15913,23241,26251,7620,40983,,59550,,74689,,86627,3429,95263,10414v8763,7112,15494,17018,19939,30226c119774,53848,122060,71120,122060,92202v,2286,,4699,,6985xe" filled="f">
                  <v:stroke miterlimit="1" joinstyle="miter"/>
                  <v:path arrowok="t" textboxrect="0,0,122060,167894"/>
                </v:shape>
                <v:shape id="Shape 716" o:spid="_x0000_s1100" style="position:absolute;left:2116;top:938;width:398;height:333;visibility:visible;mso-wrap-style:square;v-text-anchor:top" coordsize="39776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" path="m39776,33274c39014,21336,36855,12827,33426,7620,30124,2540,25552,,19964,,13538,,8407,3937,4661,11557,2184,16510,635,23749,,33274v13259,,26568,,39776,xe" filled="f">
                  <v:stroke miterlimit="1" joinstyle="miter"/>
                  <v:path arrowok="t" textboxrect="0,0,39776,33274"/>
                </v:shape>
                <v:shape id="Shape 717" o:spid="_x0000_s1101" style="position:absolute;left:3008;top:609;width:992;height:1607;visibility:visible;mso-wrap-style:square;v-text-anchor:top" coordsize="99187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" path="m99187,44958v-9779,,-19558,,-29337,c69850,83566,69850,122048,69850,160655v-13462,,-27051,,-40513,c29337,122048,29337,83566,29337,44958v-9779,,-19558,,-29337,c,30099,,14987,,,33020,,66167,,99187,v,14987,,30099,,44958xe" filled="f">
                  <v:stroke miterlimit="1" joinstyle="miter"/>
                  <v:path arrowok="t" textboxrect="0,0,99187,160655"/>
                </v:shape>
                <v:shape id="Shape 718" o:spid="_x0000_s1102" style="position:absolute;left:4094;top:574;width:1212;height:1678;visibility:visible;mso-wrap-style:square;v-text-anchor:top" coordsize="121158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" path="m,84328c,59817,5588,39751,16256,23749,26924,7874,41783,,60325,v21082,,37084,9271,47752,28067c116586,43053,121158,61595,121158,83439v,24765,-5588,44831,-16129,60706c94361,160147,79375,167894,60325,167894v-17018,,-30734,-6477,-41148,-19685c6604,131826,,110744,,84328xe" filled="f">
                  <v:stroke miterlimit="1" joinstyle="miter"/>
                  <v:path arrowok="t" textboxrect="0,0,121158,167894"/>
                </v:shape>
                <v:shape id="Shape 719" o:spid="_x0000_s1103" style="position:absolute;left:4499;top:998;width:400;height:838;visibility:visible;mso-wrap-style:square;v-text-anchor:top" coordsize="4000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" path="m,41783c,56262,1905,66675,5715,73661v3683,6730,8509,10159,14351,10159c25908,83820,30734,80518,34417,73661v3683,-6732,5588,-17399,5588,-32386c40005,27305,38100,16891,34290,10033,30607,3302,25908,,20320,,14478,,9525,3302,5715,10161,1905,17145,,27813,,41783xe" filled="f">
                  <v:stroke miterlimit="1" joinstyle="miter"/>
                  <v:path arrowok="t" textboxrect="0,0,40005,83820"/>
                </v:shape>
                <v:shape id="Shape 720" o:spid="_x0000_s1104" style="position:absolute;left:5496;top:609;width:1115;height:1607;visibility:visible;mso-wrap-style:square;v-text-anchor:top" coordsize="111506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" path="m111506,160655v-13462,,-26924,,-40259,c71247,122048,71247,83566,71247,44958v-10414,,-20574,,-30861,c40386,83566,40386,122048,40386,160655v-13462,,-26924,,-40386,c,107188,,53594,,,37211,,74422,,111506,v,53594,,107188,,160655xe" filled="f">
                  <v:stroke miterlimit="1" joinstyle="miter"/>
                  <v:path arrowok="t" textboxrect="0,0,111506,160655"/>
                </v:shape>
                <v:shape id="Shape 721" o:spid="_x0000_s1105" style="position:absolute;left:6870;top:609;width:1164;height:1607;visibility:visible;mso-wrap-style:square;v-text-anchor:top" coordsize="116332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" path="m116332,160655v-12827,,-25527,,-38227,c78105,134366,78105,108077,78105,81788,65024,108204,51435,134239,38481,160655v-12827,,-25654,,-38481,c,107188,,53594,,,12700,,25400,,38100,v,26798,,53467,,80264c51308,53340,65024,26924,78232,v12700,,25400,,38100,c116332,53594,116332,107188,116332,160655xe" filled="f">
                  <v:stroke miterlimit="1" joinstyle="miter"/>
                  <v:path arrowok="t" textboxrect="0,0,116332,160655"/>
                </v:shape>
                <v:shape id="Shape 722" o:spid="_x0000_s1106" style="position:absolute;left:8243;top:574;width:1219;height:1678;visibility:visible;mso-wrap-style:square;v-text-anchor:top" coordsize="121920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" path="m83439,101346v12827,2286,25781,4318,38481,6604c119888,120269,116332,130683,111506,139573v-4826,8890,-11049,15748,-18415,20955c85598,165481,75946,167894,64389,167894v-11303,,-20574,-1524,-27940,-4826c29083,159893,22479,154940,17145,147701,11938,140589,7620,132334,4572,122809,1651,113284,,100584,,84582,,68199,1905,54483,5461,43434,8128,35306,12065,28194,16637,21590,21209,15240,26289,10668,31115,7493,38989,2286,49149,,61468,v17145,,30480,4572,39370,13970c109855,23495,116205,37211,119888,55245v-12700,2540,-25400,5080,-38100,7620c80645,56134,78486,50800,75311,47371,72263,43815,67945,42164,62738,42164v-6731,,-12319,3556,-16256,10922c42418,60452,40132,71501,40132,86360v,13081,2286,23114,6223,29972c50292,123190,55753,126492,62103,126492v5207,,9779,-2032,13462,-6096c78994,116332,81661,109982,83439,101346xe" filled="f">
                  <v:stroke miterlimit="1" joinstyle="miter"/>
                  <v:path arrowok="t" textboxrect="0,0,121920,167894"/>
                </v:shape>
                <v:shape id="Shape 723" o:spid="_x0000_s1107" style="position:absolute;left:10342;width:406;height:422;visibility:visible;mso-wrap-style:square;v-text-anchor:top" coordsize="40513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" path="m,c13462,,26924,,40513,v,14097,,28194,,42291c26924,42291,13462,42291,,42291,,28194,,14097,,xe" filled="f">
                  <v:stroke miterlimit="1" joinstyle="miter"/>
                  <v:path arrowok="t" textboxrect="0,0,40513,42291"/>
                </v:shape>
                <v:shape id="Shape 724" o:spid="_x0000_s1108" style="position:absolute;left:10105;top:609;width:643;height:2258;visibility:visible;mso-wrap-style:square;v-text-anchor:top" coordsize="64262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" path="m23749,c37211,,50673,,64262,v,51943,,104013,,155829c64262,175641,63246,189612,61468,197993v-1905,8256,-5588,14859,-10541,20067c45974,223266,38481,225806,29083,225806v-7874,,-17399,-1778,-29083,-5207c1905,205613,4064,190627,6096,175768v3302,1144,5588,1524,7112,1524c16637,177292,19304,175514,21082,171959v1651,-3557,2667,-10669,2667,-21464c23749,100330,23749,50292,23749,xe" filled="f">
                  <v:stroke miterlimit="1" joinstyle="miter"/>
                  <v:path arrowok="t" textboxrect="0,0,64262,225806"/>
                </v:shape>
                <v:shape id="Shape 725" o:spid="_x0000_s1109" style="position:absolute;left:10953;top:574;width:1221;height:1678;visibility:visible;mso-wrap-style:square;v-text-anchor:top" coordsize="122047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" path="m122047,99187v-26924,,-53975,,-81026,c41783,109093,43561,116332,46355,121285v3683,6985,9017,10414,15240,10414c65532,131699,69342,130175,73025,127127v2032,-1905,4572,-5207,6985,-10160c93218,118999,106553,120777,119761,122555v-5842,16383,-13462,27686,-21971,34671c89154,164465,76835,167894,60706,167894v-13970,,-25019,-3048,-32893,-9144c19685,152781,13081,143383,7874,130175,2667,117094,,101981,,84201,,59182,5334,38989,15748,23241,26162,7620,40894,,59563,,74676,,86614,3429,95250,10414v8763,7112,15494,17018,19939,30226c119761,53848,122047,71120,122047,92202v,2286,,4699,,6985xe" filled="f">
                  <v:stroke miterlimit="1" joinstyle="miter"/>
                  <v:path arrowok="t" textboxrect="0,0,122047,167894"/>
                </v:shape>
                <v:shape id="Shape 726" o:spid="_x0000_s1110" style="position:absolute;left:11365;top:938;width:397;height:333;visibility:visible;mso-wrap-style:square;v-text-anchor:top" coordsize="39751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" path="m39751,33274c38989,21336,36830,12827,33528,7620,30226,2540,25654,,20066,,13589,,8509,3937,4699,11557,2286,16510,762,23749,,33274v13208,,26543,,39751,xe" filled="f">
                  <v:stroke miterlimit="1" joinstyle="miter"/>
                  <v:path arrowok="t" textboxrect="0,0,39751,33274"/>
                </v:shape>
                <v:shape id="Shape 727" o:spid="_x0000_s1111" style="position:absolute;left:12992;width:1908;height:2829;visibility:visible;mso-wrap-style:square;v-text-anchor:top" coordsize="190881,28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" path="m115697,77216v7874,-13208,18288,-19812,30734,-19812c160147,57404,170942,65405,178816,81280v8001,16129,12065,36957,12065,62484c190881,168529,186817,188341,178816,203073v-7874,14859,-18796,22225,-32512,22225c133350,225298,122936,218948,115697,206122v,25526,,51307,,76834c102108,282956,88646,282956,75184,282956v,-25527,,-51054,,-76581c66929,218948,56515,225298,44196,225298v-13462,,-24257,-8001,-32258,-24130c4064,185293,,164465,,138811,,113919,4064,94234,11938,79502,19939,64770,30861,57404,44450,57404v12827,,23241,6731,30734,20447c75184,51816,75184,25908,75184,v13462,,26924,,40513,c115697,25654,115697,51435,115697,77216xe" filled="f">
                  <v:stroke miterlimit="1" joinstyle="miter"/>
                  <v:path arrowok="t" textboxrect="0,0,190881,282956"/>
                </v:shape>
                <v:shape id="Shape 728" o:spid="_x0000_s1112" style="position:absolute;left:14143;top:1028;width:352;height:769;visibility:visible;mso-wrap-style:square;v-text-anchor:top" coordsize="3517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" path="m18669,76835v5334,,9398,-3302,12319,-10160c33782,59944,35179,50926,35179,39624,35179,13208,29591,,18161,,13208,,8763,2921,5461,8763,1905,14477,,24511,,39115,,49784,1651,58801,4826,65913v3175,7365,7874,10922,13843,10922xe" filled="f">
                  <v:stroke miterlimit="1" joinstyle="miter"/>
                  <v:path arrowok="t" textboxrect="0,0,35179,76835"/>
                </v:shape>
                <v:shape id="Shape 729" o:spid="_x0000_s1113" style="position:absolute;left:13395;top:1028;width:352;height:769;visibility:visible;mso-wrap-style:square;v-text-anchor:top" coordsize="3517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" path="m17145,76835v4953,,9271,-2795,12827,-8763c33401,62357,35179,52197,35179,37719v,-10668,-1651,-19812,-4699,-26924c27305,3683,22606,,16510,,11303,,7239,3301,4445,10033,1524,16890,,25781,,37084,,63626,5715,76835,17145,76835xe" filled="f">
                  <v:stroke miterlimit="1" joinstyle="miter"/>
                  <v:path arrowok="t" textboxrect="0,0,35179,76835"/>
                </v:shape>
                <v:shape id="Shape 730" o:spid="_x0000_s1114" style="position:absolute;left:15049;top:574;width:1210;height:1678;visibility:visible;mso-wrap-style:square;v-text-anchor:top" coordsize="121031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" path="m,84328c,59817,5461,39751,16256,23749,26924,7874,41783,,60198,v21209,,37211,9271,47879,28067c116586,43053,121031,61595,121031,83439v,24765,-5461,44831,-16129,60706c94361,160147,79248,167894,60325,167894v-17018,,-30861,-6477,-41148,-19685c6477,131826,,110744,,84328xe" filled="f">
                  <v:stroke miterlimit="1" joinstyle="miter"/>
                  <v:path arrowok="t" textboxrect="0,0,121031,167894"/>
                </v:shape>
                <v:shape id="Shape 731" o:spid="_x0000_s1115" style="position:absolute;left:15454;top:998;width:399;height:838;visibility:visible;mso-wrap-style:square;v-text-anchor:top" coordsize="3987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" path="m,41783c,56262,1905,66675,5715,73661v3683,6730,8509,10159,14224,10159c25781,83820,30734,80518,34417,73661v3556,-6732,5461,-17399,5461,-32386c39878,27305,37973,16891,34290,10033,30607,3302,25781,,20320,,14351,,9525,3302,5715,10161,1905,17145,,27813,,41783xe" filled="f">
                  <v:stroke miterlimit="1" joinstyle="miter"/>
                  <v:path arrowok="t" textboxrect="0,0,39878,83820"/>
                </v:shape>
                <v:shape id="Shape 732" o:spid="_x0000_s1116" style="position:absolute;left:16456;top:574;width:1161;height:2253;visibility:visible;mso-wrap-style:square;v-text-anchor:top" coordsize="116078,2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" path="m,225298c,151384,,77470,,3556v12573,,25273,,37846,c37846,11557,37846,19431,37846,27432,43053,17272,47879,10668,52197,7112,58039,2413,64643,,71755,v14097,,25273,8128,32766,24638c112014,41148,116078,61468,116078,85598v,26797,-4318,46990,-12573,61087c95123,160782,84455,167894,71628,167894v-6350,,-11938,-1651,-17018,-4826c49530,159766,44831,155067,40767,148717v,25527,,50927,,76581c27305,225298,13589,225298,,225298xe" filled="f">
                  <v:stroke miterlimit="1" joinstyle="miter"/>
                  <v:path arrowok="t" textboxrect="0,0,116078,225298"/>
                </v:shape>
                <v:shape id="Shape 733" o:spid="_x0000_s1117" style="position:absolute;left:16861;top:1026;width:352;height:767;visibility:visible;mso-wrap-style:square;v-text-anchor:top" coordsize="35179,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" path="m,39116c,51816,1905,61214,5334,67437v3429,6223,7874,9271,13208,9271c23241,76708,27305,73660,30353,67818v3175,-5969,4826,-16002,4826,-29972c35179,24765,33401,15240,30226,9017,27051,3048,22860,,18161,,12954,,8636,3048,5080,9271,1778,15494,,25400,,39116xe" filled="f">
                  <v:stroke miterlimit="1" joinstyle="miter"/>
                  <v:path arrowok="t" textboxrect="0,0,35179,76708"/>
                </v:shape>
                <v:shape id="Shape 734" o:spid="_x0000_s1118" style="position:absolute;left:17825;top:609;width:1447;height:1607;visibility:visible;mso-wrap-style:square;v-text-anchor:top" coordsize="14465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" path="m144653,160655v-11303,,-22733,,-34163,c110490,127127,110490,93473,110490,59944,102362,93473,93726,127127,85471,160655v-8001,,-16129,,-24257,c52324,127000,42926,93473,34036,59944v,33529,,67183,,100711c22733,160655,11303,160655,,160655,,107188,,53594,,,16002,,32004,,48006,v8382,30988,17145,61595,25400,92456c80899,61595,88900,30862,96393,v16129,,32258,,48260,c144653,53594,144653,107188,144653,160655xe" filled="f">
                  <v:stroke miterlimit="1" joinstyle="miter"/>
                  <v:path arrowok="t" textboxrect="0,0,144653,160655"/>
                </v:shape>
                <v:shape id="Shape 735" o:spid="_x0000_s1119" style="position:absolute;left:19545;top:609;width:1164;height:1607;visibility:visible;mso-wrap-style:square;v-text-anchor:top" coordsize="116459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" path="m116459,160655v-12700,,-25527,,-38227,c78232,134366,78232,108077,78232,81788,65151,108204,51435,134239,38481,160655v-12827,,-25654,,-38481,c,107188,,53594,,,12827,,25527,,38354,v,26798,,53467,,80264c51435,53340,65151,26924,78232,v12700,,25527,,38227,c116459,53594,116459,107188,116459,160655xe" filled="f">
                  <v:stroke miterlimit="1" joinstyle="miter"/>
                  <v:path arrowok="t" textboxrect="0,0,116459,160655"/>
                </v:shape>
                <v:shape id="Shape 736" o:spid="_x0000_s1120" style="position:absolute;left:20968;top:574;width:1161;height:2253;visibility:visible;mso-wrap-style:square;v-text-anchor:top" coordsize="116078,2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" path="m,225298c,151384,,77470,,3556v12700,,25273,,37846,c37846,11557,37846,19431,37846,27432,43053,17272,48006,10668,52324,7112,58166,2413,64643,,71882,v14097,,25146,8128,32766,24638c112141,41148,116078,61468,116078,85598v,26797,-4318,46990,-12573,61087c95123,160782,84455,167894,71628,167894v-6223,,-11938,-1651,-17018,-4826c49530,159766,44831,155067,40767,148717v,25527,,50927,,76581c27305,225298,13716,225298,,225298xe" filled="f">
                  <v:stroke miterlimit="1" joinstyle="miter"/>
                  <v:path arrowok="t" textboxrect="0,0,116078,225298"/>
                </v:shape>
                <v:shape id="Shape 737" o:spid="_x0000_s1121" style="position:absolute;left:21374;top:1026;width:351;height:767;visibility:visible;mso-wrap-style:square;v-text-anchor:top" coordsize="35179,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" path="m,39116c,51816,1905,61214,5334,67437v3429,6223,8001,9271,13335,9271c23241,76708,27305,73660,30353,67818v3302,-5969,4826,-16002,4826,-29972c35179,24765,33401,15240,30226,9017,27051,3048,22860,,18161,,12954,,8636,3048,5207,9271,1778,15494,,25400,,39116xe" filled="f">
                  <v:stroke miterlimit="1" joinstyle="miter"/>
                  <v:path arrowok="t" textboxrect="0,0,35179,76708"/>
                </v:shape>
                <v:shape id="Shape 738" o:spid="_x0000_s1122" style="position:absolute;left:22274;top:574;width:1214;height:1678;visibility:visible;mso-wrap-style:square;v-text-anchor:top" coordsize="12141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" path="m41783,55626c28956,53594,16002,51562,3175,49403,4572,39243,6731,30988,9525,25146,12192,19177,16256,14351,21336,9779,25019,6604,30226,4191,36576,2540,43053,889,50165,,57658,,69850,,79502,1016,86868,3048v7366,2159,13589,6350,18288,12954c108712,20574,111379,26924,113411,35306v1905,8255,2921,16256,2921,23876c116332,82677,116332,106426,116332,130048v,7493,254,13462,1016,17653c117983,152146,119380,157480,121412,164211v-12573,,-25273,,-37973,c81915,160147,81026,156972,80518,154686v-508,-2032,-889,-5461,-1397,-10160c73914,152273,68580,157861,63373,161163v-7239,4572,-15494,6731,-24892,6731c25781,167894,16256,163449,9779,154559,3302,145542,,134747,,121666,,109474,2413,99568,7112,91567,11684,83693,20447,77978,33020,74168,48260,69342,58039,66294,62484,64262v4445,-1905,9398,-4191,14351,-7239c76835,49403,75819,44196,73787,41148,71755,38100,68072,36576,62992,36576v-6731,,-11811,1651,-14986,4953c45466,44069,43434,48641,41783,55626xe" filled="f">
                  <v:stroke miterlimit="1" joinstyle="miter"/>
                  <v:path arrowok="t" textboxrect="0,0,121412,167894"/>
                </v:shape>
                <v:shape id="Shape 739" o:spid="_x0000_s1123" style="position:absolute;left:22678;top:1454;width:364;height:457;visibility:visible;mso-wrap-style:square;v-text-anchor:top" coordsize="3644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" path="m36449,c30861,3048,25146,5715,19050,8001,10795,11303,5588,14605,3429,17907,1270,21082,,25019,,29210v,4826,1270,8636,3429,11811c5588,44196,8890,45720,13208,45720v4445,,8763,-1651,12700,-5080c29718,37338,32385,33274,34036,28448,35687,23749,36449,17526,36449,9779v,-3302,,-6477,,-9779xe" filled="f">
                  <v:stroke miterlimit="1" joinstyle="miter"/>
                  <v:path arrowok="t" textboxrect="0,0,36449,45720"/>
                </v:shape>
                <v:shape id="Shape 740" o:spid="_x0000_s1124" style="position:absolute;left:23694;top:609;width:1177;height:1607;visibility:visible;mso-wrap-style:square;v-text-anchor:top" coordsize="117729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" path="m117729,160655v-13589,,-26924,,-40513,c77216,140462,77216,120269,77216,100076v-12319,,-24511,,-36703,c40513,120269,40513,140462,40513,160655v-13589,,-27051,,-40513,c,107188,,53594,,,13462,,26924,,40513,v,18415,,36830,,55118c52705,55118,64897,55118,77216,55118v,-18288,,-36703,,-55118c90805,,104140,,117729,v,53594,,107188,,160655xe" filled="f">
                  <v:stroke miterlimit="1" joinstyle="miter"/>
                  <v:path arrowok="t" textboxrect="0,0,117729,160655"/>
                </v:shape>
                <v:shape id="Shape 741" o:spid="_x0000_s1125" style="position:absolute;left:25803;top:609;width:1117;height:1607;visibility:visible;mso-wrap-style:square;v-text-anchor:top" coordsize="11163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" path="m111633,160655v-13462,,-26924,,-40513,c71120,122048,71120,83566,71120,44958v-10160,,-20447,,-30734,c40386,83566,40386,122048,40386,160655v-13462,,-26924,,-40386,c,107188,,53594,,,37211,,74422,,111633,v,53594,,107188,,160655xe" filled="f">
                  <v:stroke miterlimit="1" joinstyle="miter"/>
                  <v:path arrowok="t" textboxrect="0,0,111633,160655"/>
                </v:shape>
                <v:shape id="Shape 742" o:spid="_x0000_s1126" style="position:absolute;left:27165;top:574;width:1162;height:2253;visibility:visible;mso-wrap-style:square;v-text-anchor:top" coordsize="116205,2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" path="m,225298c,151384,,77470,,3556v12700,,25273,,37973,c37973,11557,37973,19431,37973,27432,43180,17272,48006,10668,52324,7112,58166,2413,64770,,71882,v14097,,25146,8128,32766,24638c112268,41148,116205,61468,116205,85598v,26797,-4318,46990,-12700,61087c95250,160782,84455,167894,71628,167894v-6223,,-11938,-1651,-17018,-4826c49530,159766,44831,155067,40894,148717v,25527,,50927,,76581c27305,225298,13716,225298,,225298xe" filled="f">
                  <v:stroke miterlimit="1" joinstyle="miter"/>
                  <v:path arrowok="t" textboxrect="0,0,116205,225298"/>
                </v:shape>
                <v:shape id="Shape 743" o:spid="_x0000_s1127" style="position:absolute;left:27571;top:1026;width:351;height:767;visibility:visible;mso-wrap-style:square;v-text-anchor:top" coordsize="35052,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" path="m,39116c,51816,1778,61214,5207,67437v3429,6223,8001,9271,13335,9271c23241,76708,27178,73660,30353,67818v3175,-5969,4699,-16002,4699,-29972c35052,24765,33274,15240,30099,9017,26924,3048,22860,,18034,,12827,,8509,3048,5207,9271,1651,15494,,25400,,39116xe" filled="f">
                  <v:stroke miterlimit="1" joinstyle="miter"/>
                  <v:path arrowok="t" textboxrect="0,0,35052,76708"/>
                </v:shape>
                <v:shape id="Shape 744" o:spid="_x0000_s1128" style="position:absolute;left:28470;top:574;width:1221;height:1678;visibility:visible;mso-wrap-style:square;v-text-anchor:top" coordsize="122047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" path="m122047,99187v-27051,,-53975,,-81026,c41656,109093,43561,116332,46228,121285v3810,6985,9017,10414,15367,10414c65532,131699,69342,130175,72898,127127v2159,-1905,4572,-5207,6985,-10160c93218,118999,106553,120777,119761,122555v-5969,16383,-13462,27686,-21971,34671c89154,164465,76835,167894,60706,167894v-13970,,-25019,-3048,-33020,-9144c19685,152781,13081,143383,7874,130175,2667,117094,,101981,,84201,,59182,5334,38989,15748,23241,26162,7620,40894,,59563,,74549,,86614,3429,95250,10414v8636,7112,15494,17018,19939,30226c119634,53848,122047,71120,122047,92202v,2286,,4699,,6985xe" filled="f">
                  <v:stroke miterlimit="1" joinstyle="miter"/>
                  <v:path arrowok="t" textboxrect="0,0,122047,167894"/>
                </v:shape>
                <v:shape id="Shape 745" o:spid="_x0000_s1129" style="position:absolute;left:28882;top:938;width:397;height:333;visibility:visible;mso-wrap-style:square;v-text-anchor:top" coordsize="39751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" path="m39751,33274c38989,21336,36830,12827,33528,7620,30099,2540,25527,,19939,,13589,,8509,3937,4572,11557,2159,16510,635,23749,,33274v13208,,26543,,39751,xe" filled="f">
                  <v:stroke miterlimit="1" joinstyle="miter"/>
                  <v:path arrowok="t" textboxrect="0,0,39751,33274"/>
                </v:shape>
                <v:shape id="Shape 746" o:spid="_x0000_s1130" style="position:absolute;left:29890;top:609;width:1448;height:1607;visibility:visible;mso-wrap-style:square;v-text-anchor:top" coordsize="1447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" path="m144780,160655v-11430,,-22860,,-34163,c110617,127127,110617,93473,110617,59944,102362,93473,93853,127127,85598,160655v-8128,,-16256,,-24384,c52451,127000,43053,93473,34163,59944v,33529,,67183,,100711c22860,160655,11430,160655,,160655,,107188,,53594,,,16002,,32131,,48133,v8382,30988,17018,61595,25400,92456c81026,61595,88900,30862,96520,v16129,,32131,,48260,c144780,53594,144780,107188,144780,160655xe" filled="f">
                  <v:stroke miterlimit="1" joinstyle="miter"/>
                  <v:path arrowok="t" textboxrect="0,0,144780,160655"/>
                </v:shape>
                <v:shape id="Shape 747" o:spid="_x0000_s1131" style="position:absolute;left:31548;top:574;width:1214;height:1678;visibility:visible;mso-wrap-style:square;v-text-anchor:top" coordsize="12141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" path="m41783,55626c28956,53594,16002,51562,3175,49403,4572,39243,6858,30988,9525,25146,12065,19177,16256,14351,21336,9779,25019,6604,30099,4191,36703,2540,43053,889,50038,,57658,,69723,,79502,1016,86868,3048v7366,2159,13589,6350,18415,12954c108585,20574,111506,26924,113411,35306v1905,8255,2921,16256,2921,23876c116332,82677,116332,106426,116332,130048v,7493,381,13462,1016,17653c117983,152146,119380,157480,121412,164211v-12573,,-25273,,-37973,c82042,160147,81026,156972,80518,154686v-508,-2032,-889,-5461,-1397,-10160c73914,152273,68580,157861,63373,161163v-7112,4572,-15494,6731,-25019,6731c25908,167894,16129,163449,9779,154559,3302,145542,,134747,,121666,,109474,2413,99568,6985,91567,11684,83693,20447,77978,33020,74168,48260,69342,58039,66294,62484,64262v4572,-1905,9271,-4191,14351,-7239c76835,49403,75819,44196,73787,41148,71628,38100,68072,36576,62865,36576v-6604,,-11557,1651,-14732,4953c45466,44069,43307,48641,41783,55626xe" filled="f">
                  <v:stroke miterlimit="1" joinstyle="miter"/>
                  <v:path arrowok="t" textboxrect="0,0,121412,167894"/>
                </v:shape>
                <v:shape id="Shape 748" o:spid="_x0000_s1132" style="position:absolute;left:31953;top:1454;width:363;height:457;visibility:visible;mso-wrap-style:square;v-text-anchor:top" coordsize="3632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" path="m36322,c30861,3048,25019,5715,18923,8001,10795,11303,5588,14605,3302,17907,1016,21082,,25019,,29210v,4826,1016,8636,3302,11811c5588,44196,8890,45720,13081,45720v4445,,8763,-1651,12573,-5080c29464,37338,32258,33274,33909,28448,35433,23749,36322,17526,36322,9779v,-3302,,-6477,,-9779xe" filled="f">
                  <v:stroke miterlimit="1" joinstyle="miter"/>
                  <v:path arrowok="t" textboxrect="0,0,36322,45720"/>
                </v:shape>
                <v:shape id="Shape 749" o:spid="_x0000_s1133" style="position:absolute;left:33524;top:609;width:1308;height:2065;visibility:visible;mso-wrap-style:square;v-text-anchor:top" coordsize="130810,2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" path="m130810,206502v-9398,,-18669,,-28067,c102743,191262,102743,175895,102743,160655v-24892,,-49784,,-74676,c28067,175895,28067,191262,28067,206502v-9398,,-18669,,-28067,c,176149,,146050,,115698v3429,,6858,,10160,c17526,95631,21336,69215,21336,36576v,-12191,,-24384,,-36576c54102,,86868,,119634,v,38608,,77216,,115698c123317,115698,127000,115698,130810,115698v,30352,,60451,,90804xe" filled="f">
                  <v:stroke miterlimit="1" joinstyle="miter"/>
                  <v:path arrowok="t" textboxrect="0,0,130810,206502"/>
                </v:shape>
                <v:shape id="Shape 750" o:spid="_x0000_s1134" style="position:absolute;left:34027;top:1059;width:288;height:707;visibility:visible;mso-wrap-style:square;v-text-anchor:top" coordsize="28829,7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" path="m28829,70739v,-23495,,-47117,,-70739c22352,,15875,,9525,v,762,,1397,,2032c9525,24257,6223,47244,,70739v9525,,19177,,28829,xe" filled="f">
                  <v:stroke miterlimit="1" joinstyle="miter"/>
                  <v:path arrowok="t" textboxrect="0,0,28829,70739"/>
                </v:shape>
                <v:shape id="Shape 751" o:spid="_x0000_s1135" style="position:absolute;left:34928;top:574;width:1212;height:1678;visibility:visible;mso-wrap-style:square;v-text-anchor:top" coordsize="121158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" path="m,84328c,59817,5588,39751,16256,23749,26924,7874,41783,,60325,v21082,,37211,9271,47752,28067c116586,43053,121158,61595,121158,83439v,24765,-5588,44831,-16129,60706c94361,160147,79248,167894,60325,167894v-17018,,-30734,-6477,-41021,-19685c6604,131826,,110744,,84328xe" filled="f">
                  <v:stroke miterlimit="1" joinstyle="miter"/>
                  <v:path arrowok="t" textboxrect="0,0,121158,167894"/>
                </v:shape>
                <v:shape id="Shape 752" o:spid="_x0000_s1136" style="position:absolute;left:35333;top:998;width:400;height:838;visibility:visible;mso-wrap-style:square;v-text-anchor:top" coordsize="4000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" path="m,41783c,56262,1905,66675,5715,73661v3810,6730,8509,10159,14351,10159c25908,83820,30734,80518,34544,73661v3556,-6732,5461,-17399,5461,-32386c40005,27305,38100,16891,34417,10033,30607,3302,25908,,20447,,14478,,9652,3302,5715,10161,1905,17145,,27813,,41783xe" filled="f">
                  <v:stroke miterlimit="1" joinstyle="miter"/>
                  <v:path arrowok="t" textboxrect="0,0,40005,83820"/>
                </v:shape>
                <v:shape id="Shape 753" o:spid="_x0000_s1137" style="position:absolute;left:36286;top:574;width:1219;height:1678;visibility:visible;mso-wrap-style:square;v-text-anchor:top" coordsize="121920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" path="m83439,101346v12827,2286,25654,4318,38481,6604c119761,120269,116205,130683,111506,139573v-4826,8890,-11049,15748,-18542,20955c85471,165481,75946,167894,64262,167894v-11176,,-20447,-1524,-27940,-4826c28956,159893,22479,154940,17145,147701,11811,140589,7620,132334,4572,122809,1524,113284,,100584,,84582,,68199,1905,54483,5588,43434,8128,35306,12065,28194,16637,21590,21336,15240,26289,10668,31115,7493,38989,2286,49149,,61468,v17145,,30480,4572,39370,13970c109728,23495,116205,37211,119761,55245v-12573,2540,-25273,5080,-37973,7620c80645,56134,78359,50800,75311,47371,72136,43815,67818,42164,62611,42164v-6604,,-12192,3556,-16129,10922c42291,60452,40259,71501,40259,86360v,13081,2032,23114,6096,29972c50419,123190,55626,126492,61976,126492v5334,,9779,-2032,13462,-6096c78867,116332,81788,109982,83439,101346xe" filled="f">
                  <v:stroke miterlimit="1" joinstyle="miter"/>
                  <v:path arrowok="t" textboxrect="0,0,121920,167894"/>
                </v:shape>
                <v:shape id="Shape 754" o:spid="_x0000_s1138" style="position:absolute;left:37588;top:609;width:992;height:1607;visibility:visible;mso-wrap-style:square;v-text-anchor:top" coordsize="99187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" path="m99187,44958v-9906,,-19558,,-29337,c69850,83566,69850,122048,69850,160655v-13589,,-26924,,-40513,c29337,122048,29337,83566,29337,44958v-9779,,-19431,,-29337,c,30099,,14987,,,33147,,66167,,99187,v,14987,,30099,,44958xe" filled="f">
                  <v:stroke miterlimit="1" joinstyle="miter"/>
                  <v:path arrowok="t" textboxrect="0,0,99187,160655"/>
                </v:shape>
                <v:shape id="Shape 755" o:spid="_x0000_s1139" style="position:absolute;left:38608;top:609;width:1243;height:2258;visibility:visible;mso-wrap-style:square;v-text-anchor:top" coordsize="124333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" path="m,c14224,,28321,,42545,v7112,35687,14605,71248,21717,106935c70866,71248,77851,35687,84455,v13335,,26543,,39878,c110617,57277,96139,114427,82550,171704v-4826,19558,-9779,32766,-14732,39624c60960,220980,50165,225806,35814,225806v-5969,,-14732,-1143,-27051,-3556c7747,207899,6731,193549,5715,179198v5715,2920,12192,4317,19304,4317c29845,183515,33782,181864,36703,178436v2794,-3302,5334,-9145,7493,-17781c29718,107062,14478,53594,,xe" filled="f">
                  <v:stroke miterlimit="1" joinstyle="miter"/>
                  <v:path arrowok="t" textboxrect="0,0,124333,225806"/>
                </v:shape>
                <v:shape id="Shape 756" o:spid="_x0000_s1140" style="position:absolute;left:39961;top:609;width:1117;height:1607;visibility:visible;mso-wrap-style:square;v-text-anchor:top" coordsize="11163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" path="m111633,160655v-13462,,-26924,,-40513,c71120,122048,71120,83566,71120,44958v-10160,,-20447,,-30734,c40386,83566,40386,122048,40386,160655v-13462,,-26924,,-40386,c,107188,,53594,,,37211,,74422,,111633,v,53594,,107188,,160655xe" filled="f">
                  <v:stroke miterlimit="1" joinstyle="miter"/>
                  <v:path arrowok="t" textboxrect="0,0,111633,160655"/>
                </v:shape>
                <v:shape id="Shape 757" o:spid="_x0000_s1141" style="position:absolute;left:41335;top:609;width:1179;height:1607;visibility:visible;mso-wrap-style:square;v-text-anchor:top" coordsize="117856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" path="m117856,160655v-13589,,-27178,,-40640,c77216,140462,77216,120269,77216,100076v-12192,,-24511,,-36703,c40513,120269,40513,140462,40513,160655v-13462,,-27051,,-40513,c,107188,,53594,,,13462,,27051,,40513,v,18415,,36830,,55118c52705,55118,65024,55118,77216,55118v,-18288,,-36703,,-55118c90678,,104267,,117856,v,53594,,107188,,160655xe" filled="f">
                  <v:stroke miterlimit="1" joinstyle="miter"/>
                  <v:path arrowok="t" textboxrect="0,0,117856,160655"/>
                </v:shape>
                <v:shape id="Shape 758" o:spid="_x0000_s1142" style="position:absolute;left:42722;top:574;width:1211;height:1678;visibility:visible;mso-wrap-style:square;v-text-anchor:top" coordsize="121031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" path="m,84328c,59817,5588,39751,16256,23749,26924,7874,41783,,60198,v21209,,37211,9271,47879,28067c116586,43053,121031,61595,121031,83439v,24765,-5461,44831,-16002,60706c94234,160147,79248,167894,60198,167894v-16891,,-30734,-6477,-41021,-19685c6604,131826,,110744,,84328xe" filled="f">
                  <v:stroke miterlimit="1" joinstyle="miter"/>
                  <v:path arrowok="t" textboxrect="0,0,121031,167894"/>
                </v:shape>
                <v:shape id="Shape 759" o:spid="_x0000_s1143" style="position:absolute;left:43126;top:998;width:401;height:838;visibility:visible;mso-wrap-style:square;v-text-anchor:top" coordsize="4013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" path="m,41783c,56262,2032,66675,5842,73661v3683,6730,8509,10159,14351,10159c26035,83820,30734,80518,34544,73661v3556,-6732,5588,-17399,5588,-32386c40132,27305,38100,16891,34417,10033,30607,3302,26035,,20447,,14605,,9652,3302,5842,10161,2032,17145,,27813,,41783xe" filled="f">
                  <v:stroke miterlimit="1" joinstyle="miter"/>
                  <v:path arrowok="t" textboxrect="0,0,40132,83820"/>
                </v:shape>
                <v:shape id="Shape 760" o:spid="_x0000_s1144" style="position:absolute;left:44142;top:609;width:1447;height:1607;visibility:visible;mso-wrap-style:square;v-text-anchor:top" coordsize="144653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" path="m144653,160655v-11303,,-22733,,-34163,c110490,127127,110490,93473,110490,59944,102362,93473,93726,127127,85471,160655v-8001,,-16129,,-24257,c52324,127000,42926,93473,34036,59944v,33529,,67183,,100711c22733,160655,11303,160655,,160655,,107188,,53594,,,16002,,32004,,48133,v8255,30988,16891,61595,25273,92456c80899,61595,88900,30862,96520,v16002,,32004,,48133,c144653,53594,144653,107188,144653,160655xe" filled="f">
                  <v:stroke miterlimit="1" joinstyle="miter"/>
                  <v:path arrowok="t" textboxrect="0,0,144653,160655"/>
                </v:shape>
                <v:shape id="Shape 761" o:spid="_x0000_s1145" style="position:absolute;left:46540;top:609;width:1448;height:1607;visibility:visible;mso-wrap-style:square;v-text-anchor:top" coordsize="1447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" path="m144780,160655v-11430,,-22733,,-34163,c110617,127127,110617,93473,110617,59944,102489,93473,93853,127127,85598,160655v-8128,,-16256,,-24257,c52451,127000,43053,93473,34163,59944v,33529,,67183,,100711c22860,160655,11430,160655,,160655,,107188,,53594,,,16129,,32131,,48133,v8382,30988,17145,61595,25400,92456c81026,61595,89027,30862,96520,v16129,,32258,,48260,c144780,53594,144780,107188,144780,160655xe" filled="f">
                  <v:stroke miterlimit="1" joinstyle="miter"/>
                  <v:path arrowok="t" textboxrect="0,0,144780,160655"/>
                </v:shape>
                <v:shape id="Shape 762" o:spid="_x0000_s1146" style="position:absolute;left:48197;top:574;width:1214;height:1678;visibility:visible;mso-wrap-style:square;v-text-anchor:top" coordsize="12141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" path="m41910,55626c28956,53594,16002,51562,3175,49403,4572,39243,6858,30988,9525,25146,12192,19177,16256,14351,21336,9779,25019,6604,30226,4191,36703,2540,43180,889,50165,,57658,,69850,,79502,1016,86868,3048v7366,2159,13589,6350,18415,12954c108712,20574,111506,26924,113411,35306v1905,8255,3048,16256,3048,23876c116459,82677,116459,106426,116459,130048v,7493,254,13462,1016,17653c117983,152146,119380,157480,121412,164211v-12573,,-25273,,-37973,c82042,160147,81026,156972,80518,154686v-381,-2032,-889,-5461,-1397,-10160c73914,152273,68580,157861,63373,161163v-7112,4572,-15494,6731,-24892,6731c25908,167894,16256,163449,9779,154559,3302,145542,,134747,,121666,,109474,2413,99568,7112,91567,11684,83693,20447,77978,33020,74168,48260,69342,58166,66294,62484,64262v4572,-1905,9398,-4191,14351,-7239c76835,49403,75946,44196,73787,41148,71755,38100,68072,36576,62992,36576v-6731,,-11684,1651,-14859,4953c45466,44069,43434,48641,41910,55626xe" filled="f">
                  <v:stroke miterlimit="1" joinstyle="miter"/>
                  <v:path arrowok="t" textboxrect="0,0,121412,167894"/>
                </v:shape>
                <v:shape id="Shape 763" o:spid="_x0000_s1147" style="position:absolute;left:48602;top:1454;width:364;height:457;visibility:visible;mso-wrap-style:square;v-text-anchor:top" coordsize="3632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" path="m36322,c30861,3048,25019,5715,19050,8001,10795,11303,5588,14605,3302,17907,1143,21082,,25019,,29210v,4826,1143,8636,3302,11811c5588,44196,8890,45720,13208,45720v4445,,8763,-1651,12573,-5080c29591,37338,32385,33274,34036,28448,35560,23749,36322,17526,36322,9779v,-3302,,-6477,,-9779xe" filled="f">
                  <v:stroke miterlimit="1" joinstyle="miter"/>
                  <v:path arrowok="t" textboxrect="0,0,36322,45720"/>
                </v:shape>
                <v:shape id="Shape 764" o:spid="_x0000_s1148" style="position:absolute;left:49502;top:609;width:990;height:1607;visibility:visible;mso-wrap-style:square;v-text-anchor:top" coordsize="9906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" path="m99060,44958v-9779,,-19558,,-29337,c69723,83566,69723,122048,69723,160655v-13462,,-26924,,-40513,c29210,122048,29210,83566,29210,44958v-9779,,-19558,,-29210,c,30099,,14987,,,33020,,66040,,99060,v,14987,,30099,,44958xe" filled="f">
                  <v:stroke miterlimit="1" joinstyle="miter"/>
                  <v:path arrowok="t" textboxrect="0,0,99060,160655"/>
                </v:shape>
                <v:shape id="Shape 765" o:spid="_x0000_s1149" style="position:absolute;left:50585;top:574;width:1222;height:1678;visibility:visible;mso-wrap-style:square;v-text-anchor:top" coordsize="122174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" path="m122174,99187v-27051,,-53975,,-81026,c41910,109093,43688,116332,46482,121285v3810,6985,9017,10414,15240,10414c65659,131699,69469,130175,73025,127127v2159,-1905,4572,-5207,7112,-10160c93345,118999,106680,120777,119888,122555v-5969,16383,-13462,27686,-22098,34671c89281,164465,76835,167894,60833,167894v-14097,,-25019,-3048,-33020,-9144c19939,152781,13081,143383,8001,130175,2794,117094,,101981,,84201,,59182,5461,38989,16002,23241,26289,7620,41021,,59563,,74676,,86614,3429,95377,10414v8636,7112,15494,17018,19939,30226c119761,53848,122174,71120,122174,92202v,2286,,4699,,6985xe" filled="f">
                  <v:stroke miterlimit="1" joinstyle="miter"/>
                  <v:path arrowok="t" textboxrect="0,0,122174,167894"/>
                </v:shape>
                <v:shape id="Shape 766" o:spid="_x0000_s1150" style="position:absolute;left:50998;top:938;width:398;height:333;visibility:visible;mso-wrap-style:square;v-text-anchor:top" coordsize="39878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" path="m39878,33274c38989,21336,36957,12827,33528,7620,30099,2540,25527,,20066,,13589,,8382,3937,4572,11557,2286,16510,635,23749,,33274v13335,,26543,,39878,xe" filled="f">
                  <v:stroke miterlimit="1" joinstyle="miter"/>
                  <v:path arrowok="t" textboxrect="0,0,39878,33274"/>
                </v:shape>
                <v:shape id="Shape 767" o:spid="_x0000_s1151" style="position:absolute;left:51995;top:574;width:1160;height:2253;visibility:visible;mso-wrap-style:square;v-text-anchor:top" coordsize="116078,2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" path="m,225298c,151384,,77470,,3556v12573,,25146,,37846,c37846,11557,37846,19431,37846,27432,42926,17272,47879,10668,52197,7112,58039,2413,64643,,71755,v14097,,25146,8128,32766,24638c112014,41148,116078,61468,116078,85598v,26797,-4318,46990,-12700,61087c95123,160782,84328,167894,71628,167894v-6350,,-12065,-1651,-17018,-4826c49403,159766,44831,155067,40767,148717v,25527,,50927,,76581c27178,225298,13589,225298,,225298xe" filled="f">
                  <v:stroke miterlimit="1" joinstyle="miter"/>
                  <v:path arrowok="t" textboxrect="0,0,116078,225298"/>
                </v:shape>
                <v:shape id="Shape 768" o:spid="_x0000_s1152" style="position:absolute;left:52400;top:1026;width:350;height:767;visibility:visible;mso-wrap-style:square;v-text-anchor:top" coordsize="35052,7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" path="m,39116c,51816,1778,61214,5207,67437v3429,6223,7874,9271,13335,9271c23241,76708,27178,73660,30353,67818v3048,-5969,4699,-16002,4699,-29972c35052,24765,33401,15240,30099,9017,26924,3048,22860,,18034,,12827,,8509,3048,5080,9271,1651,15494,,25400,,39116xe" filled="f">
                  <v:stroke miterlimit="1" joinstyle="miter"/>
                  <v:path arrowok="t" textboxrect="0,0,35052,76708"/>
                </v:shape>
                <v:shape id="Shape 769" o:spid="_x0000_s1153" style="position:absolute;left:53362;top:609;width:1164;height:1607;visibility:visible;mso-wrap-style:square;v-text-anchor:top" coordsize="116332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" path="m116332,160655v-12700,,-25527,,-38227,c78105,134366,78105,108077,78105,81788,65151,108204,51435,134239,38481,160655v-12827,,-25654,,-38481,c,107188,,53594,,,12700,,25400,,38227,v,26798,,53467,,80264c51308,53340,65151,26924,78232,v12700,,25400,,38100,c116332,53594,116332,107188,116332,160655xe" filled="f">
                  <v:stroke miterlimit="1" joinstyle="miter"/>
                  <v:path arrowok="t" textboxrect="0,0,116332,160655"/>
                </v:shape>
                <v:shape id="Shape 770" o:spid="_x0000_s1154" style="position:absolute;left:54800;width:405;height:422;visibility:visible;mso-wrap-style:square;v-text-anchor:top" coordsize="40513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" path="m,c13462,,27051,,40513,v,14097,,28194,,42291c27051,42291,13462,42291,,42291,,28194,,14097,,xe" filled="f">
                  <v:stroke miterlimit="1" joinstyle="miter"/>
                  <v:path arrowok="t" textboxrect="0,0,40513,42291"/>
                </v:shape>
                <v:shape id="Shape 771" o:spid="_x0000_s1155" style="position:absolute;left:54563;top:609;width:642;height:2258;visibility:visible;mso-wrap-style:square;v-text-anchor:top" coordsize="64262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" path="m23749,c37211,,50800,,64262,v,51943,,104013,,155829c64262,175641,63372,189612,61468,197993v-1778,8256,-5461,14859,-10541,20067c45974,223266,38481,225806,29083,225806v-7874,,-17399,-1778,-29083,-5207c2032,205613,4191,190627,6096,175768v3301,1144,5588,1524,7239,1524c16637,177292,19304,175514,21082,171959v1778,-3557,2667,-10669,2667,-21464c23749,100330,23749,50292,23749,xe" filled="f">
                  <v:stroke miterlimit="1" joinstyle="miter"/>
                  <v:path arrowok="t" textboxrect="0,0,64262,225806"/>
                </v:shape>
                <v:shape id="Shape 772" o:spid="_x0000_s1156" style="position:absolute;left:55412;top:574;width:1214;height:1678;visibility:visible;mso-wrap-style:square;v-text-anchor:top" coordsize="121412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" path="m41783,55626c28829,53594,16002,51562,3175,49403,4573,39243,6731,30988,9525,25146,12065,19177,16256,14351,21336,9779,24892,6604,30099,4191,36576,2540,43053,889,50038,,57658,,69723,,79502,1016,86868,3048v7367,2159,13589,6350,18416,12954c108585,20574,111379,26924,113411,35306v1905,8255,2921,16256,2921,23876c116332,82677,116332,106426,116332,130048v,7493,381,13462,1016,17653c117984,152146,119380,157480,121412,164211v-12700,,-25273,,-37973,c82042,160147,81026,156972,80391,154686v-381,-2032,-762,-5461,-1269,-10160c73914,152273,68580,157861,63373,161163v-7112,4572,-15621,6731,-25019,6731c25781,167894,16129,163449,9779,154559,3302,145542,,134747,,121666,,109474,2413,99568,6985,91567,11557,83693,20448,77978,33020,74168,48133,69342,58039,66294,62485,64262v4571,-1905,9270,-4191,14350,-7239c76835,49403,75819,44196,73787,41148,71628,38100,68073,36576,62865,36576v-6604,,-11557,1651,-14732,4953c45466,44069,43307,48641,41783,55626xe" filled="f">
                  <v:stroke miterlimit="1" joinstyle="miter"/>
                  <v:path arrowok="t" textboxrect="0,0,121412,167894"/>
                </v:shape>
                <v:shape id="Shape 773" o:spid="_x0000_s1157" style="position:absolute;left:55817;top:1454;width:363;height:457;visibility:visible;mso-wrap-style:square;v-text-anchor:top" coordsize="3632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" path="m36322,c30735,3048,24892,5715,18923,8001,10795,11303,5461,14605,3302,17907,1016,21082,,25019,,29210v,4826,1016,8636,3302,11811c5461,44196,8890,45720,13081,45720v4445,,8763,-1651,12573,-5080c29464,37338,32258,33274,33910,28448,35433,23749,36322,17526,36322,9779v,-3302,,-6477,,-9779xe" filled="f">
                  <v:stroke miterlimit="1" joinstyle="miter"/>
                  <v:path arrowok="t" textboxrect="0,0,36322,45720"/>
                </v:shape>
                <v:shape id="Shape 774" o:spid="_x0000_s1158" style="position:absolute;left:56723;top:609;width:1305;height:1654;visibility:visible;mso-wrap-style:square;v-text-anchor:top" coordsize="130556,16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" path="m130556,160655v-13335,,-26797,,-40259,c90297,122048,90297,83566,90297,44958v-10287,,-20574,,-30734,c59563,67437,59563,89916,59563,112523v,17906,-2540,31114,-7112,39877c47625,161037,40259,165354,30226,165354,19050,165354,8890,163830,,160655,,145415,,130302,,115062v4699,2413,8382,3429,10922,3429c16383,118491,19050,112268,19050,100076v,-33401,,-66675,,-100076c56261,,93472,,130556,v,53594,,107188,,160655xe" filled="f">
                  <v:stroke miterlimit="1" joinstyle="miter"/>
                  <v:path arrowok="t" textboxrect="0,0,130556,165354"/>
                </v:shape>
                <v:shape id="Shape 775" o:spid="_x0000_s1159" style="position:absolute;left:58157;top:609;width:1244;height:2258;visibility:visible;mso-wrap-style:square;v-text-anchor:top" coordsize="124460,2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" path="m,c14350,,28448,,42672,v7112,35687,14604,71248,21716,106935c70993,71248,77977,35687,84582,v13207,,26543,,39878,c110871,57277,96265,114427,82550,171704v-4700,19558,-9652,32766,-14605,39624c61087,220980,50292,225806,35940,225806v-5968,,-14858,-1143,-27051,-3556c7874,207899,6858,193549,5842,179198v5715,2920,12192,4317,19304,4317c29972,183515,33909,181864,36830,178436v2794,-3302,5333,-9145,7366,-17781c29718,107062,14477,53594,,xe" filled="f">
                  <v:stroke miterlimit="1" joinstyle="miter"/>
                  <v:path arrowok="t" textboxrect="0,0,124460,225806"/>
                </v:shape>
                <v:shape id="Shape 776" o:spid="_x0000_s1160" style="position:absolute;left:59517;top:1600;width:432;height:616;visibility:visible;mso-wrap-style:square;v-text-anchor:top" coordsize="43180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" path="m,c14351,,28702,,43180,v,20447,,41021,,61595c28702,61595,14351,61595,,61595,,41021,,20447,,xe" filled="f">
                  <v:stroke miterlimit="1" joinstyle="miter"/>
                  <v:path arrowok="t" textboxrect="0,0,43180,615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59585777" w14:textId="77777777" w:rsidR="000E394D" w:rsidRDefault="000E394D" w:rsidP="000E394D">
      <w:pPr>
        <w:spacing w:after="0"/>
        <w:ind w:left="1263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2D2050E4" w14:textId="77777777" w:rsidR="000E394D" w:rsidRDefault="000E394D" w:rsidP="000E394D">
      <w:pPr>
        <w:spacing w:after="3"/>
        <w:ind w:left="10" w:right="234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40"/>
        </w:rPr>
        <w:t>Уредник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22F78217" w14:textId="77777777" w:rsidR="000E394D" w:rsidRDefault="000E394D" w:rsidP="000E394D">
      <w:pPr>
        <w:spacing w:after="3"/>
        <w:ind w:left="10" w:right="133" w:hanging="10"/>
        <w:jc w:val="center"/>
        <w:rPr>
          <w:rFonts w:ascii="Times New Roman" w:eastAsia="Times New Roman" w:hAnsi="Times New Roman" w:cs="Times New Roman"/>
          <w:b/>
          <w:sz w:val="40"/>
          <w:lang w:val="sr-Cyrl-RS"/>
        </w:rPr>
      </w:pPr>
      <w:r>
        <w:rPr>
          <w:rFonts w:ascii="Times New Roman" w:eastAsia="Times New Roman" w:hAnsi="Times New Roman" w:cs="Times New Roman"/>
          <w:b/>
          <w:sz w:val="40"/>
          <w:lang w:val="sr-Cyrl-RS"/>
        </w:rPr>
        <w:t>Габријела Прокоповић</w:t>
      </w:r>
      <w:r>
        <w:rPr>
          <w:rFonts w:ascii="Times New Roman" w:eastAsia="Times New Roman" w:hAnsi="Times New Roman" w:cs="Times New Roman"/>
          <w:b/>
          <w:sz w:val="4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библиотекар</w:t>
      </w:r>
      <w:proofErr w:type="spellEnd"/>
    </w:p>
    <w:p w14:paraId="05B15F35" w14:textId="77777777" w:rsidR="000E394D" w:rsidRDefault="000E394D" w:rsidP="000E394D">
      <w:pPr>
        <w:spacing w:after="3"/>
        <w:ind w:left="10" w:right="133" w:hanging="10"/>
        <w:jc w:val="center"/>
        <w:rPr>
          <w:rFonts w:ascii="Times New Roman" w:eastAsia="Times New Roman" w:hAnsi="Times New Roman" w:cs="Times New Roman"/>
          <w:b/>
          <w:sz w:val="40"/>
          <w:lang w:val="sr-Cyrl-RS"/>
        </w:rPr>
      </w:pPr>
    </w:p>
    <w:p w14:paraId="4CB21643" w14:textId="77777777" w:rsidR="000E394D" w:rsidRDefault="000E394D" w:rsidP="000E394D">
      <w:pPr>
        <w:spacing w:after="3"/>
        <w:ind w:left="10" w:right="133" w:hanging="10"/>
        <w:jc w:val="center"/>
        <w:rPr>
          <w:rFonts w:ascii="Times New Roman" w:eastAsia="Times New Roman" w:hAnsi="Times New Roman" w:cs="Times New Roman"/>
          <w:b/>
          <w:sz w:val="40"/>
          <w:lang w:val="sr-Cyrl-RS"/>
        </w:rPr>
      </w:pPr>
    </w:p>
    <w:p w14:paraId="761F86E5" w14:textId="77777777" w:rsidR="000E394D" w:rsidRDefault="000E394D" w:rsidP="000E394D">
      <w:pPr>
        <w:spacing w:after="3"/>
        <w:ind w:left="10" w:right="133" w:hanging="10"/>
        <w:jc w:val="center"/>
        <w:rPr>
          <w:rFonts w:ascii="Times New Roman" w:eastAsia="Times New Roman" w:hAnsi="Times New Roman" w:cs="Times New Roman"/>
          <w:b/>
          <w:sz w:val="40"/>
          <w:lang w:val="sr-Cyrl-RS"/>
        </w:rPr>
      </w:pPr>
    </w:p>
    <w:p w14:paraId="7C6BA09D" w14:textId="77777777" w:rsidR="000E394D" w:rsidRDefault="000E394D" w:rsidP="000E394D">
      <w:pPr>
        <w:spacing w:after="3"/>
        <w:ind w:left="10" w:right="133" w:hanging="10"/>
        <w:jc w:val="center"/>
        <w:rPr>
          <w:rFonts w:ascii="Times New Roman" w:eastAsia="Times New Roman" w:hAnsi="Times New Roman" w:cs="Times New Roman"/>
          <w:b/>
          <w:sz w:val="40"/>
          <w:lang w:val="sr-Cyrl-RS"/>
        </w:rPr>
      </w:pPr>
    </w:p>
    <w:p w14:paraId="4BCBFA71" w14:textId="47FDB10E" w:rsidR="000E394D" w:rsidRDefault="000E394D" w:rsidP="000E394D">
      <w:pPr>
        <w:spacing w:after="3"/>
        <w:ind w:left="10" w:right="133" w:hanging="10"/>
        <w:jc w:val="center"/>
      </w:pPr>
      <w:r>
        <w:rPr>
          <w:noProof/>
        </w:rPr>
        <w:lastRenderedPageBreak/>
        <w:drawing>
          <wp:inline distT="0" distB="0" distL="0" distR="0" wp14:anchorId="6A7E300A" wp14:editId="0605D431">
            <wp:extent cx="4900930" cy="2527935"/>
            <wp:effectExtent l="0" t="0" r="0" b="0"/>
            <wp:docPr id="815" name="Pictur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52348EAA" w14:textId="77777777" w:rsidR="000E394D" w:rsidRPr="000E394D" w:rsidRDefault="000E394D" w:rsidP="000E394D">
      <w:pPr>
        <w:rPr>
          <w:sz w:val="28"/>
          <w:szCs w:val="28"/>
          <w:lang w:val="sr-Latn-RS"/>
        </w:rPr>
      </w:pPr>
    </w:p>
    <w:sectPr w:rsidR="000E394D" w:rsidRPr="000E394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867601"/>
    <w:multiLevelType w:val="hybridMultilevel"/>
    <w:tmpl w:val="2246401E"/>
    <w:lvl w:ilvl="0" w:tplc="34CE2792">
      <w:start w:val="1927"/>
      <w:numFmt w:val="decimal"/>
      <w:lvlText w:val="%1.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2C8AF0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C0BF58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700748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6CC1B8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F8173A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383F10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584206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4A83AC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26304E"/>
    <w:multiLevelType w:val="hybridMultilevel"/>
    <w:tmpl w:val="CEFE93B2"/>
    <w:lvl w:ilvl="0" w:tplc="8280CB7C">
      <w:start w:val="1941"/>
      <w:numFmt w:val="decimal"/>
      <w:lvlText w:val="%1.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1E0598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909D4A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705F0C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3C4FF8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EE16C2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6838CC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8A2C0C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56A5A4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6834"/>
    <w:rsid w:val="00087879"/>
    <w:rsid w:val="000E3283"/>
    <w:rsid w:val="000E394D"/>
    <w:rsid w:val="0015074B"/>
    <w:rsid w:val="0029639D"/>
    <w:rsid w:val="00326F90"/>
    <w:rsid w:val="00450064"/>
    <w:rsid w:val="00536052"/>
    <w:rsid w:val="005612D8"/>
    <w:rsid w:val="005A64BE"/>
    <w:rsid w:val="005C282A"/>
    <w:rsid w:val="00705B69"/>
    <w:rsid w:val="007233E2"/>
    <w:rsid w:val="008B6BA0"/>
    <w:rsid w:val="00AA1D8D"/>
    <w:rsid w:val="00B47730"/>
    <w:rsid w:val="00BE3C26"/>
    <w:rsid w:val="00BF7F3B"/>
    <w:rsid w:val="00CB0664"/>
    <w:rsid w:val="00E9350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2B8FFE"/>
  <w14:defaultImageDpi w14:val="300"/>
  <w15:docId w15:val="{347DB730-4A45-41E9-88D1-FA00AED6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F7F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2.jpeg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29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://sr.wikipedia.org/wiki/11._%D0%BC%D0%B0%D1%98" TargetMode="External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52B016-9958-400F-BB0C-5A00CE530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27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Габријела Прокоповић</cp:lastModifiedBy>
  <cp:revision>3</cp:revision>
  <dcterms:created xsi:type="dcterms:W3CDTF">2025-09-30T15:57:00Z</dcterms:created>
  <dcterms:modified xsi:type="dcterms:W3CDTF">2025-09-30T17:01:00Z</dcterms:modified>
  <cp:category/>
</cp:coreProperties>
</file>